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9F4EB" w14:textId="77777777" w:rsidR="004856CA" w:rsidRPr="00646544" w:rsidRDefault="00000000" w:rsidP="00646544">
      <w:pPr>
        <w:pStyle w:val="Heading1"/>
        <w:jc w:val="center"/>
        <w:rPr>
          <w:rFonts w:cstheme="majorHAnsi"/>
          <w:color w:val="000000" w:themeColor="text1"/>
          <w:sz w:val="24"/>
          <w:szCs w:val="24"/>
        </w:rPr>
      </w:pPr>
      <w:r w:rsidRPr="00646544">
        <w:rPr>
          <w:rFonts w:cstheme="majorHAnsi"/>
          <w:color w:val="000000" w:themeColor="text1"/>
          <w:sz w:val="24"/>
          <w:szCs w:val="24"/>
        </w:rPr>
        <w:t>Minutes of AFINet Board of Trustees Meeting</w:t>
      </w:r>
    </w:p>
    <w:p w14:paraId="6BA5A0D4" w14:textId="77777777" w:rsidR="004856CA" w:rsidRPr="00646544" w:rsidRDefault="00000000" w:rsidP="00646544">
      <w:pPr>
        <w:jc w:val="center"/>
        <w:rPr>
          <w:rFonts w:asciiTheme="majorHAnsi" w:hAnsiTheme="majorHAnsi" w:cstheme="majorHAnsi"/>
          <w:b/>
          <w:bCs/>
          <w:sz w:val="24"/>
          <w:szCs w:val="24"/>
        </w:rPr>
      </w:pPr>
      <w:r w:rsidRPr="00646544">
        <w:rPr>
          <w:rFonts w:asciiTheme="majorHAnsi" w:hAnsiTheme="majorHAnsi" w:cstheme="majorHAnsi"/>
          <w:b/>
          <w:bCs/>
          <w:sz w:val="24"/>
          <w:szCs w:val="24"/>
        </w:rPr>
        <w:t>Held over Zoom on Thursday 11 June 2026 at 12.00 pm BST (UK)</w:t>
      </w:r>
    </w:p>
    <w:p w14:paraId="4C17CD77"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b/>
          <w:bCs/>
          <w:sz w:val="24"/>
          <w:szCs w:val="24"/>
        </w:rPr>
        <w:t>Chair:</w:t>
      </w:r>
      <w:r w:rsidRPr="00646544">
        <w:rPr>
          <w:rFonts w:asciiTheme="majorHAnsi" w:hAnsiTheme="majorHAnsi" w:cstheme="majorHAnsi"/>
          <w:sz w:val="24"/>
          <w:szCs w:val="24"/>
        </w:rPr>
        <w:t xml:space="preserve"> Gallus Bischof</w:t>
      </w:r>
    </w:p>
    <w:p w14:paraId="48323003"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b/>
          <w:bCs/>
          <w:sz w:val="24"/>
          <w:szCs w:val="24"/>
        </w:rPr>
        <w:t>Minutes Taken By:</w:t>
      </w:r>
      <w:r w:rsidRPr="00646544">
        <w:rPr>
          <w:rFonts w:asciiTheme="majorHAnsi" w:hAnsiTheme="majorHAnsi" w:cstheme="majorHAnsi"/>
          <w:sz w:val="24"/>
          <w:szCs w:val="24"/>
        </w:rPr>
        <w:t xml:space="preserve"> Julie Perrin</w:t>
      </w:r>
    </w:p>
    <w:p w14:paraId="41999277" w14:textId="2F563CC6" w:rsidR="00106046" w:rsidRPr="00646544" w:rsidRDefault="00106046">
      <w:pPr>
        <w:rPr>
          <w:rFonts w:asciiTheme="majorHAnsi" w:hAnsiTheme="majorHAnsi" w:cstheme="majorHAnsi"/>
          <w:sz w:val="24"/>
          <w:szCs w:val="24"/>
        </w:rPr>
      </w:pPr>
      <w:r w:rsidRPr="00646544">
        <w:rPr>
          <w:rFonts w:asciiTheme="majorHAnsi" w:hAnsiTheme="majorHAnsi" w:cstheme="majorHAnsi"/>
          <w:b/>
          <w:bCs/>
          <w:sz w:val="24"/>
          <w:szCs w:val="24"/>
        </w:rPr>
        <w:t>Present:</w:t>
      </w:r>
      <w:r w:rsidRPr="00646544">
        <w:rPr>
          <w:rFonts w:asciiTheme="majorHAnsi" w:hAnsiTheme="majorHAnsi" w:cstheme="majorHAnsi"/>
          <w:sz w:val="24"/>
          <w:szCs w:val="24"/>
        </w:rPr>
        <w:t xml:space="preserve"> </w:t>
      </w:r>
      <w:r w:rsidRPr="00646544">
        <w:rPr>
          <w:rFonts w:asciiTheme="majorHAnsi" w:hAnsiTheme="majorHAnsi" w:cstheme="majorHAnsi"/>
          <w:color w:val="000000" w:themeColor="text1"/>
          <w:sz w:val="24"/>
          <w:szCs w:val="24"/>
        </w:rPr>
        <w:t xml:space="preserve">Anja Bischof, </w:t>
      </w:r>
      <w:r w:rsidR="004857C3" w:rsidRPr="00646544">
        <w:rPr>
          <w:rFonts w:asciiTheme="majorHAnsi" w:hAnsiTheme="majorHAnsi" w:cstheme="majorHAnsi"/>
          <w:color w:val="000000" w:themeColor="text1"/>
          <w:sz w:val="24"/>
          <w:szCs w:val="24"/>
        </w:rPr>
        <w:t>Robert Campbell</w:t>
      </w:r>
      <w:r w:rsidRPr="00646544">
        <w:rPr>
          <w:rFonts w:asciiTheme="majorHAnsi" w:hAnsiTheme="majorHAnsi" w:cstheme="majorHAnsi"/>
          <w:color w:val="000000" w:themeColor="text1"/>
          <w:sz w:val="24"/>
          <w:szCs w:val="24"/>
        </w:rPr>
        <w:t>, Jacqueline Carhoun, Kirsten S</w:t>
      </w:r>
      <w:r w:rsidRPr="00646544">
        <w:rPr>
          <w:rFonts w:asciiTheme="majorHAnsi" w:hAnsiTheme="majorHAnsi" w:cstheme="majorHAnsi"/>
          <w:color w:val="000000"/>
          <w:sz w:val="24"/>
          <w:szCs w:val="24"/>
        </w:rPr>
        <w:t>øndergaard Frederiksen</w:t>
      </w:r>
      <w:r w:rsidR="00361C8D" w:rsidRPr="00646544">
        <w:rPr>
          <w:rFonts w:asciiTheme="majorHAnsi" w:hAnsiTheme="majorHAnsi" w:cstheme="majorHAnsi"/>
          <w:color w:val="000000"/>
          <w:sz w:val="24"/>
          <w:szCs w:val="24"/>
        </w:rPr>
        <w:t xml:space="preserve"> and Ruth McGovern</w:t>
      </w:r>
    </w:p>
    <w:p w14:paraId="5B36B82F" w14:textId="5E442783" w:rsidR="00106046" w:rsidRPr="00646544" w:rsidRDefault="00106046">
      <w:pPr>
        <w:rPr>
          <w:rFonts w:asciiTheme="majorHAnsi" w:hAnsiTheme="majorHAnsi" w:cstheme="majorHAnsi"/>
          <w:sz w:val="24"/>
          <w:szCs w:val="24"/>
        </w:rPr>
      </w:pPr>
      <w:r w:rsidRPr="00646544">
        <w:rPr>
          <w:rFonts w:asciiTheme="majorHAnsi" w:hAnsiTheme="majorHAnsi" w:cstheme="majorHAnsi"/>
          <w:b/>
          <w:bCs/>
          <w:sz w:val="24"/>
          <w:szCs w:val="24"/>
        </w:rPr>
        <w:t>Apologies:</w:t>
      </w:r>
      <w:r w:rsidRPr="00646544">
        <w:rPr>
          <w:rFonts w:asciiTheme="majorHAnsi" w:hAnsiTheme="majorHAnsi" w:cstheme="majorHAnsi"/>
          <w:sz w:val="24"/>
          <w:szCs w:val="24"/>
        </w:rPr>
        <w:t xml:space="preserve"> </w:t>
      </w:r>
      <w:r w:rsidRPr="00646544">
        <w:rPr>
          <w:rFonts w:asciiTheme="majorHAnsi" w:hAnsiTheme="majorHAnsi" w:cstheme="majorHAnsi"/>
          <w:color w:val="000000" w:themeColor="text1"/>
          <w:sz w:val="24"/>
          <w:szCs w:val="24"/>
        </w:rPr>
        <w:t xml:space="preserve">Richard Velleman (Treasurer on sabbatical), Cassandra Borges Bortolon, Eileen Farrar, Tuuli Pitkänen, </w:t>
      </w:r>
      <w:r w:rsidR="004857C3" w:rsidRPr="00646544">
        <w:rPr>
          <w:rFonts w:asciiTheme="majorHAnsi" w:hAnsiTheme="majorHAnsi" w:cstheme="majorHAnsi"/>
          <w:color w:val="000000" w:themeColor="text1"/>
          <w:sz w:val="24"/>
          <w:szCs w:val="24"/>
        </w:rPr>
        <w:t xml:space="preserve">Ed Sipler, </w:t>
      </w:r>
      <w:proofErr w:type="spellStart"/>
      <w:r w:rsidRPr="00646544">
        <w:rPr>
          <w:rFonts w:asciiTheme="majorHAnsi" w:hAnsiTheme="majorHAnsi" w:cstheme="majorHAnsi"/>
          <w:color w:val="000000" w:themeColor="text1"/>
          <w:sz w:val="24"/>
          <w:szCs w:val="24"/>
        </w:rPr>
        <w:t>Urvita</w:t>
      </w:r>
      <w:proofErr w:type="spellEnd"/>
      <w:r w:rsidRPr="00646544">
        <w:rPr>
          <w:rFonts w:asciiTheme="majorHAnsi" w:hAnsiTheme="majorHAnsi" w:cstheme="majorHAnsi"/>
          <w:color w:val="000000" w:themeColor="text1"/>
          <w:sz w:val="24"/>
          <w:szCs w:val="24"/>
        </w:rPr>
        <w:t xml:space="preserve"> Bhatia</w:t>
      </w:r>
      <w:r w:rsidR="00646544">
        <w:rPr>
          <w:rFonts w:asciiTheme="majorHAnsi" w:hAnsiTheme="majorHAnsi" w:cstheme="majorHAnsi"/>
          <w:color w:val="000000" w:themeColor="text1"/>
          <w:sz w:val="24"/>
          <w:szCs w:val="24"/>
        </w:rPr>
        <w:t xml:space="preserve">, </w:t>
      </w:r>
      <w:r w:rsidRPr="00646544">
        <w:rPr>
          <w:rFonts w:asciiTheme="majorHAnsi" w:hAnsiTheme="majorHAnsi" w:cstheme="majorHAnsi"/>
          <w:color w:val="000000" w:themeColor="text1"/>
          <w:sz w:val="24"/>
          <w:szCs w:val="24"/>
        </w:rPr>
        <w:t>Zeliha Yaman</w:t>
      </w:r>
      <w:r w:rsidR="008E4426" w:rsidRPr="00646544">
        <w:rPr>
          <w:rFonts w:asciiTheme="majorHAnsi" w:hAnsiTheme="majorHAnsi" w:cstheme="majorHAnsi"/>
          <w:color w:val="000000" w:themeColor="text1"/>
          <w:sz w:val="24"/>
          <w:szCs w:val="24"/>
        </w:rPr>
        <w:t xml:space="preserve"> and Emmi Kauppila</w:t>
      </w:r>
      <w:r w:rsidRPr="00646544">
        <w:rPr>
          <w:rFonts w:asciiTheme="majorHAnsi" w:hAnsiTheme="majorHAnsi" w:cstheme="majorHAnsi"/>
          <w:color w:val="000000" w:themeColor="text1"/>
          <w:sz w:val="24"/>
          <w:szCs w:val="24"/>
        </w:rPr>
        <w:t>.</w:t>
      </w:r>
    </w:p>
    <w:tbl>
      <w:tblPr>
        <w:tblStyle w:val="TableGrid"/>
        <w:tblW w:w="9918" w:type="dxa"/>
        <w:tblLook w:val="04A0" w:firstRow="1" w:lastRow="0" w:firstColumn="1" w:lastColumn="0" w:noHBand="0" w:noVBand="1"/>
      </w:tblPr>
      <w:tblGrid>
        <w:gridCol w:w="680"/>
        <w:gridCol w:w="6862"/>
        <w:gridCol w:w="2376"/>
      </w:tblGrid>
      <w:tr w:rsidR="004856CA" w:rsidRPr="00B9423A" w14:paraId="393F7082" w14:textId="77777777" w:rsidTr="00B9423A">
        <w:tc>
          <w:tcPr>
            <w:tcW w:w="680" w:type="dxa"/>
          </w:tcPr>
          <w:p w14:paraId="4868BE81" w14:textId="77777777" w:rsidR="004856CA" w:rsidRPr="00B9423A" w:rsidRDefault="00000000">
            <w:pPr>
              <w:rPr>
                <w:rFonts w:asciiTheme="majorHAnsi" w:hAnsiTheme="majorHAnsi" w:cstheme="majorHAnsi"/>
                <w:b/>
                <w:bCs/>
                <w:sz w:val="24"/>
                <w:szCs w:val="24"/>
              </w:rPr>
            </w:pPr>
            <w:r w:rsidRPr="00B9423A">
              <w:rPr>
                <w:rFonts w:asciiTheme="majorHAnsi" w:hAnsiTheme="majorHAnsi" w:cstheme="majorHAnsi"/>
                <w:b/>
                <w:bCs/>
                <w:sz w:val="24"/>
                <w:szCs w:val="24"/>
              </w:rPr>
              <w:t>Item No.</w:t>
            </w:r>
          </w:p>
        </w:tc>
        <w:tc>
          <w:tcPr>
            <w:tcW w:w="7253" w:type="dxa"/>
          </w:tcPr>
          <w:p w14:paraId="7561256A" w14:textId="77777777" w:rsidR="004856CA" w:rsidRPr="00B9423A" w:rsidRDefault="00000000">
            <w:pPr>
              <w:rPr>
                <w:rFonts w:asciiTheme="majorHAnsi" w:hAnsiTheme="majorHAnsi" w:cstheme="majorHAnsi"/>
                <w:b/>
                <w:bCs/>
                <w:sz w:val="24"/>
                <w:szCs w:val="24"/>
              </w:rPr>
            </w:pPr>
            <w:r w:rsidRPr="00B9423A">
              <w:rPr>
                <w:rFonts w:asciiTheme="majorHAnsi" w:hAnsiTheme="majorHAnsi" w:cstheme="majorHAnsi"/>
                <w:b/>
                <w:bCs/>
                <w:sz w:val="24"/>
                <w:szCs w:val="24"/>
              </w:rPr>
              <w:t>Issue / Item &amp; Discussion</w:t>
            </w:r>
          </w:p>
        </w:tc>
        <w:tc>
          <w:tcPr>
            <w:tcW w:w="1985" w:type="dxa"/>
          </w:tcPr>
          <w:p w14:paraId="2AE54972" w14:textId="77777777" w:rsidR="004856CA" w:rsidRPr="00B9423A" w:rsidRDefault="00000000">
            <w:pPr>
              <w:rPr>
                <w:rFonts w:asciiTheme="majorHAnsi" w:hAnsiTheme="majorHAnsi" w:cstheme="majorHAnsi"/>
                <w:b/>
                <w:bCs/>
                <w:sz w:val="24"/>
                <w:szCs w:val="24"/>
              </w:rPr>
            </w:pPr>
            <w:r w:rsidRPr="00B9423A">
              <w:rPr>
                <w:rFonts w:asciiTheme="majorHAnsi" w:hAnsiTheme="majorHAnsi" w:cstheme="majorHAnsi"/>
                <w:b/>
                <w:bCs/>
                <w:sz w:val="24"/>
                <w:szCs w:val="24"/>
              </w:rPr>
              <w:t>Action Items</w:t>
            </w:r>
          </w:p>
        </w:tc>
      </w:tr>
      <w:tr w:rsidR="004856CA" w:rsidRPr="00646544" w14:paraId="5A1E4E50" w14:textId="77777777" w:rsidTr="00B9423A">
        <w:tc>
          <w:tcPr>
            <w:tcW w:w="680" w:type="dxa"/>
          </w:tcPr>
          <w:p w14:paraId="51CBF9C0"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1</w:t>
            </w:r>
          </w:p>
        </w:tc>
        <w:tc>
          <w:tcPr>
            <w:tcW w:w="7253" w:type="dxa"/>
          </w:tcPr>
          <w:p w14:paraId="4DC08477" w14:textId="77777777" w:rsidR="00106046" w:rsidRDefault="00000000">
            <w:pPr>
              <w:rPr>
                <w:rFonts w:asciiTheme="majorHAnsi" w:hAnsiTheme="majorHAnsi" w:cstheme="majorHAnsi"/>
                <w:b/>
                <w:bCs/>
                <w:sz w:val="24"/>
                <w:szCs w:val="24"/>
              </w:rPr>
            </w:pPr>
            <w:r w:rsidRPr="00646544">
              <w:rPr>
                <w:rFonts w:asciiTheme="majorHAnsi" w:hAnsiTheme="majorHAnsi" w:cstheme="majorHAnsi"/>
                <w:b/>
                <w:bCs/>
                <w:sz w:val="24"/>
                <w:szCs w:val="24"/>
              </w:rPr>
              <w:t xml:space="preserve">Welcome &amp; Apologies. </w:t>
            </w:r>
          </w:p>
          <w:p w14:paraId="38427B90" w14:textId="1D975EC4" w:rsidR="00646544" w:rsidRPr="00B16D34" w:rsidRDefault="00646544" w:rsidP="00B16D34">
            <w:pPr>
              <w:pStyle w:val="ListParagraph"/>
              <w:numPr>
                <w:ilvl w:val="0"/>
                <w:numId w:val="34"/>
              </w:numPr>
              <w:rPr>
                <w:rFonts w:asciiTheme="majorHAnsi" w:hAnsiTheme="majorHAnsi" w:cstheme="majorHAnsi"/>
                <w:sz w:val="24"/>
                <w:szCs w:val="24"/>
              </w:rPr>
            </w:pPr>
            <w:r w:rsidRPr="00B16D34">
              <w:rPr>
                <w:rFonts w:asciiTheme="majorHAnsi" w:hAnsiTheme="majorHAnsi" w:cstheme="majorHAnsi"/>
                <w:sz w:val="24"/>
                <w:szCs w:val="24"/>
              </w:rPr>
              <w:t>Apologies noted.</w:t>
            </w:r>
          </w:p>
          <w:p w14:paraId="2B356D73" w14:textId="7476F6AF" w:rsidR="00106046" w:rsidRPr="00B16D34" w:rsidRDefault="00000000" w:rsidP="00B16D34">
            <w:pPr>
              <w:pStyle w:val="ListParagraph"/>
              <w:numPr>
                <w:ilvl w:val="0"/>
                <w:numId w:val="34"/>
              </w:numPr>
              <w:rPr>
                <w:rFonts w:asciiTheme="majorHAnsi" w:hAnsiTheme="majorHAnsi" w:cstheme="majorHAnsi"/>
                <w:sz w:val="24"/>
                <w:szCs w:val="24"/>
              </w:rPr>
            </w:pPr>
            <w:r w:rsidRPr="00B16D34">
              <w:rPr>
                <w:rFonts w:asciiTheme="majorHAnsi" w:hAnsiTheme="majorHAnsi" w:cstheme="majorHAnsi"/>
                <w:sz w:val="24"/>
                <w:szCs w:val="24"/>
              </w:rPr>
              <w:t>Kirsten welcomed</w:t>
            </w:r>
            <w:r w:rsidR="004857C3" w:rsidRPr="00B16D34">
              <w:rPr>
                <w:rFonts w:asciiTheme="majorHAnsi" w:hAnsiTheme="majorHAnsi" w:cstheme="majorHAnsi"/>
                <w:sz w:val="24"/>
                <w:szCs w:val="24"/>
              </w:rPr>
              <w:t xml:space="preserve"> as a new co-opted Trustee. She explained her research interests and potential synergies</w:t>
            </w:r>
            <w:r w:rsidR="00361C8D" w:rsidRPr="00B16D34">
              <w:rPr>
                <w:rFonts w:asciiTheme="majorHAnsi" w:hAnsiTheme="majorHAnsi" w:cstheme="majorHAnsi"/>
                <w:sz w:val="24"/>
                <w:szCs w:val="24"/>
              </w:rPr>
              <w:t xml:space="preserve"> with </w:t>
            </w:r>
            <w:proofErr w:type="spellStart"/>
            <w:r w:rsidR="00361C8D" w:rsidRPr="00B16D34">
              <w:rPr>
                <w:rFonts w:asciiTheme="majorHAnsi" w:hAnsiTheme="majorHAnsi" w:cstheme="majorHAnsi"/>
                <w:sz w:val="24"/>
                <w:szCs w:val="24"/>
              </w:rPr>
              <w:t>AFINet</w:t>
            </w:r>
            <w:proofErr w:type="spellEnd"/>
            <w:r w:rsidR="00361C8D" w:rsidRPr="00B16D34">
              <w:rPr>
                <w:rFonts w:asciiTheme="majorHAnsi" w:hAnsiTheme="majorHAnsi" w:cstheme="majorHAnsi"/>
                <w:sz w:val="24"/>
                <w:szCs w:val="24"/>
              </w:rPr>
              <w:t xml:space="preserve">. </w:t>
            </w:r>
          </w:p>
          <w:p w14:paraId="19392261" w14:textId="6DA69881" w:rsidR="004856CA" w:rsidRPr="00B16D34" w:rsidRDefault="00000000" w:rsidP="00B16D34">
            <w:pPr>
              <w:pStyle w:val="ListParagraph"/>
              <w:numPr>
                <w:ilvl w:val="0"/>
                <w:numId w:val="34"/>
              </w:numPr>
              <w:rPr>
                <w:rFonts w:asciiTheme="majorHAnsi" w:hAnsiTheme="majorHAnsi" w:cstheme="majorHAnsi"/>
                <w:sz w:val="24"/>
                <w:szCs w:val="24"/>
              </w:rPr>
            </w:pPr>
            <w:r w:rsidRPr="00B16D34">
              <w:rPr>
                <w:rFonts w:asciiTheme="majorHAnsi" w:hAnsiTheme="majorHAnsi" w:cstheme="majorHAnsi"/>
                <w:sz w:val="24"/>
                <w:szCs w:val="24"/>
              </w:rPr>
              <w:t xml:space="preserve">Meeting recorded. </w:t>
            </w:r>
          </w:p>
        </w:tc>
        <w:tc>
          <w:tcPr>
            <w:tcW w:w="1985" w:type="dxa"/>
          </w:tcPr>
          <w:p w14:paraId="3FE89EBB" w14:textId="7078FC7E" w:rsidR="004856CA" w:rsidRPr="00646544" w:rsidRDefault="00361C8D">
            <w:pPr>
              <w:rPr>
                <w:rFonts w:asciiTheme="majorHAnsi" w:hAnsiTheme="majorHAnsi" w:cstheme="majorHAnsi"/>
                <w:sz w:val="24"/>
                <w:szCs w:val="24"/>
              </w:rPr>
            </w:pPr>
            <w:r w:rsidRPr="00646544">
              <w:rPr>
                <w:rFonts w:asciiTheme="majorHAnsi" w:hAnsiTheme="majorHAnsi" w:cstheme="majorHAnsi"/>
                <w:sz w:val="24"/>
                <w:szCs w:val="24"/>
              </w:rPr>
              <w:t xml:space="preserve">Draft </w:t>
            </w:r>
            <w:r w:rsidR="00646544" w:rsidRPr="00646544">
              <w:rPr>
                <w:rFonts w:asciiTheme="majorHAnsi" w:hAnsiTheme="majorHAnsi" w:cstheme="majorHAnsi"/>
                <w:sz w:val="24"/>
                <w:szCs w:val="24"/>
              </w:rPr>
              <w:t>minutes</w:t>
            </w:r>
            <w:r w:rsidRPr="00646544">
              <w:rPr>
                <w:rFonts w:asciiTheme="majorHAnsi" w:hAnsiTheme="majorHAnsi" w:cstheme="majorHAnsi"/>
                <w:sz w:val="24"/>
                <w:szCs w:val="24"/>
              </w:rPr>
              <w:t xml:space="preserve"> - Julie</w:t>
            </w:r>
          </w:p>
        </w:tc>
      </w:tr>
      <w:tr w:rsidR="004856CA" w:rsidRPr="00646544" w14:paraId="007DD76A" w14:textId="77777777" w:rsidTr="00B9423A">
        <w:tc>
          <w:tcPr>
            <w:tcW w:w="680" w:type="dxa"/>
          </w:tcPr>
          <w:p w14:paraId="57AF3FDB"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2</w:t>
            </w:r>
          </w:p>
        </w:tc>
        <w:tc>
          <w:tcPr>
            <w:tcW w:w="7253" w:type="dxa"/>
          </w:tcPr>
          <w:p w14:paraId="18A52E3C" w14:textId="77777777" w:rsidR="00106046" w:rsidRPr="00646544" w:rsidRDefault="00000000">
            <w:pPr>
              <w:rPr>
                <w:rFonts w:asciiTheme="majorHAnsi" w:hAnsiTheme="majorHAnsi" w:cstheme="majorHAnsi"/>
                <w:b/>
                <w:bCs/>
                <w:sz w:val="24"/>
                <w:szCs w:val="24"/>
              </w:rPr>
            </w:pPr>
            <w:r w:rsidRPr="00646544">
              <w:rPr>
                <w:rFonts w:asciiTheme="majorHAnsi" w:hAnsiTheme="majorHAnsi" w:cstheme="majorHAnsi"/>
                <w:b/>
                <w:bCs/>
                <w:sz w:val="24"/>
                <w:szCs w:val="24"/>
              </w:rPr>
              <w:t xml:space="preserve">Previous Minutes. </w:t>
            </w:r>
          </w:p>
          <w:p w14:paraId="7931AADE" w14:textId="3BB48D80"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Minutes of 12 March 2026 approved without amendment.</w:t>
            </w:r>
          </w:p>
        </w:tc>
        <w:tc>
          <w:tcPr>
            <w:tcW w:w="1985" w:type="dxa"/>
          </w:tcPr>
          <w:p w14:paraId="0174FF96" w14:textId="68273780" w:rsidR="004856CA" w:rsidRPr="00646544" w:rsidRDefault="008C4B24">
            <w:pPr>
              <w:rPr>
                <w:rFonts w:asciiTheme="majorHAnsi" w:hAnsiTheme="majorHAnsi" w:cstheme="majorHAnsi"/>
                <w:sz w:val="24"/>
                <w:szCs w:val="24"/>
              </w:rPr>
            </w:pPr>
            <w:r w:rsidRPr="00646544">
              <w:rPr>
                <w:rFonts w:asciiTheme="majorHAnsi" w:hAnsiTheme="majorHAnsi" w:cstheme="majorHAnsi"/>
                <w:sz w:val="24"/>
                <w:szCs w:val="24"/>
              </w:rPr>
              <w:t xml:space="preserve">Julie </w:t>
            </w:r>
            <w:r w:rsidR="00646544">
              <w:rPr>
                <w:rFonts w:asciiTheme="majorHAnsi" w:hAnsiTheme="majorHAnsi" w:cstheme="majorHAnsi"/>
                <w:sz w:val="24"/>
                <w:szCs w:val="24"/>
              </w:rPr>
              <w:t xml:space="preserve">to </w:t>
            </w:r>
            <w:proofErr w:type="spellStart"/>
            <w:r w:rsidR="00646544">
              <w:rPr>
                <w:rFonts w:asciiTheme="majorHAnsi" w:hAnsiTheme="majorHAnsi" w:cstheme="majorHAnsi"/>
                <w:sz w:val="24"/>
                <w:szCs w:val="24"/>
              </w:rPr>
              <w:t>o</w:t>
            </w:r>
            <w:r w:rsidRPr="00646544">
              <w:rPr>
                <w:rFonts w:asciiTheme="majorHAnsi" w:hAnsiTheme="majorHAnsi" w:cstheme="majorHAnsi"/>
                <w:sz w:val="24"/>
                <w:szCs w:val="24"/>
              </w:rPr>
              <w:t>rganise</w:t>
            </w:r>
            <w:proofErr w:type="spellEnd"/>
            <w:r w:rsidRPr="00646544">
              <w:rPr>
                <w:rFonts w:asciiTheme="majorHAnsi" w:hAnsiTheme="majorHAnsi" w:cstheme="majorHAnsi"/>
                <w:sz w:val="24"/>
                <w:szCs w:val="24"/>
              </w:rPr>
              <w:t xml:space="preserve"> upload to website</w:t>
            </w:r>
            <w:r w:rsidR="00646544">
              <w:rPr>
                <w:rFonts w:asciiTheme="majorHAnsi" w:hAnsiTheme="majorHAnsi" w:cstheme="majorHAnsi"/>
                <w:sz w:val="24"/>
                <w:szCs w:val="24"/>
              </w:rPr>
              <w:t>.</w:t>
            </w:r>
          </w:p>
        </w:tc>
      </w:tr>
      <w:tr w:rsidR="004856CA" w:rsidRPr="00646544" w14:paraId="56EF80C1" w14:textId="77777777" w:rsidTr="00B9423A">
        <w:tc>
          <w:tcPr>
            <w:tcW w:w="680" w:type="dxa"/>
          </w:tcPr>
          <w:p w14:paraId="76BDC0A4"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3</w:t>
            </w:r>
          </w:p>
        </w:tc>
        <w:tc>
          <w:tcPr>
            <w:tcW w:w="7253" w:type="dxa"/>
          </w:tcPr>
          <w:p w14:paraId="43955E2F" w14:textId="77777777" w:rsidR="00106046" w:rsidRPr="00646544" w:rsidRDefault="00000000">
            <w:pPr>
              <w:rPr>
                <w:rFonts w:asciiTheme="majorHAnsi" w:hAnsiTheme="majorHAnsi" w:cstheme="majorHAnsi"/>
                <w:b/>
                <w:bCs/>
                <w:sz w:val="24"/>
                <w:szCs w:val="24"/>
              </w:rPr>
            </w:pPr>
            <w:r w:rsidRPr="00646544">
              <w:rPr>
                <w:rFonts w:asciiTheme="majorHAnsi" w:hAnsiTheme="majorHAnsi" w:cstheme="majorHAnsi"/>
                <w:b/>
                <w:bCs/>
                <w:sz w:val="24"/>
                <w:szCs w:val="24"/>
              </w:rPr>
              <w:t xml:space="preserve">Website Updates. </w:t>
            </w:r>
          </w:p>
          <w:p w14:paraId="515D0BCF" w14:textId="42FD84D1" w:rsidR="008C4B24" w:rsidRPr="00646544" w:rsidRDefault="008C4B24" w:rsidP="00361C8D">
            <w:pPr>
              <w:pStyle w:val="ListParagraph"/>
              <w:numPr>
                <w:ilvl w:val="0"/>
                <w:numId w:val="10"/>
              </w:numPr>
              <w:rPr>
                <w:rFonts w:asciiTheme="majorHAnsi" w:hAnsiTheme="majorHAnsi" w:cstheme="majorHAnsi"/>
                <w:sz w:val="24"/>
                <w:szCs w:val="24"/>
              </w:rPr>
            </w:pPr>
            <w:r w:rsidRPr="00646544">
              <w:rPr>
                <w:rFonts w:asciiTheme="majorHAnsi" w:hAnsiTheme="majorHAnsi" w:cstheme="majorHAnsi"/>
                <w:sz w:val="24"/>
                <w:szCs w:val="24"/>
              </w:rPr>
              <w:t>Jacqueline provided her report</w:t>
            </w:r>
            <w:r w:rsidR="00B16D34">
              <w:rPr>
                <w:rFonts w:asciiTheme="majorHAnsi" w:hAnsiTheme="majorHAnsi" w:cstheme="majorHAnsi"/>
                <w:sz w:val="24"/>
                <w:szCs w:val="24"/>
              </w:rPr>
              <w:t xml:space="preserve"> as follows:</w:t>
            </w:r>
          </w:p>
          <w:p w14:paraId="5CA6D36C" w14:textId="0EF432CC" w:rsidR="00106046" w:rsidRPr="00646544" w:rsidRDefault="008C4B24" w:rsidP="00361C8D">
            <w:pPr>
              <w:pStyle w:val="ListParagraph"/>
              <w:numPr>
                <w:ilvl w:val="0"/>
                <w:numId w:val="10"/>
              </w:numPr>
              <w:rPr>
                <w:rFonts w:asciiTheme="majorHAnsi" w:hAnsiTheme="majorHAnsi" w:cstheme="majorHAnsi"/>
                <w:sz w:val="24"/>
                <w:szCs w:val="24"/>
              </w:rPr>
            </w:pPr>
            <w:r w:rsidRPr="00646544">
              <w:rPr>
                <w:rFonts w:asciiTheme="majorHAnsi" w:hAnsiTheme="majorHAnsi" w:cstheme="majorHAnsi"/>
                <w:sz w:val="24"/>
                <w:szCs w:val="24"/>
              </w:rPr>
              <w:t>Paul (website administrator) has implemented the catalogue for the webinars. This will make searching for specific webinars according to category/interest easier. Some minor details to be added and then it can go live.</w:t>
            </w:r>
          </w:p>
          <w:p w14:paraId="7845A9CC" w14:textId="7788553D" w:rsidR="008C4B24" w:rsidRPr="00646544" w:rsidRDefault="00000000" w:rsidP="00361C8D">
            <w:pPr>
              <w:pStyle w:val="ListParagraph"/>
              <w:numPr>
                <w:ilvl w:val="0"/>
                <w:numId w:val="10"/>
              </w:numPr>
              <w:rPr>
                <w:rFonts w:asciiTheme="majorHAnsi" w:hAnsiTheme="majorHAnsi" w:cstheme="majorHAnsi"/>
                <w:sz w:val="24"/>
                <w:szCs w:val="24"/>
              </w:rPr>
            </w:pPr>
            <w:r w:rsidRPr="00646544">
              <w:rPr>
                <w:rFonts w:asciiTheme="majorHAnsi" w:hAnsiTheme="majorHAnsi" w:cstheme="majorHAnsi"/>
                <w:sz w:val="24"/>
                <w:szCs w:val="24"/>
              </w:rPr>
              <w:t xml:space="preserve">Lived Experience page progressing slowly. </w:t>
            </w:r>
            <w:r w:rsidR="008C4B24" w:rsidRPr="00646544">
              <w:rPr>
                <w:rFonts w:asciiTheme="majorHAnsi" w:hAnsiTheme="majorHAnsi" w:cstheme="majorHAnsi"/>
                <w:sz w:val="24"/>
                <w:szCs w:val="24"/>
              </w:rPr>
              <w:t xml:space="preserve">Some initial work has been done providing structure </w:t>
            </w:r>
            <w:r w:rsidR="00361C8D" w:rsidRPr="00646544">
              <w:rPr>
                <w:rFonts w:asciiTheme="majorHAnsi" w:hAnsiTheme="majorHAnsi" w:cstheme="majorHAnsi"/>
                <w:sz w:val="24"/>
                <w:szCs w:val="24"/>
              </w:rPr>
              <w:t>however</w:t>
            </w:r>
            <w:r w:rsidR="008C4B24" w:rsidRPr="00646544">
              <w:rPr>
                <w:rFonts w:asciiTheme="majorHAnsi" w:hAnsiTheme="majorHAnsi" w:cstheme="majorHAnsi"/>
                <w:sz w:val="24"/>
                <w:szCs w:val="24"/>
              </w:rPr>
              <w:t xml:space="preserve">, Jacqueline will be busy for the next 6 months finishing her PhD. </w:t>
            </w:r>
          </w:p>
          <w:p w14:paraId="5B1AEEE7" w14:textId="3F0382DD" w:rsidR="008C4B24" w:rsidRPr="00646544" w:rsidRDefault="008C4B24" w:rsidP="00361C8D">
            <w:pPr>
              <w:pStyle w:val="ListParagraph"/>
              <w:numPr>
                <w:ilvl w:val="0"/>
                <w:numId w:val="10"/>
              </w:numPr>
              <w:rPr>
                <w:rFonts w:asciiTheme="majorHAnsi" w:hAnsiTheme="majorHAnsi" w:cstheme="majorHAnsi"/>
                <w:sz w:val="24"/>
                <w:szCs w:val="24"/>
              </w:rPr>
            </w:pPr>
            <w:r w:rsidRPr="00646544">
              <w:rPr>
                <w:rFonts w:asciiTheme="majorHAnsi" w:hAnsiTheme="majorHAnsi" w:cstheme="majorHAnsi"/>
                <w:sz w:val="24"/>
                <w:szCs w:val="24"/>
              </w:rPr>
              <w:t xml:space="preserve">An interactive map to display international </w:t>
            </w:r>
            <w:proofErr w:type="spellStart"/>
            <w:r w:rsidRPr="00646544">
              <w:rPr>
                <w:rFonts w:asciiTheme="majorHAnsi" w:hAnsiTheme="majorHAnsi" w:cstheme="majorHAnsi"/>
                <w:sz w:val="24"/>
                <w:szCs w:val="24"/>
              </w:rPr>
              <w:t>AFINet</w:t>
            </w:r>
            <w:proofErr w:type="spellEnd"/>
            <w:r w:rsidRPr="00646544">
              <w:rPr>
                <w:rFonts w:asciiTheme="majorHAnsi" w:hAnsiTheme="majorHAnsi" w:cstheme="majorHAnsi"/>
                <w:sz w:val="24"/>
                <w:szCs w:val="24"/>
              </w:rPr>
              <w:t xml:space="preserve"> </w:t>
            </w:r>
            <w:r w:rsidR="00361C8D" w:rsidRPr="00646544">
              <w:rPr>
                <w:rFonts w:asciiTheme="majorHAnsi" w:hAnsiTheme="majorHAnsi" w:cstheme="majorHAnsi"/>
                <w:sz w:val="24"/>
                <w:szCs w:val="24"/>
              </w:rPr>
              <w:t>projects</w:t>
            </w:r>
            <w:r w:rsidRPr="00646544">
              <w:rPr>
                <w:rFonts w:asciiTheme="majorHAnsi" w:hAnsiTheme="majorHAnsi" w:cstheme="majorHAnsi"/>
                <w:sz w:val="24"/>
                <w:szCs w:val="24"/>
              </w:rPr>
              <w:t xml:space="preserve"> is in </w:t>
            </w:r>
            <w:r w:rsidR="00361C8D" w:rsidRPr="00646544">
              <w:rPr>
                <w:rFonts w:asciiTheme="majorHAnsi" w:hAnsiTheme="majorHAnsi" w:cstheme="majorHAnsi"/>
                <w:sz w:val="24"/>
                <w:szCs w:val="24"/>
              </w:rPr>
              <w:t>discussion</w:t>
            </w:r>
            <w:r w:rsidRPr="00646544">
              <w:rPr>
                <w:rFonts w:asciiTheme="majorHAnsi" w:hAnsiTheme="majorHAnsi" w:cstheme="majorHAnsi"/>
                <w:sz w:val="24"/>
                <w:szCs w:val="24"/>
              </w:rPr>
              <w:t xml:space="preserve"> stages. Jacqueline to write a short description of the volunteer </w:t>
            </w:r>
            <w:r w:rsidR="00361C8D" w:rsidRPr="00646544">
              <w:rPr>
                <w:rFonts w:asciiTheme="majorHAnsi" w:hAnsiTheme="majorHAnsi" w:cstheme="majorHAnsi"/>
                <w:sz w:val="24"/>
                <w:szCs w:val="24"/>
              </w:rPr>
              <w:t>task</w:t>
            </w:r>
            <w:r w:rsidRPr="00646544">
              <w:rPr>
                <w:rFonts w:asciiTheme="majorHAnsi" w:hAnsiTheme="majorHAnsi" w:cstheme="majorHAnsi"/>
                <w:sz w:val="24"/>
                <w:szCs w:val="24"/>
              </w:rPr>
              <w:t xml:space="preserve"> for the lived experience page and ask Eileen to include it in the newsletter. </w:t>
            </w:r>
          </w:p>
          <w:p w14:paraId="689455B0" w14:textId="5E7D6E35" w:rsidR="004856CA" w:rsidRPr="00646544" w:rsidRDefault="00000000" w:rsidP="00361C8D">
            <w:pPr>
              <w:pStyle w:val="ListParagraph"/>
              <w:numPr>
                <w:ilvl w:val="0"/>
                <w:numId w:val="10"/>
              </w:numPr>
              <w:rPr>
                <w:rFonts w:asciiTheme="majorHAnsi" w:hAnsiTheme="majorHAnsi" w:cstheme="majorHAnsi"/>
                <w:sz w:val="24"/>
                <w:szCs w:val="24"/>
              </w:rPr>
            </w:pPr>
            <w:r w:rsidRPr="00646544">
              <w:rPr>
                <w:rFonts w:asciiTheme="majorHAnsi" w:hAnsiTheme="majorHAnsi" w:cstheme="majorHAnsi"/>
                <w:sz w:val="24"/>
                <w:szCs w:val="24"/>
              </w:rPr>
              <w:t>Oceania videos to be added</w:t>
            </w:r>
            <w:r w:rsidR="008C4B24" w:rsidRPr="00646544">
              <w:rPr>
                <w:rFonts w:asciiTheme="majorHAnsi" w:hAnsiTheme="majorHAnsi" w:cstheme="majorHAnsi"/>
                <w:sz w:val="24"/>
                <w:szCs w:val="24"/>
              </w:rPr>
              <w:t xml:space="preserve"> Julie </w:t>
            </w:r>
            <w:r w:rsidR="00361C8D" w:rsidRPr="00646544">
              <w:rPr>
                <w:rFonts w:asciiTheme="majorHAnsi" w:hAnsiTheme="majorHAnsi" w:cstheme="majorHAnsi"/>
                <w:sz w:val="24"/>
                <w:szCs w:val="24"/>
              </w:rPr>
              <w:t>working</w:t>
            </w:r>
            <w:r w:rsidR="008C4B24" w:rsidRPr="00646544">
              <w:rPr>
                <w:rFonts w:asciiTheme="majorHAnsi" w:hAnsiTheme="majorHAnsi" w:cstheme="majorHAnsi"/>
                <w:sz w:val="24"/>
                <w:szCs w:val="24"/>
              </w:rPr>
              <w:t xml:space="preserve"> with Paul on this.</w:t>
            </w:r>
          </w:p>
        </w:tc>
        <w:tc>
          <w:tcPr>
            <w:tcW w:w="1985" w:type="dxa"/>
          </w:tcPr>
          <w:p w14:paraId="2CB2A616" w14:textId="0EBFDE60" w:rsidR="008C4B24" w:rsidRPr="00646544" w:rsidRDefault="008C4B24">
            <w:pPr>
              <w:rPr>
                <w:rFonts w:asciiTheme="majorHAnsi" w:hAnsiTheme="majorHAnsi" w:cstheme="majorHAnsi"/>
                <w:sz w:val="24"/>
                <w:szCs w:val="24"/>
              </w:rPr>
            </w:pPr>
            <w:r w:rsidRPr="00646544">
              <w:rPr>
                <w:rFonts w:asciiTheme="majorHAnsi" w:hAnsiTheme="majorHAnsi" w:cstheme="majorHAnsi"/>
                <w:sz w:val="24"/>
                <w:szCs w:val="24"/>
              </w:rPr>
              <w:t xml:space="preserve">Jacqueline to </w:t>
            </w:r>
            <w:proofErr w:type="spellStart"/>
            <w:r w:rsidRPr="00646544">
              <w:rPr>
                <w:rFonts w:asciiTheme="majorHAnsi" w:hAnsiTheme="majorHAnsi" w:cstheme="majorHAnsi"/>
                <w:sz w:val="24"/>
                <w:szCs w:val="24"/>
              </w:rPr>
              <w:t>organise</w:t>
            </w:r>
            <w:proofErr w:type="spellEnd"/>
            <w:r w:rsidRPr="00646544">
              <w:rPr>
                <w:rFonts w:asciiTheme="majorHAnsi" w:hAnsiTheme="majorHAnsi" w:cstheme="majorHAnsi"/>
                <w:sz w:val="24"/>
                <w:szCs w:val="24"/>
              </w:rPr>
              <w:t xml:space="preserve"> for the Webinar catalogue to go live.</w:t>
            </w:r>
          </w:p>
          <w:p w14:paraId="5824C244" w14:textId="77777777" w:rsidR="008C4B24" w:rsidRPr="00646544" w:rsidRDefault="008C4B24">
            <w:pPr>
              <w:rPr>
                <w:rFonts w:asciiTheme="majorHAnsi" w:hAnsiTheme="majorHAnsi" w:cstheme="majorHAnsi"/>
                <w:sz w:val="24"/>
                <w:szCs w:val="24"/>
              </w:rPr>
            </w:pPr>
          </w:p>
          <w:p w14:paraId="246FCD1C" w14:textId="77777777" w:rsidR="00361C8D" w:rsidRPr="00646544" w:rsidRDefault="008C4B24">
            <w:pPr>
              <w:rPr>
                <w:rFonts w:asciiTheme="majorHAnsi" w:hAnsiTheme="majorHAnsi" w:cstheme="majorHAnsi"/>
                <w:sz w:val="24"/>
                <w:szCs w:val="24"/>
              </w:rPr>
            </w:pPr>
            <w:r w:rsidRPr="00646544">
              <w:rPr>
                <w:rFonts w:asciiTheme="majorHAnsi" w:hAnsiTheme="majorHAnsi" w:cstheme="majorHAnsi"/>
                <w:sz w:val="24"/>
                <w:szCs w:val="24"/>
              </w:rPr>
              <w:t>Jacqueline to</w:t>
            </w:r>
            <w:r w:rsidR="00361C8D" w:rsidRPr="00646544">
              <w:rPr>
                <w:rFonts w:asciiTheme="majorHAnsi" w:hAnsiTheme="majorHAnsi" w:cstheme="majorHAnsi"/>
                <w:sz w:val="24"/>
                <w:szCs w:val="24"/>
              </w:rPr>
              <w:t xml:space="preserve"> liaise with Eileen to call for volunteers on the lived experience page.</w:t>
            </w:r>
          </w:p>
          <w:p w14:paraId="0F1C6D4D" w14:textId="77777777" w:rsidR="00361C8D" w:rsidRPr="00646544" w:rsidRDefault="00361C8D">
            <w:pPr>
              <w:rPr>
                <w:rFonts w:asciiTheme="majorHAnsi" w:hAnsiTheme="majorHAnsi" w:cstheme="majorHAnsi"/>
                <w:sz w:val="24"/>
                <w:szCs w:val="24"/>
              </w:rPr>
            </w:pPr>
          </w:p>
          <w:p w14:paraId="1DA82711" w14:textId="79D91A3D" w:rsidR="004856CA" w:rsidRPr="00646544" w:rsidRDefault="00646544">
            <w:pPr>
              <w:rPr>
                <w:rFonts w:asciiTheme="majorHAnsi" w:hAnsiTheme="majorHAnsi" w:cstheme="majorHAnsi"/>
                <w:sz w:val="24"/>
                <w:szCs w:val="24"/>
              </w:rPr>
            </w:pPr>
            <w:r>
              <w:rPr>
                <w:rFonts w:asciiTheme="majorHAnsi" w:hAnsiTheme="majorHAnsi" w:cstheme="majorHAnsi"/>
                <w:sz w:val="24"/>
                <w:szCs w:val="24"/>
              </w:rPr>
              <w:t xml:space="preserve">Julie to </w:t>
            </w:r>
            <w:proofErr w:type="spellStart"/>
            <w:r>
              <w:rPr>
                <w:rFonts w:asciiTheme="majorHAnsi" w:hAnsiTheme="majorHAnsi" w:cstheme="majorHAnsi"/>
                <w:sz w:val="24"/>
                <w:szCs w:val="24"/>
              </w:rPr>
              <w:t>finalise</w:t>
            </w:r>
            <w:proofErr w:type="spellEnd"/>
            <w:r>
              <w:rPr>
                <w:rFonts w:asciiTheme="majorHAnsi" w:hAnsiTheme="majorHAnsi" w:cstheme="majorHAnsi"/>
                <w:sz w:val="24"/>
                <w:szCs w:val="24"/>
              </w:rPr>
              <w:t xml:space="preserve"> </w:t>
            </w:r>
            <w:r w:rsidR="00361C8D" w:rsidRPr="00646544">
              <w:rPr>
                <w:rFonts w:asciiTheme="majorHAnsi" w:hAnsiTheme="majorHAnsi" w:cstheme="majorHAnsi"/>
                <w:sz w:val="24"/>
                <w:szCs w:val="24"/>
              </w:rPr>
              <w:t xml:space="preserve">Oceania videos </w:t>
            </w:r>
            <w:r>
              <w:rPr>
                <w:rFonts w:asciiTheme="majorHAnsi" w:hAnsiTheme="majorHAnsi" w:cstheme="majorHAnsi"/>
                <w:sz w:val="24"/>
                <w:szCs w:val="24"/>
              </w:rPr>
              <w:t>for upload to website</w:t>
            </w:r>
            <w:r w:rsidR="00361C8D" w:rsidRPr="00646544">
              <w:rPr>
                <w:rFonts w:asciiTheme="majorHAnsi" w:hAnsiTheme="majorHAnsi" w:cstheme="majorHAnsi"/>
                <w:sz w:val="24"/>
                <w:szCs w:val="24"/>
              </w:rPr>
              <w:t>.</w:t>
            </w:r>
          </w:p>
        </w:tc>
      </w:tr>
      <w:tr w:rsidR="004856CA" w:rsidRPr="00646544" w14:paraId="616BBFE4" w14:textId="77777777" w:rsidTr="00B9423A">
        <w:tc>
          <w:tcPr>
            <w:tcW w:w="680" w:type="dxa"/>
          </w:tcPr>
          <w:p w14:paraId="3D2B5430"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4</w:t>
            </w:r>
          </w:p>
        </w:tc>
        <w:tc>
          <w:tcPr>
            <w:tcW w:w="7253" w:type="dxa"/>
          </w:tcPr>
          <w:p w14:paraId="1B0D8B0F" w14:textId="77777777" w:rsidR="00106046" w:rsidRPr="00646544" w:rsidRDefault="00000000">
            <w:pPr>
              <w:rPr>
                <w:rFonts w:asciiTheme="majorHAnsi" w:hAnsiTheme="majorHAnsi" w:cstheme="majorHAnsi"/>
                <w:b/>
                <w:bCs/>
                <w:sz w:val="24"/>
                <w:szCs w:val="24"/>
              </w:rPr>
            </w:pPr>
            <w:r w:rsidRPr="00646544">
              <w:rPr>
                <w:rFonts w:asciiTheme="majorHAnsi" w:hAnsiTheme="majorHAnsi" w:cstheme="majorHAnsi"/>
                <w:b/>
                <w:bCs/>
                <w:sz w:val="24"/>
                <w:szCs w:val="24"/>
              </w:rPr>
              <w:t xml:space="preserve">Book Projects. </w:t>
            </w:r>
          </w:p>
          <w:p w14:paraId="1A5B1C4E" w14:textId="18D09E9B" w:rsidR="00106046" w:rsidRPr="00646544" w:rsidRDefault="00000000" w:rsidP="001D3609">
            <w:pPr>
              <w:pStyle w:val="ListParagraph"/>
              <w:numPr>
                <w:ilvl w:val="0"/>
                <w:numId w:val="11"/>
              </w:numPr>
              <w:rPr>
                <w:rFonts w:asciiTheme="majorHAnsi" w:hAnsiTheme="majorHAnsi" w:cstheme="majorHAnsi"/>
                <w:sz w:val="24"/>
                <w:szCs w:val="24"/>
              </w:rPr>
            </w:pPr>
            <w:r w:rsidRPr="00646544">
              <w:rPr>
                <w:rFonts w:asciiTheme="majorHAnsi" w:hAnsiTheme="majorHAnsi" w:cstheme="majorHAnsi"/>
                <w:sz w:val="24"/>
                <w:szCs w:val="24"/>
              </w:rPr>
              <w:t>2024 book near publication</w:t>
            </w:r>
            <w:r w:rsidR="00361C8D" w:rsidRPr="00646544">
              <w:rPr>
                <w:rFonts w:asciiTheme="majorHAnsi" w:hAnsiTheme="majorHAnsi" w:cstheme="majorHAnsi"/>
                <w:sz w:val="24"/>
                <w:szCs w:val="24"/>
              </w:rPr>
              <w:t xml:space="preserve"> Kirsten reported currently being typeset, one last author review has been offered – not fully in-press yet but close</w:t>
            </w:r>
            <w:r w:rsidRPr="00646544">
              <w:rPr>
                <w:rFonts w:asciiTheme="majorHAnsi" w:hAnsiTheme="majorHAnsi" w:cstheme="majorHAnsi"/>
                <w:sz w:val="24"/>
                <w:szCs w:val="24"/>
              </w:rPr>
              <w:t xml:space="preserve">. </w:t>
            </w:r>
          </w:p>
          <w:p w14:paraId="6E7B475D" w14:textId="00D43E5A" w:rsidR="00106046" w:rsidRPr="00646544" w:rsidRDefault="00000000" w:rsidP="001D3609">
            <w:pPr>
              <w:pStyle w:val="ListParagraph"/>
              <w:numPr>
                <w:ilvl w:val="0"/>
                <w:numId w:val="11"/>
              </w:numPr>
              <w:rPr>
                <w:rFonts w:asciiTheme="majorHAnsi" w:hAnsiTheme="majorHAnsi" w:cstheme="majorHAnsi"/>
                <w:sz w:val="24"/>
                <w:szCs w:val="24"/>
              </w:rPr>
            </w:pPr>
            <w:r w:rsidRPr="00646544">
              <w:rPr>
                <w:rFonts w:asciiTheme="majorHAnsi" w:hAnsiTheme="majorHAnsi" w:cstheme="majorHAnsi"/>
                <w:sz w:val="24"/>
                <w:szCs w:val="24"/>
              </w:rPr>
              <w:t xml:space="preserve">Rotterdam book still with publisher. </w:t>
            </w:r>
            <w:r w:rsidR="00361C8D" w:rsidRPr="00646544">
              <w:rPr>
                <w:rFonts w:asciiTheme="majorHAnsi" w:hAnsiTheme="majorHAnsi" w:cstheme="majorHAnsi"/>
                <w:sz w:val="24"/>
                <w:szCs w:val="24"/>
              </w:rPr>
              <w:t>Last update from Candice in 2/5/26 and book still with the publisher. No further news.</w:t>
            </w:r>
          </w:p>
          <w:p w14:paraId="2EEA8AD0" w14:textId="698C6E82" w:rsidR="00106046" w:rsidRPr="00646544" w:rsidRDefault="00000000" w:rsidP="001D3609">
            <w:pPr>
              <w:pStyle w:val="ListParagraph"/>
              <w:numPr>
                <w:ilvl w:val="0"/>
                <w:numId w:val="11"/>
              </w:numPr>
              <w:rPr>
                <w:rFonts w:asciiTheme="majorHAnsi" w:hAnsiTheme="majorHAnsi" w:cstheme="majorHAnsi"/>
                <w:sz w:val="24"/>
                <w:szCs w:val="24"/>
              </w:rPr>
            </w:pPr>
            <w:r w:rsidRPr="00646544">
              <w:rPr>
                <w:rFonts w:asciiTheme="majorHAnsi" w:hAnsiTheme="majorHAnsi" w:cstheme="majorHAnsi"/>
                <w:sz w:val="24"/>
                <w:szCs w:val="24"/>
              </w:rPr>
              <w:t xml:space="preserve">Quebec book unlikely; special edition journal instead. </w:t>
            </w:r>
            <w:r w:rsidR="00361C8D" w:rsidRPr="00646544">
              <w:rPr>
                <w:rFonts w:asciiTheme="majorHAnsi" w:hAnsiTheme="majorHAnsi" w:cstheme="majorHAnsi"/>
                <w:sz w:val="24"/>
                <w:szCs w:val="24"/>
              </w:rPr>
              <w:t>No further news from Melissa Cote since March 2026</w:t>
            </w:r>
            <w:r w:rsidR="00646544">
              <w:rPr>
                <w:rFonts w:asciiTheme="majorHAnsi" w:hAnsiTheme="majorHAnsi" w:cstheme="majorHAnsi"/>
                <w:sz w:val="24"/>
                <w:szCs w:val="24"/>
              </w:rPr>
              <w:t>. Follow up email requesting an update sent May 2026 – no response</w:t>
            </w:r>
            <w:r w:rsidR="00361C8D" w:rsidRPr="00646544">
              <w:rPr>
                <w:rFonts w:asciiTheme="majorHAnsi" w:hAnsiTheme="majorHAnsi" w:cstheme="majorHAnsi"/>
                <w:sz w:val="24"/>
                <w:szCs w:val="24"/>
              </w:rPr>
              <w:t>.</w:t>
            </w:r>
          </w:p>
          <w:p w14:paraId="6EA0E874" w14:textId="323396E7" w:rsidR="004856CA" w:rsidRPr="00646544" w:rsidRDefault="00361C8D" w:rsidP="001D3609">
            <w:pPr>
              <w:pStyle w:val="ListParagraph"/>
              <w:numPr>
                <w:ilvl w:val="0"/>
                <w:numId w:val="11"/>
              </w:numPr>
              <w:rPr>
                <w:rFonts w:asciiTheme="majorHAnsi" w:hAnsiTheme="majorHAnsi" w:cstheme="majorHAnsi"/>
                <w:sz w:val="24"/>
                <w:szCs w:val="24"/>
              </w:rPr>
            </w:pPr>
            <w:r w:rsidRPr="00646544">
              <w:rPr>
                <w:rFonts w:asciiTheme="majorHAnsi" w:hAnsiTheme="majorHAnsi" w:cstheme="majorHAnsi"/>
                <w:sz w:val="24"/>
                <w:szCs w:val="24"/>
              </w:rPr>
              <w:lastRenderedPageBreak/>
              <w:t xml:space="preserve">Gallus suggested making any resulting journal </w:t>
            </w:r>
            <w:r w:rsidR="001D3609" w:rsidRPr="00646544">
              <w:rPr>
                <w:rFonts w:asciiTheme="majorHAnsi" w:hAnsiTheme="majorHAnsi" w:cstheme="majorHAnsi"/>
                <w:sz w:val="24"/>
                <w:szCs w:val="24"/>
              </w:rPr>
              <w:t>available</w:t>
            </w:r>
            <w:r w:rsidRPr="00646544">
              <w:rPr>
                <w:rFonts w:asciiTheme="majorHAnsi" w:hAnsiTheme="majorHAnsi" w:cstheme="majorHAnsi"/>
                <w:sz w:val="24"/>
                <w:szCs w:val="24"/>
              </w:rPr>
              <w:t xml:space="preserve"> in the members section of the website.</w:t>
            </w:r>
          </w:p>
          <w:p w14:paraId="42499ABE" w14:textId="26FB23CB" w:rsidR="001D3609" w:rsidRPr="00646544" w:rsidRDefault="001D3609" w:rsidP="001D3609">
            <w:pPr>
              <w:numPr>
                <w:ilvl w:val="0"/>
                <w:numId w:val="11"/>
              </w:numPr>
              <w:rPr>
                <w:rFonts w:asciiTheme="majorHAnsi" w:eastAsia="Times New Roman" w:hAnsiTheme="majorHAnsi" w:cstheme="majorHAnsi"/>
                <w:color w:val="000000"/>
                <w:sz w:val="24"/>
                <w:szCs w:val="24"/>
                <w:lang w:eastAsia="en-GB"/>
              </w:rPr>
            </w:pPr>
            <w:r w:rsidRPr="00646544">
              <w:rPr>
                <w:rFonts w:asciiTheme="majorHAnsi" w:hAnsiTheme="majorHAnsi" w:cstheme="majorHAnsi"/>
                <w:sz w:val="24"/>
                <w:szCs w:val="24"/>
              </w:rPr>
              <w:t xml:space="preserve">After discussion of pros and cons future edited books will be pursued for face-to-face conferences. </w:t>
            </w:r>
            <w:r w:rsidRPr="00490386">
              <w:rPr>
                <w:rFonts w:asciiTheme="majorHAnsi" w:eastAsia="Times New Roman" w:hAnsiTheme="majorHAnsi" w:cstheme="majorHAnsi"/>
                <w:color w:val="000000"/>
                <w:sz w:val="24"/>
                <w:szCs w:val="24"/>
                <w:lang w:eastAsia="en-GB"/>
              </w:rPr>
              <w:t>No book will be produced from the current year's online conference.</w:t>
            </w:r>
          </w:p>
        </w:tc>
        <w:tc>
          <w:tcPr>
            <w:tcW w:w="1985" w:type="dxa"/>
          </w:tcPr>
          <w:p w14:paraId="1CC234AE"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lastRenderedPageBreak/>
              <w:t>Julie to follow up Candice and Quebec colleagues.</w:t>
            </w:r>
          </w:p>
        </w:tc>
      </w:tr>
      <w:tr w:rsidR="004856CA" w:rsidRPr="00646544" w14:paraId="7CB58DCF" w14:textId="77777777" w:rsidTr="00B9423A">
        <w:tc>
          <w:tcPr>
            <w:tcW w:w="680" w:type="dxa"/>
          </w:tcPr>
          <w:p w14:paraId="7DAD6F02"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5</w:t>
            </w:r>
          </w:p>
        </w:tc>
        <w:tc>
          <w:tcPr>
            <w:tcW w:w="7253" w:type="dxa"/>
          </w:tcPr>
          <w:p w14:paraId="75C3D8E4" w14:textId="77777777" w:rsidR="00106046" w:rsidRPr="00646544" w:rsidRDefault="00000000">
            <w:pPr>
              <w:rPr>
                <w:rFonts w:asciiTheme="majorHAnsi" w:hAnsiTheme="majorHAnsi" w:cstheme="majorHAnsi"/>
                <w:b/>
                <w:bCs/>
                <w:sz w:val="24"/>
                <w:szCs w:val="24"/>
              </w:rPr>
            </w:pPr>
            <w:r w:rsidRPr="00646544">
              <w:rPr>
                <w:rFonts w:asciiTheme="majorHAnsi" w:hAnsiTheme="majorHAnsi" w:cstheme="majorHAnsi"/>
                <w:b/>
                <w:bCs/>
                <w:sz w:val="24"/>
                <w:szCs w:val="24"/>
              </w:rPr>
              <w:t xml:space="preserve">Webinars. </w:t>
            </w:r>
          </w:p>
          <w:p w14:paraId="2EA7547C" w14:textId="6D0B3E25" w:rsidR="00106046" w:rsidRPr="00646544" w:rsidRDefault="00106046" w:rsidP="001D3609">
            <w:pPr>
              <w:pStyle w:val="ListParagraph"/>
              <w:numPr>
                <w:ilvl w:val="0"/>
                <w:numId w:val="13"/>
              </w:numPr>
              <w:rPr>
                <w:rFonts w:asciiTheme="majorHAnsi" w:hAnsiTheme="majorHAnsi" w:cstheme="majorHAnsi"/>
                <w:sz w:val="24"/>
                <w:szCs w:val="24"/>
              </w:rPr>
            </w:pPr>
            <w:r w:rsidRPr="00646544">
              <w:rPr>
                <w:rFonts w:asciiTheme="majorHAnsi" w:hAnsiTheme="majorHAnsi" w:cstheme="majorHAnsi"/>
                <w:sz w:val="24"/>
                <w:szCs w:val="24"/>
              </w:rPr>
              <w:t>See Richard’s report</w:t>
            </w:r>
            <w:r w:rsidR="004857C3" w:rsidRPr="00646544">
              <w:rPr>
                <w:rFonts w:asciiTheme="majorHAnsi" w:hAnsiTheme="majorHAnsi" w:cstheme="majorHAnsi"/>
                <w:sz w:val="24"/>
                <w:szCs w:val="24"/>
              </w:rPr>
              <w:t xml:space="preserve"> </w:t>
            </w:r>
            <w:r w:rsidR="00B16D34">
              <w:rPr>
                <w:rFonts w:asciiTheme="majorHAnsi" w:hAnsiTheme="majorHAnsi" w:cstheme="majorHAnsi"/>
                <w:sz w:val="24"/>
                <w:szCs w:val="24"/>
              </w:rPr>
              <w:t xml:space="preserve">attached. </w:t>
            </w:r>
          </w:p>
          <w:p w14:paraId="096609F6" w14:textId="760A9C62" w:rsidR="00106046" w:rsidRPr="00646544" w:rsidRDefault="00000000" w:rsidP="001D3609">
            <w:pPr>
              <w:pStyle w:val="ListParagraph"/>
              <w:numPr>
                <w:ilvl w:val="0"/>
                <w:numId w:val="13"/>
              </w:numPr>
              <w:rPr>
                <w:rFonts w:asciiTheme="majorHAnsi" w:hAnsiTheme="majorHAnsi" w:cstheme="majorHAnsi"/>
                <w:sz w:val="24"/>
                <w:szCs w:val="24"/>
              </w:rPr>
            </w:pPr>
            <w:r w:rsidRPr="00646544">
              <w:rPr>
                <w:rFonts w:asciiTheme="majorHAnsi" w:hAnsiTheme="majorHAnsi" w:cstheme="majorHAnsi"/>
                <w:sz w:val="24"/>
                <w:szCs w:val="24"/>
              </w:rPr>
              <w:t>March and May webinars successful</w:t>
            </w:r>
            <w:r w:rsidR="001D3609" w:rsidRPr="00646544">
              <w:rPr>
                <w:rFonts w:asciiTheme="majorHAnsi" w:hAnsiTheme="majorHAnsi" w:cstheme="majorHAnsi"/>
                <w:sz w:val="24"/>
                <w:szCs w:val="24"/>
              </w:rPr>
              <w:t xml:space="preserve"> with good attendance</w:t>
            </w:r>
            <w:r w:rsidRPr="00646544">
              <w:rPr>
                <w:rFonts w:asciiTheme="majorHAnsi" w:hAnsiTheme="majorHAnsi" w:cstheme="majorHAnsi"/>
                <w:sz w:val="24"/>
                <w:szCs w:val="24"/>
              </w:rPr>
              <w:t xml:space="preserve">. </w:t>
            </w:r>
          </w:p>
          <w:p w14:paraId="6E00F27D" w14:textId="2F39E4C0" w:rsidR="00106046" w:rsidRPr="00646544" w:rsidRDefault="00000000" w:rsidP="001D3609">
            <w:pPr>
              <w:pStyle w:val="ListParagraph"/>
              <w:numPr>
                <w:ilvl w:val="0"/>
                <w:numId w:val="13"/>
              </w:numPr>
              <w:rPr>
                <w:rFonts w:asciiTheme="majorHAnsi" w:hAnsiTheme="majorHAnsi" w:cstheme="majorHAnsi"/>
                <w:sz w:val="24"/>
                <w:szCs w:val="24"/>
              </w:rPr>
            </w:pPr>
            <w:r w:rsidRPr="00646544">
              <w:rPr>
                <w:rFonts w:asciiTheme="majorHAnsi" w:hAnsiTheme="majorHAnsi" w:cstheme="majorHAnsi"/>
                <w:sz w:val="24"/>
                <w:szCs w:val="24"/>
              </w:rPr>
              <w:t>July webinar chair confirmed</w:t>
            </w:r>
            <w:r w:rsidR="00646544">
              <w:rPr>
                <w:rFonts w:asciiTheme="majorHAnsi" w:hAnsiTheme="majorHAnsi" w:cstheme="majorHAnsi"/>
                <w:sz w:val="24"/>
                <w:szCs w:val="24"/>
              </w:rPr>
              <w:t xml:space="preserve"> as Gallus</w:t>
            </w:r>
            <w:r w:rsidRPr="00646544">
              <w:rPr>
                <w:rFonts w:asciiTheme="majorHAnsi" w:hAnsiTheme="majorHAnsi" w:cstheme="majorHAnsi"/>
                <w:sz w:val="24"/>
                <w:szCs w:val="24"/>
              </w:rPr>
              <w:t>.</w:t>
            </w:r>
            <w:r w:rsidR="00106046" w:rsidRPr="00646544">
              <w:rPr>
                <w:rFonts w:asciiTheme="majorHAnsi" w:hAnsiTheme="majorHAnsi" w:cstheme="majorHAnsi"/>
                <w:sz w:val="24"/>
                <w:szCs w:val="24"/>
              </w:rPr>
              <w:t xml:space="preserve"> </w:t>
            </w:r>
          </w:p>
          <w:p w14:paraId="36D1FB27" w14:textId="4903E199" w:rsidR="00106046" w:rsidRPr="00646544" w:rsidRDefault="00106046" w:rsidP="001D3609">
            <w:pPr>
              <w:pStyle w:val="ListParagraph"/>
              <w:numPr>
                <w:ilvl w:val="0"/>
                <w:numId w:val="13"/>
              </w:numPr>
              <w:rPr>
                <w:rFonts w:asciiTheme="majorHAnsi" w:hAnsiTheme="majorHAnsi" w:cstheme="majorHAnsi"/>
                <w:sz w:val="24"/>
                <w:szCs w:val="24"/>
              </w:rPr>
            </w:pPr>
            <w:r w:rsidRPr="00646544">
              <w:rPr>
                <w:rFonts w:asciiTheme="majorHAnsi" w:hAnsiTheme="majorHAnsi" w:cstheme="majorHAnsi"/>
                <w:sz w:val="24"/>
                <w:szCs w:val="24"/>
              </w:rPr>
              <w:t xml:space="preserve">There is no webinar scheduled for September </w:t>
            </w:r>
            <w:r w:rsidR="004857C3" w:rsidRPr="00646544">
              <w:rPr>
                <w:rFonts w:asciiTheme="majorHAnsi" w:hAnsiTheme="majorHAnsi" w:cstheme="majorHAnsi"/>
                <w:sz w:val="24"/>
                <w:szCs w:val="24"/>
              </w:rPr>
              <w:t>as the on-line conference will be held.</w:t>
            </w:r>
          </w:p>
          <w:p w14:paraId="586FC227" w14:textId="1C58BCD5" w:rsidR="004857C3" w:rsidRPr="00646544" w:rsidRDefault="004857C3" w:rsidP="001D3609">
            <w:pPr>
              <w:pStyle w:val="ListParagraph"/>
              <w:numPr>
                <w:ilvl w:val="0"/>
                <w:numId w:val="13"/>
              </w:numPr>
              <w:rPr>
                <w:rFonts w:asciiTheme="majorHAnsi" w:hAnsiTheme="majorHAnsi" w:cstheme="majorHAnsi"/>
                <w:sz w:val="24"/>
                <w:szCs w:val="24"/>
              </w:rPr>
            </w:pPr>
            <w:r w:rsidRPr="00646544">
              <w:rPr>
                <w:rFonts w:asciiTheme="majorHAnsi" w:hAnsiTheme="majorHAnsi" w:cstheme="majorHAnsi"/>
                <w:sz w:val="24"/>
                <w:szCs w:val="24"/>
              </w:rPr>
              <w:t>Richard is working on the November</w:t>
            </w:r>
            <w:r w:rsidR="001D3609" w:rsidRPr="00646544">
              <w:rPr>
                <w:rFonts w:asciiTheme="majorHAnsi" w:hAnsiTheme="majorHAnsi" w:cstheme="majorHAnsi"/>
                <w:sz w:val="24"/>
                <w:szCs w:val="24"/>
              </w:rPr>
              <w:t xml:space="preserve"> 2026 and January 2027</w:t>
            </w:r>
            <w:r w:rsidRPr="00646544">
              <w:rPr>
                <w:rFonts w:asciiTheme="majorHAnsi" w:hAnsiTheme="majorHAnsi" w:cstheme="majorHAnsi"/>
                <w:sz w:val="24"/>
                <w:szCs w:val="24"/>
              </w:rPr>
              <w:t xml:space="preserve"> webinar</w:t>
            </w:r>
            <w:r w:rsidR="001D3609" w:rsidRPr="00646544">
              <w:rPr>
                <w:rFonts w:asciiTheme="majorHAnsi" w:hAnsiTheme="majorHAnsi" w:cstheme="majorHAnsi"/>
                <w:sz w:val="24"/>
                <w:szCs w:val="24"/>
              </w:rPr>
              <w:t>s</w:t>
            </w:r>
            <w:r w:rsidRPr="00646544">
              <w:rPr>
                <w:rFonts w:asciiTheme="majorHAnsi" w:hAnsiTheme="majorHAnsi" w:cstheme="majorHAnsi"/>
                <w:sz w:val="24"/>
                <w:szCs w:val="24"/>
              </w:rPr>
              <w:t>.</w:t>
            </w:r>
          </w:p>
          <w:p w14:paraId="01889020" w14:textId="7D96852F" w:rsidR="004856CA" w:rsidRPr="00646544" w:rsidRDefault="00000000" w:rsidP="001D3609">
            <w:pPr>
              <w:pStyle w:val="ListParagraph"/>
              <w:numPr>
                <w:ilvl w:val="0"/>
                <w:numId w:val="13"/>
              </w:numPr>
              <w:rPr>
                <w:rFonts w:asciiTheme="majorHAnsi" w:hAnsiTheme="majorHAnsi" w:cstheme="majorHAnsi"/>
                <w:sz w:val="24"/>
                <w:szCs w:val="24"/>
              </w:rPr>
            </w:pPr>
            <w:r w:rsidRPr="00646544">
              <w:rPr>
                <w:rFonts w:asciiTheme="majorHAnsi" w:hAnsiTheme="majorHAnsi" w:cstheme="majorHAnsi"/>
                <w:sz w:val="24"/>
                <w:szCs w:val="24"/>
              </w:rPr>
              <w:t>Analytics discussed</w:t>
            </w:r>
            <w:r w:rsidR="004857C3" w:rsidRPr="00646544">
              <w:rPr>
                <w:rFonts w:asciiTheme="majorHAnsi" w:hAnsiTheme="majorHAnsi" w:cstheme="majorHAnsi"/>
                <w:sz w:val="24"/>
                <w:szCs w:val="24"/>
              </w:rPr>
              <w:t xml:space="preserve"> – Jacqueline advised will have more information in the future</w:t>
            </w:r>
            <w:r w:rsidR="001D3609" w:rsidRPr="00646544">
              <w:rPr>
                <w:rFonts w:asciiTheme="majorHAnsi" w:hAnsiTheme="majorHAnsi" w:cstheme="majorHAnsi"/>
                <w:sz w:val="24"/>
                <w:szCs w:val="24"/>
              </w:rPr>
              <w:t xml:space="preserve"> because of work Paul has done with catalogue</w:t>
            </w:r>
            <w:r w:rsidR="00646544">
              <w:rPr>
                <w:rFonts w:asciiTheme="majorHAnsi" w:hAnsiTheme="majorHAnsi" w:cstheme="majorHAnsi"/>
                <w:sz w:val="24"/>
                <w:szCs w:val="24"/>
              </w:rPr>
              <w:t xml:space="preserve"> which allows for data to be collected</w:t>
            </w:r>
            <w:r w:rsidR="004857C3" w:rsidRPr="00646544">
              <w:rPr>
                <w:rFonts w:asciiTheme="majorHAnsi" w:hAnsiTheme="majorHAnsi" w:cstheme="majorHAnsi"/>
                <w:sz w:val="24"/>
                <w:szCs w:val="24"/>
              </w:rPr>
              <w:t xml:space="preserve">. </w:t>
            </w:r>
            <w:r w:rsidR="001D3609" w:rsidRPr="00646544">
              <w:rPr>
                <w:rFonts w:asciiTheme="majorHAnsi" w:hAnsiTheme="majorHAnsi" w:cstheme="majorHAnsi"/>
                <w:sz w:val="24"/>
                <w:szCs w:val="24"/>
              </w:rPr>
              <w:t>Gallus noted many people watch recorded webinars demonstrating on going reach.</w:t>
            </w:r>
          </w:p>
        </w:tc>
        <w:tc>
          <w:tcPr>
            <w:tcW w:w="1985" w:type="dxa"/>
          </w:tcPr>
          <w:p w14:paraId="0F7868B3" w14:textId="77777777" w:rsidR="001D3609" w:rsidRPr="00646544" w:rsidRDefault="001D3609">
            <w:pPr>
              <w:rPr>
                <w:rFonts w:asciiTheme="majorHAnsi" w:hAnsiTheme="majorHAnsi" w:cstheme="majorHAnsi"/>
                <w:sz w:val="24"/>
                <w:szCs w:val="24"/>
              </w:rPr>
            </w:pPr>
          </w:p>
          <w:p w14:paraId="6F0DBA6B" w14:textId="0C9BABBA" w:rsidR="004856CA" w:rsidRPr="00646544" w:rsidRDefault="001D3609">
            <w:pPr>
              <w:rPr>
                <w:rFonts w:asciiTheme="majorHAnsi" w:hAnsiTheme="majorHAnsi" w:cstheme="majorHAnsi"/>
                <w:sz w:val="24"/>
                <w:szCs w:val="24"/>
              </w:rPr>
            </w:pPr>
            <w:r w:rsidRPr="00646544">
              <w:rPr>
                <w:rFonts w:asciiTheme="majorHAnsi" w:hAnsiTheme="majorHAnsi" w:cstheme="majorHAnsi"/>
                <w:sz w:val="24"/>
                <w:szCs w:val="24"/>
              </w:rPr>
              <w:t>Analytics in review.</w:t>
            </w:r>
          </w:p>
        </w:tc>
      </w:tr>
      <w:tr w:rsidR="004856CA" w:rsidRPr="00646544" w14:paraId="0AD64F04" w14:textId="77777777" w:rsidTr="00B9423A">
        <w:tc>
          <w:tcPr>
            <w:tcW w:w="680" w:type="dxa"/>
          </w:tcPr>
          <w:p w14:paraId="5C0E3C01"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6</w:t>
            </w:r>
          </w:p>
        </w:tc>
        <w:tc>
          <w:tcPr>
            <w:tcW w:w="7253" w:type="dxa"/>
          </w:tcPr>
          <w:p w14:paraId="0DA3D12B" w14:textId="77777777" w:rsidR="004857C3" w:rsidRPr="00646544" w:rsidRDefault="00000000">
            <w:pPr>
              <w:rPr>
                <w:rFonts w:asciiTheme="majorHAnsi" w:hAnsiTheme="majorHAnsi" w:cstheme="majorHAnsi"/>
                <w:b/>
                <w:bCs/>
                <w:sz w:val="24"/>
                <w:szCs w:val="24"/>
              </w:rPr>
            </w:pPr>
            <w:r w:rsidRPr="00646544">
              <w:rPr>
                <w:rFonts w:asciiTheme="majorHAnsi" w:hAnsiTheme="majorHAnsi" w:cstheme="majorHAnsi"/>
                <w:b/>
                <w:bCs/>
                <w:sz w:val="24"/>
                <w:szCs w:val="24"/>
              </w:rPr>
              <w:t xml:space="preserve">Communications and Newsletter. </w:t>
            </w:r>
          </w:p>
          <w:p w14:paraId="5D91C4B6" w14:textId="2EFA150C" w:rsidR="004857C3" w:rsidRPr="00646544" w:rsidRDefault="004857C3" w:rsidP="00646544">
            <w:pPr>
              <w:pStyle w:val="ListParagraph"/>
              <w:numPr>
                <w:ilvl w:val="0"/>
                <w:numId w:val="31"/>
              </w:numPr>
              <w:rPr>
                <w:rFonts w:asciiTheme="majorHAnsi" w:hAnsiTheme="majorHAnsi" w:cstheme="majorHAnsi"/>
                <w:sz w:val="24"/>
                <w:szCs w:val="24"/>
              </w:rPr>
            </w:pPr>
            <w:r w:rsidRPr="00646544">
              <w:rPr>
                <w:rFonts w:asciiTheme="majorHAnsi" w:hAnsiTheme="majorHAnsi" w:cstheme="majorHAnsi"/>
                <w:sz w:val="24"/>
                <w:szCs w:val="24"/>
              </w:rPr>
              <w:t xml:space="preserve">See Eileen’s report attached. </w:t>
            </w:r>
          </w:p>
          <w:p w14:paraId="37E26C6A" w14:textId="77777777" w:rsidR="004856CA" w:rsidRPr="00646544" w:rsidRDefault="00000000" w:rsidP="00646544">
            <w:pPr>
              <w:pStyle w:val="ListParagraph"/>
              <w:numPr>
                <w:ilvl w:val="0"/>
                <w:numId w:val="31"/>
              </w:numPr>
              <w:rPr>
                <w:rFonts w:asciiTheme="majorHAnsi" w:hAnsiTheme="majorHAnsi" w:cstheme="majorHAnsi"/>
                <w:sz w:val="24"/>
                <w:szCs w:val="24"/>
              </w:rPr>
            </w:pPr>
            <w:r w:rsidRPr="00646544">
              <w:rPr>
                <w:rFonts w:asciiTheme="majorHAnsi" w:hAnsiTheme="majorHAnsi" w:cstheme="majorHAnsi"/>
                <w:sz w:val="24"/>
                <w:szCs w:val="24"/>
              </w:rPr>
              <w:t>Regional engagement and conference promotion discussed.</w:t>
            </w:r>
          </w:p>
          <w:p w14:paraId="73B0FB88" w14:textId="77777777" w:rsidR="00025BDD" w:rsidRPr="00646544" w:rsidRDefault="00025BDD" w:rsidP="00646544">
            <w:pPr>
              <w:pStyle w:val="ListParagraph"/>
              <w:numPr>
                <w:ilvl w:val="0"/>
                <w:numId w:val="31"/>
              </w:numPr>
              <w:rPr>
                <w:rFonts w:asciiTheme="majorHAnsi" w:hAnsiTheme="majorHAnsi" w:cstheme="majorHAnsi"/>
                <w:sz w:val="24"/>
                <w:szCs w:val="24"/>
              </w:rPr>
            </w:pPr>
            <w:r w:rsidRPr="00646544">
              <w:rPr>
                <w:rFonts w:asciiTheme="majorHAnsi" w:hAnsiTheme="majorHAnsi" w:cstheme="majorHAnsi"/>
                <w:sz w:val="24"/>
                <w:szCs w:val="24"/>
              </w:rPr>
              <w:t xml:space="preserve">Multiple newsflashes have </w:t>
            </w:r>
            <w:r w:rsidR="008433FC" w:rsidRPr="00646544">
              <w:rPr>
                <w:rFonts w:asciiTheme="majorHAnsi" w:hAnsiTheme="majorHAnsi" w:cstheme="majorHAnsi"/>
                <w:sz w:val="24"/>
                <w:szCs w:val="24"/>
              </w:rPr>
              <w:t>been sent out and another expected for the following week to promote the conference program.</w:t>
            </w:r>
          </w:p>
          <w:p w14:paraId="48429B33" w14:textId="77777777" w:rsidR="008433FC" w:rsidRPr="00646544" w:rsidRDefault="008433FC" w:rsidP="00646544">
            <w:pPr>
              <w:pStyle w:val="ListParagraph"/>
              <w:numPr>
                <w:ilvl w:val="0"/>
                <w:numId w:val="31"/>
              </w:numPr>
              <w:rPr>
                <w:rFonts w:asciiTheme="majorHAnsi" w:hAnsiTheme="majorHAnsi" w:cstheme="majorHAnsi"/>
                <w:sz w:val="24"/>
                <w:szCs w:val="24"/>
              </w:rPr>
            </w:pPr>
            <w:r w:rsidRPr="00646544">
              <w:rPr>
                <w:rFonts w:asciiTheme="majorHAnsi" w:hAnsiTheme="majorHAnsi" w:cstheme="majorHAnsi"/>
                <w:sz w:val="24"/>
                <w:szCs w:val="24"/>
              </w:rPr>
              <w:t>Jacqueline will update the website with the conference program.</w:t>
            </w:r>
          </w:p>
          <w:p w14:paraId="2920CB4E" w14:textId="073D4268" w:rsidR="008433FC" w:rsidRPr="00646544" w:rsidRDefault="008433FC" w:rsidP="00646544">
            <w:pPr>
              <w:pStyle w:val="ListParagraph"/>
              <w:numPr>
                <w:ilvl w:val="0"/>
                <w:numId w:val="31"/>
              </w:numPr>
              <w:rPr>
                <w:rFonts w:asciiTheme="majorHAnsi" w:hAnsiTheme="majorHAnsi" w:cstheme="majorHAnsi"/>
                <w:sz w:val="24"/>
                <w:szCs w:val="24"/>
              </w:rPr>
            </w:pPr>
            <w:r w:rsidRPr="00646544">
              <w:rPr>
                <w:rFonts w:asciiTheme="majorHAnsi" w:hAnsiTheme="majorHAnsi" w:cstheme="majorHAnsi"/>
                <w:sz w:val="24"/>
                <w:szCs w:val="24"/>
              </w:rPr>
              <w:t>Social media promotion also happening – followers seem to be growing organically.</w:t>
            </w:r>
          </w:p>
        </w:tc>
        <w:tc>
          <w:tcPr>
            <w:tcW w:w="1985" w:type="dxa"/>
          </w:tcPr>
          <w:p w14:paraId="6A243A1D"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Promote conference through newsletter, website and social media.</w:t>
            </w:r>
          </w:p>
        </w:tc>
      </w:tr>
      <w:tr w:rsidR="004856CA" w:rsidRPr="00646544" w14:paraId="17FC3779" w14:textId="77777777" w:rsidTr="00B9423A">
        <w:tc>
          <w:tcPr>
            <w:tcW w:w="680" w:type="dxa"/>
          </w:tcPr>
          <w:p w14:paraId="5AA2162E"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7</w:t>
            </w:r>
          </w:p>
        </w:tc>
        <w:tc>
          <w:tcPr>
            <w:tcW w:w="7253" w:type="dxa"/>
          </w:tcPr>
          <w:p w14:paraId="0EE9EC57" w14:textId="77777777" w:rsidR="008433FC" w:rsidRPr="00646544" w:rsidRDefault="00000000">
            <w:pPr>
              <w:rPr>
                <w:rFonts w:asciiTheme="majorHAnsi" w:hAnsiTheme="majorHAnsi" w:cstheme="majorHAnsi"/>
                <w:b/>
                <w:bCs/>
                <w:sz w:val="24"/>
                <w:szCs w:val="24"/>
              </w:rPr>
            </w:pPr>
            <w:r w:rsidRPr="00646544">
              <w:rPr>
                <w:rFonts w:asciiTheme="majorHAnsi" w:hAnsiTheme="majorHAnsi" w:cstheme="majorHAnsi"/>
                <w:b/>
                <w:bCs/>
                <w:sz w:val="24"/>
                <w:szCs w:val="24"/>
              </w:rPr>
              <w:t>Quebec Conference Wrap-Up.</w:t>
            </w:r>
          </w:p>
          <w:p w14:paraId="72238EA8" w14:textId="7E69221A" w:rsidR="008433FC" w:rsidRPr="00646544" w:rsidRDefault="008433FC" w:rsidP="008433FC">
            <w:pPr>
              <w:pStyle w:val="ListParagraph"/>
              <w:numPr>
                <w:ilvl w:val="0"/>
                <w:numId w:val="14"/>
              </w:numPr>
              <w:rPr>
                <w:rFonts w:asciiTheme="majorHAnsi" w:hAnsiTheme="majorHAnsi" w:cstheme="majorHAnsi"/>
                <w:sz w:val="24"/>
                <w:szCs w:val="24"/>
              </w:rPr>
            </w:pPr>
            <w:r w:rsidRPr="00646544">
              <w:rPr>
                <w:rFonts w:asciiTheme="majorHAnsi" w:hAnsiTheme="majorHAnsi" w:cstheme="majorHAnsi"/>
                <w:sz w:val="24"/>
                <w:szCs w:val="24"/>
              </w:rPr>
              <w:t xml:space="preserve">See Richard’s report. </w:t>
            </w:r>
          </w:p>
          <w:p w14:paraId="277C2B7F" w14:textId="24EA31E3" w:rsidR="008433FC" w:rsidRPr="00646544" w:rsidRDefault="008433FC" w:rsidP="008433FC">
            <w:pPr>
              <w:pStyle w:val="ListParagraph"/>
              <w:numPr>
                <w:ilvl w:val="0"/>
                <w:numId w:val="14"/>
              </w:numPr>
              <w:rPr>
                <w:rFonts w:asciiTheme="majorHAnsi" w:eastAsia="Times New Roman" w:hAnsiTheme="majorHAnsi" w:cstheme="majorHAnsi"/>
                <w:color w:val="000000"/>
                <w:sz w:val="24"/>
                <w:szCs w:val="24"/>
                <w:lang w:eastAsia="en-GB"/>
              </w:rPr>
            </w:pPr>
            <w:r w:rsidRPr="00646544">
              <w:rPr>
                <w:rFonts w:asciiTheme="majorHAnsi" w:hAnsiTheme="majorHAnsi" w:cstheme="majorHAnsi"/>
                <w:sz w:val="24"/>
                <w:szCs w:val="24"/>
              </w:rPr>
              <w:t xml:space="preserve">Gallus </w:t>
            </w:r>
            <w:proofErr w:type="spellStart"/>
            <w:r w:rsidRPr="00646544">
              <w:rPr>
                <w:rFonts w:asciiTheme="majorHAnsi" w:hAnsiTheme="majorHAnsi" w:cstheme="majorHAnsi"/>
                <w:sz w:val="24"/>
                <w:szCs w:val="24"/>
              </w:rPr>
              <w:t>s</w:t>
            </w:r>
            <w:r w:rsidRPr="00646544">
              <w:rPr>
                <w:rFonts w:asciiTheme="majorHAnsi" w:eastAsia="Times New Roman" w:hAnsiTheme="majorHAnsi" w:cstheme="majorHAnsi"/>
                <w:color w:val="000000"/>
                <w:sz w:val="24"/>
                <w:szCs w:val="24"/>
                <w:lang w:eastAsia="en-GB"/>
              </w:rPr>
              <w:t>ummarised</w:t>
            </w:r>
            <w:proofErr w:type="spellEnd"/>
            <w:r w:rsidRPr="00646544">
              <w:rPr>
                <w:rFonts w:asciiTheme="majorHAnsi" w:eastAsia="Times New Roman" w:hAnsiTheme="majorHAnsi" w:cstheme="majorHAnsi"/>
                <w:color w:val="000000"/>
                <w:sz w:val="24"/>
                <w:szCs w:val="24"/>
                <w:lang w:eastAsia="en-GB"/>
              </w:rPr>
              <w:t xml:space="preserve"> Richard's report</w:t>
            </w:r>
            <w:r w:rsidR="00646544">
              <w:rPr>
                <w:rFonts w:asciiTheme="majorHAnsi" w:eastAsia="Times New Roman" w:hAnsiTheme="majorHAnsi" w:cstheme="majorHAnsi"/>
                <w:color w:val="000000"/>
                <w:sz w:val="24"/>
                <w:szCs w:val="24"/>
                <w:lang w:eastAsia="en-GB"/>
              </w:rPr>
              <w:t>. T</w:t>
            </w:r>
            <w:r w:rsidRPr="00646544">
              <w:rPr>
                <w:rFonts w:asciiTheme="majorHAnsi" w:eastAsia="Times New Roman" w:hAnsiTheme="majorHAnsi" w:cstheme="majorHAnsi"/>
                <w:color w:val="000000"/>
                <w:sz w:val="24"/>
                <w:szCs w:val="24"/>
                <w:lang w:eastAsia="en-GB"/>
              </w:rPr>
              <w:t xml:space="preserve">here will be no significant surplus from the Quebec conference. </w:t>
            </w:r>
            <w:proofErr w:type="spellStart"/>
            <w:r w:rsidRPr="00646544">
              <w:rPr>
                <w:rFonts w:asciiTheme="majorHAnsi" w:eastAsia="Times New Roman" w:hAnsiTheme="majorHAnsi" w:cstheme="majorHAnsi"/>
                <w:color w:val="000000"/>
                <w:sz w:val="24"/>
                <w:szCs w:val="24"/>
                <w:lang w:eastAsia="en-GB"/>
              </w:rPr>
              <w:t>AFINet</w:t>
            </w:r>
            <w:proofErr w:type="spellEnd"/>
            <w:r w:rsidRPr="00646544">
              <w:rPr>
                <w:rFonts w:asciiTheme="majorHAnsi" w:eastAsia="Times New Roman" w:hAnsiTheme="majorHAnsi" w:cstheme="majorHAnsi"/>
                <w:color w:val="000000"/>
                <w:sz w:val="24"/>
                <w:szCs w:val="24"/>
                <w:lang w:eastAsia="en-GB"/>
              </w:rPr>
              <w:t xml:space="preserve"> will recover its advance plus a small additional amount, which has not yet arrived in the </w:t>
            </w:r>
            <w:proofErr w:type="spellStart"/>
            <w:r w:rsidRPr="00646544">
              <w:rPr>
                <w:rFonts w:asciiTheme="majorHAnsi" w:eastAsia="Times New Roman" w:hAnsiTheme="majorHAnsi" w:cstheme="majorHAnsi"/>
                <w:color w:val="000000"/>
                <w:sz w:val="24"/>
                <w:szCs w:val="24"/>
                <w:lang w:eastAsia="en-GB"/>
              </w:rPr>
              <w:t>AFINet</w:t>
            </w:r>
            <w:proofErr w:type="spellEnd"/>
            <w:r w:rsidRPr="00646544">
              <w:rPr>
                <w:rFonts w:asciiTheme="majorHAnsi" w:eastAsia="Times New Roman" w:hAnsiTheme="majorHAnsi" w:cstheme="majorHAnsi"/>
                <w:color w:val="000000"/>
                <w:sz w:val="24"/>
                <w:szCs w:val="24"/>
                <w:lang w:eastAsia="en-GB"/>
              </w:rPr>
              <w:t xml:space="preserve"> bank account.</w:t>
            </w:r>
          </w:p>
          <w:p w14:paraId="596918D0" w14:textId="53F40F32" w:rsidR="008433FC" w:rsidRPr="00646544" w:rsidRDefault="008433FC" w:rsidP="008433FC">
            <w:pPr>
              <w:pStyle w:val="ListParagraph"/>
              <w:numPr>
                <w:ilvl w:val="0"/>
                <w:numId w:val="14"/>
              </w:numPr>
              <w:rPr>
                <w:rFonts w:asciiTheme="majorHAnsi" w:eastAsia="Times New Roman" w:hAnsiTheme="majorHAnsi" w:cstheme="majorHAnsi"/>
                <w:i/>
                <w:iCs/>
                <w:color w:val="000000"/>
                <w:sz w:val="24"/>
                <w:szCs w:val="24"/>
                <w:lang w:eastAsia="en-GB"/>
              </w:rPr>
            </w:pPr>
            <w:r w:rsidRPr="00646544">
              <w:rPr>
                <w:rFonts w:asciiTheme="majorHAnsi" w:hAnsiTheme="majorHAnsi" w:cstheme="majorHAnsi"/>
                <w:i/>
                <w:iCs/>
                <w:sz w:val="24"/>
                <w:szCs w:val="24"/>
              </w:rPr>
              <w:t>Addendum: Richard advised by email on 15/6/26 that the funds had been transferred.</w:t>
            </w:r>
          </w:p>
          <w:p w14:paraId="1739D8BA" w14:textId="6C5C2FA3" w:rsidR="004856CA" w:rsidRPr="00646544" w:rsidRDefault="00000000" w:rsidP="008433FC">
            <w:pPr>
              <w:pStyle w:val="ListParagraph"/>
              <w:numPr>
                <w:ilvl w:val="0"/>
                <w:numId w:val="14"/>
              </w:numPr>
              <w:rPr>
                <w:rFonts w:asciiTheme="majorHAnsi" w:hAnsiTheme="majorHAnsi" w:cstheme="majorHAnsi"/>
                <w:sz w:val="24"/>
                <w:szCs w:val="24"/>
              </w:rPr>
            </w:pPr>
            <w:r w:rsidRPr="00646544">
              <w:rPr>
                <w:rFonts w:asciiTheme="majorHAnsi" w:hAnsiTheme="majorHAnsi" w:cstheme="majorHAnsi"/>
                <w:sz w:val="24"/>
                <w:szCs w:val="24"/>
              </w:rPr>
              <w:t xml:space="preserve">Some videos </w:t>
            </w:r>
            <w:r w:rsidR="008433FC" w:rsidRPr="00646544">
              <w:rPr>
                <w:rFonts w:asciiTheme="majorHAnsi" w:hAnsiTheme="majorHAnsi" w:cstheme="majorHAnsi"/>
                <w:sz w:val="24"/>
                <w:szCs w:val="24"/>
              </w:rPr>
              <w:t xml:space="preserve">are also </w:t>
            </w:r>
            <w:r w:rsidRPr="00646544">
              <w:rPr>
                <w:rFonts w:asciiTheme="majorHAnsi" w:hAnsiTheme="majorHAnsi" w:cstheme="majorHAnsi"/>
                <w:sz w:val="24"/>
                <w:szCs w:val="24"/>
              </w:rPr>
              <w:t>still missing</w:t>
            </w:r>
            <w:r w:rsidR="008433FC" w:rsidRPr="00646544">
              <w:rPr>
                <w:rFonts w:asciiTheme="majorHAnsi" w:hAnsiTheme="majorHAnsi" w:cstheme="majorHAnsi"/>
                <w:sz w:val="24"/>
                <w:szCs w:val="24"/>
              </w:rPr>
              <w:t xml:space="preserve"> from the Hydro presentation room</w:t>
            </w:r>
            <w:r w:rsidRPr="00646544">
              <w:rPr>
                <w:rFonts w:asciiTheme="majorHAnsi" w:hAnsiTheme="majorHAnsi" w:cstheme="majorHAnsi"/>
                <w:sz w:val="24"/>
                <w:szCs w:val="24"/>
              </w:rPr>
              <w:t>.</w:t>
            </w:r>
          </w:p>
        </w:tc>
        <w:tc>
          <w:tcPr>
            <w:tcW w:w="1985" w:type="dxa"/>
          </w:tcPr>
          <w:p w14:paraId="61E4369E" w14:textId="77777777" w:rsidR="008433FC" w:rsidRPr="00646544" w:rsidRDefault="008433FC">
            <w:pPr>
              <w:rPr>
                <w:rFonts w:asciiTheme="majorHAnsi" w:hAnsiTheme="majorHAnsi" w:cstheme="majorHAnsi"/>
                <w:sz w:val="24"/>
                <w:szCs w:val="24"/>
              </w:rPr>
            </w:pPr>
          </w:p>
          <w:p w14:paraId="213C0E45" w14:textId="70847C1A"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Julie to contact Audrey</w:t>
            </w:r>
            <w:r w:rsidR="008433FC" w:rsidRPr="00646544">
              <w:rPr>
                <w:rFonts w:asciiTheme="majorHAnsi" w:hAnsiTheme="majorHAnsi" w:cstheme="majorHAnsi"/>
                <w:sz w:val="24"/>
                <w:szCs w:val="24"/>
              </w:rPr>
              <w:t xml:space="preserve"> again</w:t>
            </w:r>
            <w:r w:rsidR="00646544">
              <w:rPr>
                <w:rFonts w:asciiTheme="majorHAnsi" w:hAnsiTheme="majorHAnsi" w:cstheme="majorHAnsi"/>
                <w:sz w:val="24"/>
                <w:szCs w:val="24"/>
              </w:rPr>
              <w:t xml:space="preserve"> on</w:t>
            </w:r>
            <w:r w:rsidR="00094F3D">
              <w:rPr>
                <w:rFonts w:asciiTheme="majorHAnsi" w:hAnsiTheme="majorHAnsi" w:cstheme="majorHAnsi"/>
                <w:sz w:val="24"/>
                <w:szCs w:val="24"/>
              </w:rPr>
              <w:t>e</w:t>
            </w:r>
            <w:r w:rsidR="00646544">
              <w:rPr>
                <w:rFonts w:asciiTheme="majorHAnsi" w:hAnsiTheme="majorHAnsi" w:cstheme="majorHAnsi"/>
                <w:sz w:val="24"/>
                <w:szCs w:val="24"/>
              </w:rPr>
              <w:t xml:space="preserve"> last time</w:t>
            </w:r>
            <w:r w:rsidRPr="00646544">
              <w:rPr>
                <w:rFonts w:asciiTheme="majorHAnsi" w:hAnsiTheme="majorHAnsi" w:cstheme="majorHAnsi"/>
                <w:sz w:val="24"/>
                <w:szCs w:val="24"/>
              </w:rPr>
              <w:t>.</w:t>
            </w:r>
          </w:p>
        </w:tc>
      </w:tr>
      <w:tr w:rsidR="004856CA" w:rsidRPr="00646544" w14:paraId="71643C17" w14:textId="77777777" w:rsidTr="00B9423A">
        <w:tc>
          <w:tcPr>
            <w:tcW w:w="680" w:type="dxa"/>
          </w:tcPr>
          <w:p w14:paraId="41E8DE98"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8</w:t>
            </w:r>
          </w:p>
        </w:tc>
        <w:tc>
          <w:tcPr>
            <w:tcW w:w="7253" w:type="dxa"/>
          </w:tcPr>
          <w:p w14:paraId="114086C3" w14:textId="77777777" w:rsidR="008433FC" w:rsidRPr="00646544" w:rsidRDefault="00000000">
            <w:pPr>
              <w:rPr>
                <w:rFonts w:asciiTheme="majorHAnsi" w:hAnsiTheme="majorHAnsi" w:cstheme="majorHAnsi"/>
                <w:sz w:val="24"/>
                <w:szCs w:val="24"/>
              </w:rPr>
            </w:pPr>
            <w:r w:rsidRPr="00646544">
              <w:rPr>
                <w:rFonts w:asciiTheme="majorHAnsi" w:hAnsiTheme="majorHAnsi" w:cstheme="majorHAnsi"/>
                <w:b/>
                <w:bCs/>
                <w:sz w:val="24"/>
                <w:szCs w:val="24"/>
              </w:rPr>
              <w:t>2026 Online Conference.</w:t>
            </w:r>
            <w:r w:rsidRPr="00646544">
              <w:rPr>
                <w:rFonts w:asciiTheme="majorHAnsi" w:hAnsiTheme="majorHAnsi" w:cstheme="majorHAnsi"/>
                <w:sz w:val="24"/>
                <w:szCs w:val="24"/>
              </w:rPr>
              <w:t xml:space="preserve"> </w:t>
            </w:r>
          </w:p>
          <w:p w14:paraId="37650080" w14:textId="61BED563" w:rsidR="008433FC" w:rsidRPr="00646544" w:rsidRDefault="008433FC" w:rsidP="005F154E">
            <w:pPr>
              <w:pStyle w:val="ListParagraph"/>
              <w:numPr>
                <w:ilvl w:val="0"/>
                <w:numId w:val="19"/>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Anja reported that 22 abstracts were received</w:t>
            </w:r>
            <w:r w:rsidR="00646544">
              <w:rPr>
                <w:rFonts w:asciiTheme="majorHAnsi" w:eastAsia="Times New Roman" w:hAnsiTheme="majorHAnsi" w:cstheme="majorHAnsi"/>
                <w:color w:val="000000"/>
                <w:sz w:val="24"/>
                <w:szCs w:val="24"/>
                <w:lang w:eastAsia="en-GB"/>
              </w:rPr>
              <w:t xml:space="preserve">. </w:t>
            </w:r>
            <w:r w:rsidRPr="00646544">
              <w:rPr>
                <w:rFonts w:asciiTheme="majorHAnsi" w:eastAsia="Times New Roman" w:hAnsiTheme="majorHAnsi" w:cstheme="majorHAnsi"/>
                <w:color w:val="000000"/>
                <w:sz w:val="24"/>
                <w:szCs w:val="24"/>
                <w:lang w:eastAsia="en-GB"/>
              </w:rPr>
              <w:t xml:space="preserve">3 were excluded as not relevant to </w:t>
            </w:r>
            <w:proofErr w:type="spellStart"/>
            <w:r w:rsidRPr="00646544">
              <w:rPr>
                <w:rFonts w:asciiTheme="majorHAnsi" w:eastAsia="Times New Roman" w:hAnsiTheme="majorHAnsi" w:cstheme="majorHAnsi"/>
                <w:color w:val="000000"/>
                <w:sz w:val="24"/>
                <w:szCs w:val="24"/>
                <w:lang w:eastAsia="en-GB"/>
              </w:rPr>
              <w:t>AFINet</w:t>
            </w:r>
            <w:proofErr w:type="spellEnd"/>
            <w:r w:rsidRPr="00646544">
              <w:rPr>
                <w:rFonts w:asciiTheme="majorHAnsi" w:eastAsia="Times New Roman" w:hAnsiTheme="majorHAnsi" w:cstheme="majorHAnsi"/>
                <w:color w:val="000000"/>
                <w:sz w:val="24"/>
                <w:szCs w:val="24"/>
                <w:lang w:eastAsia="en-GB"/>
              </w:rPr>
              <w:t xml:space="preserve"> and one presenter was asked to choose between two submissions. Final count</w:t>
            </w:r>
            <w:r w:rsidR="00646544">
              <w:rPr>
                <w:rFonts w:asciiTheme="majorHAnsi" w:eastAsia="Times New Roman" w:hAnsiTheme="majorHAnsi" w:cstheme="majorHAnsi"/>
                <w:color w:val="000000"/>
                <w:sz w:val="24"/>
                <w:szCs w:val="24"/>
                <w:lang w:eastAsia="en-GB"/>
              </w:rPr>
              <w:t xml:space="preserve"> was </w:t>
            </w:r>
            <w:r w:rsidRPr="00646544">
              <w:rPr>
                <w:rFonts w:asciiTheme="majorHAnsi" w:eastAsia="Times New Roman" w:hAnsiTheme="majorHAnsi" w:cstheme="majorHAnsi"/>
                <w:color w:val="000000"/>
                <w:sz w:val="24"/>
                <w:szCs w:val="24"/>
                <w:lang w:eastAsia="en-GB"/>
              </w:rPr>
              <w:t>18 abstracts across 6 sessions.</w:t>
            </w:r>
          </w:p>
          <w:p w14:paraId="38D0F9CE" w14:textId="4997FA2E" w:rsidR="008433FC" w:rsidRPr="00646544" w:rsidRDefault="00B52C53" w:rsidP="005F154E">
            <w:pPr>
              <w:pStyle w:val="ListParagraph"/>
              <w:numPr>
                <w:ilvl w:val="0"/>
                <w:numId w:val="19"/>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Hence the</w:t>
            </w:r>
            <w:r w:rsidR="008433FC" w:rsidRPr="00646544">
              <w:rPr>
                <w:rFonts w:asciiTheme="majorHAnsi" w:eastAsia="Times New Roman" w:hAnsiTheme="majorHAnsi" w:cstheme="majorHAnsi"/>
                <w:color w:val="000000"/>
                <w:sz w:val="24"/>
                <w:szCs w:val="24"/>
                <w:lang w:eastAsia="en-GB"/>
              </w:rPr>
              <w:t xml:space="preserve"> </w:t>
            </w:r>
            <w:proofErr w:type="spellStart"/>
            <w:r w:rsidR="008433FC" w:rsidRPr="00646544">
              <w:rPr>
                <w:rFonts w:asciiTheme="majorHAnsi" w:eastAsia="Times New Roman" w:hAnsiTheme="majorHAnsi" w:cstheme="majorHAnsi"/>
                <w:color w:val="000000"/>
                <w:sz w:val="24"/>
                <w:szCs w:val="24"/>
                <w:lang w:eastAsia="en-GB"/>
              </w:rPr>
              <w:t>programme</w:t>
            </w:r>
            <w:proofErr w:type="spellEnd"/>
            <w:r w:rsidR="008433FC" w:rsidRPr="00646544">
              <w:rPr>
                <w:rFonts w:asciiTheme="majorHAnsi" w:eastAsia="Times New Roman" w:hAnsiTheme="majorHAnsi" w:cstheme="majorHAnsi"/>
                <w:color w:val="000000"/>
                <w:sz w:val="24"/>
                <w:szCs w:val="24"/>
                <w:lang w:eastAsia="en-GB"/>
              </w:rPr>
              <w:t xml:space="preserve"> is largely </w:t>
            </w:r>
            <w:proofErr w:type="spellStart"/>
            <w:r w:rsidR="008433FC" w:rsidRPr="00646544">
              <w:rPr>
                <w:rFonts w:asciiTheme="majorHAnsi" w:eastAsia="Times New Roman" w:hAnsiTheme="majorHAnsi" w:cstheme="majorHAnsi"/>
                <w:color w:val="000000"/>
                <w:sz w:val="24"/>
                <w:szCs w:val="24"/>
                <w:lang w:eastAsia="en-GB"/>
              </w:rPr>
              <w:t>finalised</w:t>
            </w:r>
            <w:proofErr w:type="spellEnd"/>
            <w:r w:rsidR="008433FC" w:rsidRPr="00646544">
              <w:rPr>
                <w:rFonts w:asciiTheme="majorHAnsi" w:eastAsia="Times New Roman" w:hAnsiTheme="majorHAnsi" w:cstheme="majorHAnsi"/>
                <w:color w:val="000000"/>
                <w:sz w:val="24"/>
                <w:szCs w:val="24"/>
                <w:lang w:eastAsia="en-GB"/>
              </w:rPr>
              <w:t>, with presentations grouped by topic and presenter time preferences accommodated where possible.</w:t>
            </w:r>
          </w:p>
          <w:p w14:paraId="440C1C5E" w14:textId="026095D1" w:rsidR="008433FC" w:rsidRPr="00646544" w:rsidRDefault="00B52C53" w:rsidP="005F154E">
            <w:pPr>
              <w:pStyle w:val="ListParagraph"/>
              <w:numPr>
                <w:ilvl w:val="0"/>
                <w:numId w:val="19"/>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lastRenderedPageBreak/>
              <w:t xml:space="preserve">Advised </w:t>
            </w:r>
            <w:r w:rsidR="008433FC" w:rsidRPr="00646544">
              <w:rPr>
                <w:rFonts w:asciiTheme="majorHAnsi" w:eastAsia="Times New Roman" w:hAnsiTheme="majorHAnsi" w:cstheme="majorHAnsi"/>
                <w:color w:val="000000"/>
                <w:sz w:val="24"/>
                <w:szCs w:val="24"/>
                <w:lang w:eastAsia="en-GB"/>
              </w:rPr>
              <w:t>Jim Orford and Christine Hollywood will present on lived experience</w:t>
            </w:r>
            <w:r w:rsidR="00646544">
              <w:rPr>
                <w:rFonts w:asciiTheme="majorHAnsi" w:eastAsia="Times New Roman" w:hAnsiTheme="majorHAnsi" w:cstheme="majorHAnsi"/>
                <w:color w:val="000000"/>
                <w:sz w:val="24"/>
                <w:szCs w:val="24"/>
                <w:lang w:eastAsia="en-GB"/>
              </w:rPr>
              <w:t>. Therefore</w:t>
            </w:r>
            <w:r w:rsidR="008433FC" w:rsidRPr="00646544">
              <w:rPr>
                <w:rFonts w:asciiTheme="majorHAnsi" w:eastAsia="Times New Roman" w:hAnsiTheme="majorHAnsi" w:cstheme="majorHAnsi"/>
                <w:color w:val="000000"/>
                <w:sz w:val="24"/>
                <w:szCs w:val="24"/>
                <w:lang w:eastAsia="en-GB"/>
              </w:rPr>
              <w:t xml:space="preserve"> the conference will start one hour earlier on Day 1 to accommodate this extra </w:t>
            </w:r>
            <w:r w:rsidRPr="00646544">
              <w:rPr>
                <w:rFonts w:asciiTheme="majorHAnsi" w:eastAsia="Times New Roman" w:hAnsiTheme="majorHAnsi" w:cstheme="majorHAnsi"/>
                <w:color w:val="000000"/>
                <w:sz w:val="24"/>
                <w:szCs w:val="24"/>
                <w:lang w:eastAsia="en-GB"/>
              </w:rPr>
              <w:t xml:space="preserve">time </w:t>
            </w:r>
            <w:r w:rsidR="008433FC" w:rsidRPr="00646544">
              <w:rPr>
                <w:rFonts w:asciiTheme="majorHAnsi" w:eastAsia="Times New Roman" w:hAnsiTheme="majorHAnsi" w:cstheme="majorHAnsi"/>
                <w:color w:val="000000"/>
                <w:sz w:val="24"/>
                <w:szCs w:val="24"/>
                <w:lang w:eastAsia="en-GB"/>
              </w:rPr>
              <w:t>slot.</w:t>
            </w:r>
          </w:p>
          <w:p w14:paraId="1FA91565" w14:textId="6FB305BC" w:rsidR="008433FC" w:rsidRPr="00646544" w:rsidRDefault="008433FC" w:rsidP="005F154E">
            <w:pPr>
              <w:pStyle w:val="ListParagraph"/>
              <w:numPr>
                <w:ilvl w:val="0"/>
                <w:numId w:val="19"/>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Anja</w:t>
            </w:r>
            <w:r w:rsidR="00B52C53" w:rsidRPr="00646544">
              <w:rPr>
                <w:rFonts w:asciiTheme="majorHAnsi" w:eastAsia="Times New Roman" w:hAnsiTheme="majorHAnsi" w:cstheme="majorHAnsi"/>
                <w:color w:val="000000"/>
                <w:sz w:val="24"/>
                <w:szCs w:val="24"/>
                <w:lang w:eastAsia="en-GB"/>
              </w:rPr>
              <w:t xml:space="preserve"> reported there are only </w:t>
            </w:r>
            <w:r w:rsidRPr="00646544">
              <w:rPr>
                <w:rFonts w:asciiTheme="majorHAnsi" w:eastAsia="Times New Roman" w:hAnsiTheme="majorHAnsi" w:cstheme="majorHAnsi"/>
                <w:color w:val="000000"/>
                <w:sz w:val="24"/>
                <w:szCs w:val="24"/>
                <w:lang w:eastAsia="en-GB"/>
              </w:rPr>
              <w:t>21 registrations to date</w:t>
            </w:r>
            <w:r w:rsidR="00646544">
              <w:rPr>
                <w:rFonts w:asciiTheme="majorHAnsi" w:eastAsia="Times New Roman" w:hAnsiTheme="majorHAnsi" w:cstheme="majorHAnsi"/>
                <w:color w:val="000000"/>
                <w:sz w:val="24"/>
                <w:szCs w:val="24"/>
                <w:lang w:eastAsia="en-GB"/>
              </w:rPr>
              <w:t xml:space="preserve"> with </w:t>
            </w:r>
            <w:r w:rsidRPr="00646544">
              <w:rPr>
                <w:rFonts w:asciiTheme="majorHAnsi" w:eastAsia="Times New Roman" w:hAnsiTheme="majorHAnsi" w:cstheme="majorHAnsi"/>
                <w:color w:val="000000"/>
                <w:sz w:val="24"/>
                <w:szCs w:val="24"/>
                <w:lang w:eastAsia="en-GB"/>
              </w:rPr>
              <w:t>8 paid</w:t>
            </w:r>
            <w:r w:rsidR="00646544">
              <w:rPr>
                <w:rFonts w:asciiTheme="majorHAnsi" w:eastAsia="Times New Roman" w:hAnsiTheme="majorHAnsi" w:cstheme="majorHAnsi"/>
                <w:color w:val="000000"/>
                <w:sz w:val="24"/>
                <w:szCs w:val="24"/>
                <w:lang w:eastAsia="en-GB"/>
              </w:rPr>
              <w:t xml:space="preserve">. These </w:t>
            </w:r>
            <w:r w:rsidRPr="00646544">
              <w:rPr>
                <w:rFonts w:asciiTheme="majorHAnsi" w:eastAsia="Times New Roman" w:hAnsiTheme="majorHAnsi" w:cstheme="majorHAnsi"/>
                <w:color w:val="000000"/>
                <w:sz w:val="24"/>
                <w:szCs w:val="24"/>
                <w:lang w:eastAsia="en-GB"/>
              </w:rPr>
              <w:t>low numbers</w:t>
            </w:r>
            <w:r w:rsidR="00646544">
              <w:rPr>
                <w:rFonts w:asciiTheme="majorHAnsi" w:eastAsia="Times New Roman" w:hAnsiTheme="majorHAnsi" w:cstheme="majorHAnsi"/>
                <w:color w:val="000000"/>
                <w:sz w:val="24"/>
                <w:szCs w:val="24"/>
                <w:lang w:eastAsia="en-GB"/>
              </w:rPr>
              <w:t xml:space="preserve"> are</w:t>
            </w:r>
            <w:r w:rsidRPr="00646544">
              <w:rPr>
                <w:rFonts w:asciiTheme="majorHAnsi" w:eastAsia="Times New Roman" w:hAnsiTheme="majorHAnsi" w:cstheme="majorHAnsi"/>
                <w:color w:val="000000"/>
                <w:sz w:val="24"/>
                <w:szCs w:val="24"/>
                <w:lang w:eastAsia="en-GB"/>
              </w:rPr>
              <w:t xml:space="preserve"> expected to increase after newsflash and advertising in August/September.</w:t>
            </w:r>
          </w:p>
          <w:p w14:paraId="4C51D271" w14:textId="2785B660" w:rsidR="008B5CD2" w:rsidRPr="00646544" w:rsidRDefault="008B5CD2" w:rsidP="005F154E">
            <w:pPr>
              <w:pStyle w:val="ListParagraph"/>
              <w:numPr>
                <w:ilvl w:val="0"/>
                <w:numId w:val="19"/>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 xml:space="preserve">Rob suggested that ‘problem gambling’ be changed to ‘gambling harm’. Agreed. </w:t>
            </w:r>
          </w:p>
          <w:p w14:paraId="198ABC77" w14:textId="5F3488DE" w:rsidR="005F154E" w:rsidRPr="00646544" w:rsidRDefault="005F154E" w:rsidP="005F154E">
            <w:pPr>
              <w:pStyle w:val="ListParagraph"/>
              <w:numPr>
                <w:ilvl w:val="0"/>
                <w:numId w:val="19"/>
              </w:numPr>
              <w:rPr>
                <w:rFonts w:asciiTheme="majorHAnsi" w:eastAsia="Times New Roman" w:hAnsiTheme="majorHAnsi" w:cstheme="majorHAnsi"/>
                <w:i/>
                <w:iCs/>
                <w:color w:val="000000"/>
                <w:sz w:val="24"/>
                <w:szCs w:val="24"/>
                <w:lang w:eastAsia="en-GB"/>
              </w:rPr>
            </w:pPr>
            <w:r w:rsidRPr="00646544">
              <w:rPr>
                <w:rFonts w:asciiTheme="majorHAnsi" w:eastAsia="Times New Roman" w:hAnsiTheme="majorHAnsi" w:cstheme="majorHAnsi"/>
                <w:i/>
                <w:iCs/>
                <w:color w:val="000000"/>
                <w:sz w:val="24"/>
                <w:szCs w:val="24"/>
                <w:lang w:eastAsia="en-GB"/>
              </w:rPr>
              <w:t>Addendum: some other abstracts received</w:t>
            </w:r>
            <w:r w:rsidR="008B5CD2" w:rsidRPr="00646544">
              <w:rPr>
                <w:rFonts w:asciiTheme="majorHAnsi" w:eastAsia="Times New Roman" w:hAnsiTheme="majorHAnsi" w:cstheme="majorHAnsi"/>
                <w:i/>
                <w:iCs/>
                <w:color w:val="000000"/>
                <w:sz w:val="24"/>
                <w:szCs w:val="24"/>
                <w:lang w:eastAsia="en-GB"/>
              </w:rPr>
              <w:t xml:space="preserve">. As per email 12/6/26 the </w:t>
            </w:r>
            <w:r w:rsidRPr="00646544">
              <w:rPr>
                <w:rFonts w:asciiTheme="majorHAnsi" w:eastAsia="Times New Roman" w:hAnsiTheme="majorHAnsi" w:cstheme="majorHAnsi"/>
                <w:i/>
                <w:iCs/>
                <w:color w:val="000000"/>
                <w:sz w:val="24"/>
                <w:szCs w:val="24"/>
                <w:lang w:eastAsia="en-GB"/>
              </w:rPr>
              <w:t>program was adjusted</w:t>
            </w:r>
            <w:r w:rsidR="008B5CD2" w:rsidRPr="00646544">
              <w:rPr>
                <w:rFonts w:asciiTheme="majorHAnsi" w:eastAsia="Times New Roman" w:hAnsiTheme="majorHAnsi" w:cstheme="majorHAnsi"/>
                <w:i/>
                <w:iCs/>
                <w:color w:val="000000"/>
                <w:sz w:val="24"/>
                <w:szCs w:val="24"/>
                <w:lang w:eastAsia="en-GB"/>
              </w:rPr>
              <w:t xml:space="preserve"> and </w:t>
            </w:r>
            <w:proofErr w:type="gramStart"/>
            <w:r w:rsidR="008B5CD2" w:rsidRPr="00646544">
              <w:rPr>
                <w:rFonts w:asciiTheme="majorHAnsi" w:eastAsia="Times New Roman" w:hAnsiTheme="majorHAnsi" w:cstheme="majorHAnsi"/>
                <w:i/>
                <w:iCs/>
                <w:color w:val="000000"/>
                <w:sz w:val="24"/>
                <w:szCs w:val="24"/>
                <w:lang w:eastAsia="en-GB"/>
              </w:rPr>
              <w:t>15 minute</w:t>
            </w:r>
            <w:proofErr w:type="gramEnd"/>
            <w:r w:rsidR="008B5CD2" w:rsidRPr="00646544">
              <w:rPr>
                <w:rFonts w:asciiTheme="majorHAnsi" w:eastAsia="Times New Roman" w:hAnsiTheme="majorHAnsi" w:cstheme="majorHAnsi"/>
                <w:i/>
                <w:iCs/>
                <w:color w:val="000000"/>
                <w:sz w:val="24"/>
                <w:szCs w:val="24"/>
                <w:lang w:eastAsia="en-GB"/>
              </w:rPr>
              <w:t xml:space="preserve"> presentations were reduced to </w:t>
            </w:r>
            <w:proofErr w:type="gramStart"/>
            <w:r w:rsidR="008B5CD2" w:rsidRPr="00646544">
              <w:rPr>
                <w:rFonts w:asciiTheme="majorHAnsi" w:eastAsia="Times New Roman" w:hAnsiTheme="majorHAnsi" w:cstheme="majorHAnsi"/>
                <w:i/>
                <w:iCs/>
                <w:color w:val="000000"/>
                <w:sz w:val="24"/>
                <w:szCs w:val="24"/>
                <w:lang w:eastAsia="en-GB"/>
              </w:rPr>
              <w:t>12 minute</w:t>
            </w:r>
            <w:proofErr w:type="gramEnd"/>
            <w:r w:rsidR="008B5CD2" w:rsidRPr="00646544">
              <w:rPr>
                <w:rFonts w:asciiTheme="majorHAnsi" w:eastAsia="Times New Roman" w:hAnsiTheme="majorHAnsi" w:cstheme="majorHAnsi"/>
                <w:i/>
                <w:iCs/>
                <w:color w:val="000000"/>
                <w:sz w:val="24"/>
                <w:szCs w:val="24"/>
                <w:lang w:eastAsia="en-GB"/>
              </w:rPr>
              <w:t xml:space="preserve"> presentations</w:t>
            </w:r>
            <w:r w:rsidR="00646544">
              <w:rPr>
                <w:rFonts w:asciiTheme="majorHAnsi" w:eastAsia="Times New Roman" w:hAnsiTheme="majorHAnsi" w:cstheme="majorHAnsi"/>
                <w:i/>
                <w:iCs/>
                <w:color w:val="000000"/>
                <w:sz w:val="24"/>
                <w:szCs w:val="24"/>
                <w:lang w:eastAsia="en-GB"/>
              </w:rPr>
              <w:t xml:space="preserve"> to accommodate </w:t>
            </w:r>
            <w:proofErr w:type="gramStart"/>
            <w:r w:rsidR="00646544">
              <w:rPr>
                <w:rFonts w:asciiTheme="majorHAnsi" w:eastAsia="Times New Roman" w:hAnsiTheme="majorHAnsi" w:cstheme="majorHAnsi"/>
                <w:i/>
                <w:iCs/>
                <w:color w:val="000000"/>
                <w:sz w:val="24"/>
                <w:szCs w:val="24"/>
                <w:lang w:eastAsia="en-GB"/>
              </w:rPr>
              <w:t>the these</w:t>
            </w:r>
            <w:proofErr w:type="gramEnd"/>
            <w:r w:rsidR="00646544">
              <w:rPr>
                <w:rFonts w:asciiTheme="majorHAnsi" w:eastAsia="Times New Roman" w:hAnsiTheme="majorHAnsi" w:cstheme="majorHAnsi"/>
                <w:i/>
                <w:iCs/>
                <w:color w:val="000000"/>
                <w:sz w:val="24"/>
                <w:szCs w:val="24"/>
                <w:lang w:eastAsia="en-GB"/>
              </w:rPr>
              <w:t xml:space="preserve"> additional presentations</w:t>
            </w:r>
            <w:r w:rsidR="008B5CD2" w:rsidRPr="00646544">
              <w:rPr>
                <w:rFonts w:asciiTheme="majorHAnsi" w:eastAsia="Times New Roman" w:hAnsiTheme="majorHAnsi" w:cstheme="majorHAnsi"/>
                <w:i/>
                <w:iCs/>
                <w:color w:val="000000"/>
                <w:sz w:val="24"/>
                <w:szCs w:val="24"/>
                <w:lang w:eastAsia="en-GB"/>
              </w:rPr>
              <w:t>.</w:t>
            </w:r>
          </w:p>
          <w:p w14:paraId="73D1D875" w14:textId="77777777" w:rsidR="005F154E" w:rsidRPr="00646544" w:rsidRDefault="005F154E" w:rsidP="005F154E">
            <w:pPr>
              <w:pStyle w:val="ListParagraph"/>
              <w:ind w:left="360"/>
              <w:rPr>
                <w:rFonts w:asciiTheme="majorHAnsi" w:eastAsia="Times New Roman" w:hAnsiTheme="majorHAnsi" w:cstheme="majorHAnsi"/>
                <w:color w:val="000000"/>
                <w:sz w:val="24"/>
                <w:szCs w:val="24"/>
                <w:lang w:eastAsia="en-GB"/>
              </w:rPr>
            </w:pPr>
          </w:p>
          <w:p w14:paraId="1E8275C0" w14:textId="464CBE1D" w:rsidR="00B52C53" w:rsidRPr="00646544" w:rsidRDefault="00B52C53" w:rsidP="008433FC">
            <w:p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Session chairs determined at meeting as follows:</w:t>
            </w:r>
          </w:p>
          <w:p w14:paraId="7D8E08EF" w14:textId="09F0022D" w:rsidR="00B52C53" w:rsidRPr="00646544" w:rsidRDefault="00B52C53" w:rsidP="00B52C53">
            <w:p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Tuesday 15/9/26</w:t>
            </w:r>
          </w:p>
          <w:p w14:paraId="3BA83138" w14:textId="24B36DFF" w:rsidR="00B52C53" w:rsidRPr="00646544" w:rsidRDefault="00B52C53" w:rsidP="005F154E">
            <w:pPr>
              <w:pStyle w:val="ListParagraph"/>
              <w:numPr>
                <w:ilvl w:val="0"/>
                <w:numId w:val="18"/>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Gallu</w:t>
            </w:r>
            <w:r w:rsidR="005F154E" w:rsidRPr="00646544">
              <w:rPr>
                <w:rFonts w:asciiTheme="majorHAnsi" w:eastAsia="Times New Roman" w:hAnsiTheme="majorHAnsi" w:cstheme="majorHAnsi"/>
                <w:color w:val="000000"/>
                <w:sz w:val="24"/>
                <w:szCs w:val="24"/>
                <w:lang w:eastAsia="en-GB"/>
              </w:rPr>
              <w:t>s will do the i</w:t>
            </w:r>
            <w:r w:rsidRPr="00646544">
              <w:rPr>
                <w:rFonts w:asciiTheme="majorHAnsi" w:eastAsia="Times New Roman" w:hAnsiTheme="majorHAnsi" w:cstheme="majorHAnsi"/>
                <w:color w:val="000000"/>
                <w:sz w:val="24"/>
                <w:szCs w:val="24"/>
                <w:lang w:eastAsia="en-GB"/>
              </w:rPr>
              <w:t xml:space="preserve">ntroductory session </w:t>
            </w:r>
          </w:p>
          <w:p w14:paraId="7F200FB5" w14:textId="235727F3" w:rsidR="00B52C53" w:rsidRPr="00646544" w:rsidRDefault="00B52C53" w:rsidP="005F154E">
            <w:pPr>
              <w:pStyle w:val="ListParagraph"/>
              <w:numPr>
                <w:ilvl w:val="0"/>
                <w:numId w:val="18"/>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Richard</w:t>
            </w:r>
            <w:r w:rsidR="005F154E" w:rsidRPr="00646544">
              <w:rPr>
                <w:rFonts w:asciiTheme="majorHAnsi" w:eastAsia="Times New Roman" w:hAnsiTheme="majorHAnsi" w:cstheme="majorHAnsi"/>
                <w:color w:val="000000"/>
                <w:sz w:val="24"/>
                <w:szCs w:val="24"/>
                <w:lang w:eastAsia="en-GB"/>
              </w:rPr>
              <w:t xml:space="preserve"> will c</w:t>
            </w:r>
            <w:r w:rsidRPr="00646544">
              <w:rPr>
                <w:rFonts w:asciiTheme="majorHAnsi" w:eastAsia="Times New Roman" w:hAnsiTheme="majorHAnsi" w:cstheme="majorHAnsi"/>
                <w:color w:val="000000"/>
                <w:sz w:val="24"/>
                <w:szCs w:val="24"/>
                <w:lang w:eastAsia="en-GB"/>
              </w:rPr>
              <w:t>hair the keynote session.</w:t>
            </w:r>
          </w:p>
          <w:p w14:paraId="41FF6952" w14:textId="279ABF44" w:rsidR="00B52C53" w:rsidRPr="00646544" w:rsidRDefault="00B52C53" w:rsidP="005F154E">
            <w:pPr>
              <w:pStyle w:val="ListParagraph"/>
              <w:numPr>
                <w:ilvl w:val="0"/>
                <w:numId w:val="18"/>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Anja</w:t>
            </w:r>
            <w:r w:rsidR="005F154E" w:rsidRPr="00646544">
              <w:rPr>
                <w:rFonts w:asciiTheme="majorHAnsi" w:eastAsia="Times New Roman" w:hAnsiTheme="majorHAnsi" w:cstheme="majorHAnsi"/>
                <w:color w:val="000000"/>
                <w:sz w:val="24"/>
                <w:szCs w:val="24"/>
                <w:lang w:eastAsia="en-GB"/>
              </w:rPr>
              <w:t xml:space="preserve"> will c</w:t>
            </w:r>
            <w:r w:rsidRPr="00646544">
              <w:rPr>
                <w:rFonts w:asciiTheme="majorHAnsi" w:eastAsia="Times New Roman" w:hAnsiTheme="majorHAnsi" w:cstheme="majorHAnsi"/>
                <w:color w:val="000000"/>
                <w:sz w:val="24"/>
                <w:szCs w:val="24"/>
                <w:lang w:eastAsia="en-GB"/>
              </w:rPr>
              <w:t>hair session 1.</w:t>
            </w:r>
          </w:p>
          <w:p w14:paraId="7E78549D" w14:textId="6D752031" w:rsidR="00B52C53" w:rsidRPr="00646544" w:rsidRDefault="00B52C53" w:rsidP="005F154E">
            <w:pPr>
              <w:pStyle w:val="ListParagraph"/>
              <w:numPr>
                <w:ilvl w:val="0"/>
                <w:numId w:val="18"/>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Ed Sipler volunteered by email available to chair session 2.</w:t>
            </w:r>
          </w:p>
          <w:p w14:paraId="45D05EFF" w14:textId="4A1438A0" w:rsidR="00B52C53" w:rsidRPr="00646544" w:rsidRDefault="00B52C53" w:rsidP="005F154E">
            <w:pPr>
              <w:pStyle w:val="ListParagraph"/>
              <w:numPr>
                <w:ilvl w:val="0"/>
                <w:numId w:val="18"/>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Jacqueline</w:t>
            </w:r>
            <w:r w:rsidR="005F154E" w:rsidRPr="00646544">
              <w:rPr>
                <w:rFonts w:asciiTheme="majorHAnsi" w:eastAsia="Times New Roman" w:hAnsiTheme="majorHAnsi" w:cstheme="majorHAnsi"/>
                <w:color w:val="000000"/>
                <w:sz w:val="24"/>
                <w:szCs w:val="24"/>
                <w:lang w:eastAsia="en-GB"/>
              </w:rPr>
              <w:t xml:space="preserve"> Carhoun will </w:t>
            </w:r>
            <w:r w:rsidRPr="00646544">
              <w:rPr>
                <w:rFonts w:asciiTheme="majorHAnsi" w:eastAsia="Times New Roman" w:hAnsiTheme="majorHAnsi" w:cstheme="majorHAnsi"/>
                <w:color w:val="000000"/>
                <w:sz w:val="24"/>
                <w:szCs w:val="24"/>
                <w:lang w:eastAsia="en-GB"/>
              </w:rPr>
              <w:t xml:space="preserve">chair the Canada-themed session </w:t>
            </w:r>
            <w:proofErr w:type="spellStart"/>
            <w:r w:rsidR="005F154E" w:rsidRPr="00646544">
              <w:rPr>
                <w:rFonts w:asciiTheme="majorHAnsi" w:eastAsia="Times New Roman" w:hAnsiTheme="majorHAnsi" w:cstheme="majorHAnsi"/>
                <w:color w:val="000000"/>
                <w:sz w:val="24"/>
                <w:szCs w:val="24"/>
                <w:lang w:eastAsia="en-GB"/>
              </w:rPr>
              <w:t>session</w:t>
            </w:r>
            <w:proofErr w:type="spellEnd"/>
            <w:r w:rsidR="005F154E" w:rsidRPr="00646544">
              <w:rPr>
                <w:rFonts w:asciiTheme="majorHAnsi" w:eastAsia="Times New Roman" w:hAnsiTheme="majorHAnsi" w:cstheme="majorHAnsi"/>
                <w:color w:val="000000"/>
                <w:sz w:val="24"/>
                <w:szCs w:val="24"/>
                <w:lang w:eastAsia="en-GB"/>
              </w:rPr>
              <w:t xml:space="preserve"> 3.</w:t>
            </w:r>
          </w:p>
          <w:p w14:paraId="69530577" w14:textId="3A20FF59" w:rsidR="00B52C53" w:rsidRPr="00646544" w:rsidRDefault="00B52C53" w:rsidP="005F154E">
            <w:pPr>
              <w:pStyle w:val="ListParagraph"/>
              <w:numPr>
                <w:ilvl w:val="0"/>
                <w:numId w:val="18"/>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 xml:space="preserve">Emmi Kauppila will chair </w:t>
            </w:r>
            <w:r w:rsidR="00B9423A">
              <w:rPr>
                <w:rFonts w:asciiTheme="majorHAnsi" w:eastAsia="Times New Roman" w:hAnsiTheme="majorHAnsi" w:cstheme="majorHAnsi"/>
                <w:color w:val="000000"/>
                <w:sz w:val="24"/>
                <w:szCs w:val="24"/>
                <w:lang w:eastAsia="en-GB"/>
              </w:rPr>
              <w:t>s</w:t>
            </w:r>
            <w:r w:rsidRPr="00646544">
              <w:rPr>
                <w:rFonts w:asciiTheme="majorHAnsi" w:eastAsia="Times New Roman" w:hAnsiTheme="majorHAnsi" w:cstheme="majorHAnsi"/>
                <w:color w:val="000000"/>
                <w:sz w:val="24"/>
                <w:szCs w:val="24"/>
                <w:lang w:eastAsia="en-GB"/>
              </w:rPr>
              <w:t>ession 4.</w:t>
            </w:r>
          </w:p>
          <w:p w14:paraId="432F13C1" w14:textId="11C31811" w:rsidR="005F154E" w:rsidRPr="00646544" w:rsidRDefault="005F154E" w:rsidP="005F154E">
            <w:pPr>
              <w:pStyle w:val="ListParagraph"/>
              <w:numPr>
                <w:ilvl w:val="0"/>
                <w:numId w:val="18"/>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Gallus to wrap up and conclude the day</w:t>
            </w:r>
          </w:p>
          <w:p w14:paraId="7AA32B8C" w14:textId="60316651" w:rsidR="00B52C53" w:rsidRPr="00490386" w:rsidRDefault="00B52C53" w:rsidP="00B52C53">
            <w:p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br/>
            </w:r>
            <w:r w:rsidR="005F154E" w:rsidRPr="00646544">
              <w:rPr>
                <w:rFonts w:asciiTheme="majorHAnsi" w:eastAsia="Times New Roman" w:hAnsiTheme="majorHAnsi" w:cstheme="majorHAnsi"/>
                <w:color w:val="000000"/>
                <w:sz w:val="24"/>
                <w:szCs w:val="24"/>
                <w:lang w:eastAsia="en-GB"/>
              </w:rPr>
              <w:t>Wednesday 16/9/26</w:t>
            </w:r>
          </w:p>
          <w:p w14:paraId="259B9052" w14:textId="3C79E23A" w:rsidR="00B52C53" w:rsidRPr="00646544" w:rsidRDefault="005F154E" w:rsidP="005F154E">
            <w:pPr>
              <w:pStyle w:val="ListParagraph"/>
              <w:numPr>
                <w:ilvl w:val="0"/>
                <w:numId w:val="17"/>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 xml:space="preserve">Gallus will do the introductory session </w:t>
            </w:r>
          </w:p>
          <w:p w14:paraId="3BB3918D" w14:textId="12A89439" w:rsidR="005F154E" w:rsidRPr="00646544" w:rsidRDefault="005F154E" w:rsidP="005F154E">
            <w:pPr>
              <w:pStyle w:val="ListParagraph"/>
              <w:numPr>
                <w:ilvl w:val="0"/>
                <w:numId w:val="17"/>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Gallus will chair the keynote session</w:t>
            </w:r>
          </w:p>
          <w:p w14:paraId="19613565" w14:textId="16DF5C4C" w:rsidR="00B52C53" w:rsidRPr="00646544" w:rsidRDefault="00B52C53" w:rsidP="005F154E">
            <w:pPr>
              <w:pStyle w:val="ListParagraph"/>
              <w:numPr>
                <w:ilvl w:val="0"/>
                <w:numId w:val="17"/>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Robert Campbell</w:t>
            </w:r>
            <w:r w:rsidR="005F154E" w:rsidRPr="00646544">
              <w:rPr>
                <w:rFonts w:asciiTheme="majorHAnsi" w:eastAsia="Times New Roman" w:hAnsiTheme="majorHAnsi" w:cstheme="majorHAnsi"/>
                <w:color w:val="000000"/>
                <w:sz w:val="24"/>
                <w:szCs w:val="24"/>
                <w:lang w:eastAsia="en-GB"/>
              </w:rPr>
              <w:t xml:space="preserve"> will </w:t>
            </w:r>
            <w:r w:rsidRPr="00646544">
              <w:rPr>
                <w:rFonts w:asciiTheme="majorHAnsi" w:eastAsia="Times New Roman" w:hAnsiTheme="majorHAnsi" w:cstheme="majorHAnsi"/>
                <w:color w:val="000000"/>
                <w:sz w:val="24"/>
                <w:szCs w:val="24"/>
                <w:lang w:eastAsia="en-GB"/>
              </w:rPr>
              <w:t xml:space="preserve">chair session </w:t>
            </w:r>
            <w:r w:rsidR="005F154E" w:rsidRPr="00646544">
              <w:rPr>
                <w:rFonts w:asciiTheme="majorHAnsi" w:eastAsia="Times New Roman" w:hAnsiTheme="majorHAnsi" w:cstheme="majorHAnsi"/>
                <w:color w:val="000000"/>
                <w:sz w:val="24"/>
                <w:szCs w:val="24"/>
                <w:lang w:eastAsia="en-GB"/>
              </w:rPr>
              <w:t>5</w:t>
            </w:r>
            <w:r w:rsidRPr="00646544">
              <w:rPr>
                <w:rFonts w:asciiTheme="majorHAnsi" w:eastAsia="Times New Roman" w:hAnsiTheme="majorHAnsi" w:cstheme="majorHAnsi"/>
                <w:color w:val="000000"/>
                <w:sz w:val="24"/>
                <w:szCs w:val="24"/>
                <w:lang w:eastAsia="en-GB"/>
              </w:rPr>
              <w:t>.</w:t>
            </w:r>
          </w:p>
          <w:p w14:paraId="38DB05DD" w14:textId="77777777" w:rsidR="005F154E" w:rsidRPr="00646544" w:rsidRDefault="00B52C53" w:rsidP="005F154E">
            <w:pPr>
              <w:pStyle w:val="ListParagraph"/>
              <w:numPr>
                <w:ilvl w:val="0"/>
                <w:numId w:val="17"/>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Ruth</w:t>
            </w:r>
            <w:r w:rsidR="005F154E" w:rsidRPr="00646544">
              <w:rPr>
                <w:rFonts w:asciiTheme="majorHAnsi" w:eastAsia="Times New Roman" w:hAnsiTheme="majorHAnsi" w:cstheme="majorHAnsi"/>
                <w:color w:val="000000"/>
                <w:sz w:val="24"/>
                <w:szCs w:val="24"/>
                <w:lang w:eastAsia="en-GB"/>
              </w:rPr>
              <w:t xml:space="preserve"> McGovern will chair session 6</w:t>
            </w:r>
          </w:p>
          <w:p w14:paraId="53CEEE20" w14:textId="5FF3EB9B" w:rsidR="00B52C53" w:rsidRPr="00646544" w:rsidRDefault="005F154E" w:rsidP="005F154E">
            <w:pPr>
              <w:pStyle w:val="ListParagraph"/>
              <w:numPr>
                <w:ilvl w:val="0"/>
                <w:numId w:val="17"/>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 xml:space="preserve">Richard will chair Prof Jim Orford and Christine Hollywood  </w:t>
            </w:r>
            <w:r w:rsidR="00B52C53" w:rsidRPr="00646544">
              <w:rPr>
                <w:rFonts w:asciiTheme="majorHAnsi" w:eastAsia="Times New Roman" w:hAnsiTheme="majorHAnsi" w:cstheme="majorHAnsi"/>
                <w:color w:val="000000"/>
                <w:sz w:val="24"/>
                <w:szCs w:val="24"/>
                <w:lang w:eastAsia="en-GB"/>
              </w:rPr>
              <w:t xml:space="preserve"> </w:t>
            </w:r>
          </w:p>
          <w:p w14:paraId="79ADDD89" w14:textId="4C7E04FA" w:rsidR="00B52C53" w:rsidRPr="00646544" w:rsidRDefault="005F154E" w:rsidP="005F154E">
            <w:pPr>
              <w:pStyle w:val="ListParagraph"/>
              <w:numPr>
                <w:ilvl w:val="0"/>
                <w:numId w:val="17"/>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 xml:space="preserve">Gallus will wrap up the day and announce the AGM to </w:t>
            </w:r>
            <w:proofErr w:type="gramStart"/>
            <w:r w:rsidRPr="00646544">
              <w:rPr>
                <w:rFonts w:asciiTheme="majorHAnsi" w:eastAsia="Times New Roman" w:hAnsiTheme="majorHAnsi" w:cstheme="majorHAnsi"/>
                <w:color w:val="000000"/>
                <w:sz w:val="24"/>
                <w:szCs w:val="24"/>
                <w:lang w:eastAsia="en-GB"/>
              </w:rPr>
              <w:t>follow after</w:t>
            </w:r>
            <w:proofErr w:type="gramEnd"/>
            <w:r w:rsidRPr="00646544">
              <w:rPr>
                <w:rFonts w:asciiTheme="majorHAnsi" w:eastAsia="Times New Roman" w:hAnsiTheme="majorHAnsi" w:cstheme="majorHAnsi"/>
                <w:color w:val="000000"/>
                <w:sz w:val="24"/>
                <w:szCs w:val="24"/>
                <w:lang w:eastAsia="en-GB"/>
              </w:rPr>
              <w:t xml:space="preserve"> 15 minutes</w:t>
            </w:r>
          </w:p>
          <w:p w14:paraId="18651705" w14:textId="77777777" w:rsidR="005F154E" w:rsidRPr="00646544" w:rsidRDefault="005F154E" w:rsidP="008433FC">
            <w:pPr>
              <w:rPr>
                <w:rFonts w:asciiTheme="majorHAnsi" w:eastAsia="Times New Roman" w:hAnsiTheme="majorHAnsi" w:cstheme="majorHAnsi"/>
                <w:color w:val="000000"/>
                <w:sz w:val="24"/>
                <w:szCs w:val="24"/>
                <w:lang w:eastAsia="en-GB"/>
              </w:rPr>
            </w:pPr>
          </w:p>
          <w:p w14:paraId="63102644" w14:textId="337B585F" w:rsidR="005F154E" w:rsidRPr="00490386" w:rsidRDefault="005F154E" w:rsidP="008433FC">
            <w:p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AGM will commence at 1.00 pm UK time.</w:t>
            </w:r>
          </w:p>
          <w:p w14:paraId="0458494F" w14:textId="77777777" w:rsidR="004856CA" w:rsidRPr="00646544" w:rsidRDefault="004856CA">
            <w:pPr>
              <w:rPr>
                <w:rFonts w:asciiTheme="majorHAnsi" w:hAnsiTheme="majorHAnsi" w:cstheme="majorHAnsi"/>
                <w:sz w:val="24"/>
                <w:szCs w:val="24"/>
              </w:rPr>
            </w:pPr>
          </w:p>
          <w:p w14:paraId="2BA48808" w14:textId="77777777" w:rsidR="008B5CD2" w:rsidRPr="00646544" w:rsidRDefault="008B5CD2" w:rsidP="00414CE2">
            <w:pPr>
              <w:pStyle w:val="ListParagraph"/>
              <w:numPr>
                <w:ilvl w:val="0"/>
                <w:numId w:val="27"/>
              </w:numPr>
              <w:rPr>
                <w:rFonts w:asciiTheme="majorHAnsi" w:hAnsiTheme="majorHAnsi" w:cstheme="majorHAnsi"/>
                <w:sz w:val="24"/>
                <w:szCs w:val="24"/>
              </w:rPr>
            </w:pPr>
            <w:r w:rsidRPr="00646544">
              <w:rPr>
                <w:rFonts w:asciiTheme="majorHAnsi" w:hAnsiTheme="majorHAnsi" w:cstheme="majorHAnsi"/>
                <w:sz w:val="24"/>
                <w:szCs w:val="24"/>
              </w:rPr>
              <w:t>Process from here: Sari as Conference Administrator will need registration list</w:t>
            </w:r>
            <w:r w:rsidR="00902191" w:rsidRPr="00646544">
              <w:rPr>
                <w:rFonts w:asciiTheme="majorHAnsi" w:hAnsiTheme="majorHAnsi" w:cstheme="majorHAnsi"/>
                <w:sz w:val="24"/>
                <w:szCs w:val="24"/>
              </w:rPr>
              <w:t xml:space="preserve"> </w:t>
            </w:r>
            <w:proofErr w:type="gramStart"/>
            <w:r w:rsidR="00902191" w:rsidRPr="00646544">
              <w:rPr>
                <w:rFonts w:asciiTheme="majorHAnsi" w:hAnsiTheme="majorHAnsi" w:cstheme="majorHAnsi"/>
                <w:sz w:val="24"/>
                <w:szCs w:val="24"/>
              </w:rPr>
              <w:t>in order to</w:t>
            </w:r>
            <w:proofErr w:type="gramEnd"/>
            <w:r w:rsidR="00902191" w:rsidRPr="00646544">
              <w:rPr>
                <w:rFonts w:asciiTheme="majorHAnsi" w:hAnsiTheme="majorHAnsi" w:cstheme="majorHAnsi"/>
                <w:sz w:val="24"/>
                <w:szCs w:val="24"/>
              </w:rPr>
              <w:t xml:space="preserve"> send the Teams link to all presenters and those registered,</w:t>
            </w:r>
            <w:r w:rsidRPr="00646544">
              <w:rPr>
                <w:rFonts w:asciiTheme="majorHAnsi" w:hAnsiTheme="majorHAnsi" w:cstheme="majorHAnsi"/>
                <w:sz w:val="24"/>
                <w:szCs w:val="24"/>
              </w:rPr>
              <w:t xml:space="preserve"> and Julie will send pre-recording instruction to all presenters with follow up mainly in September as she is away all of August. </w:t>
            </w:r>
          </w:p>
          <w:p w14:paraId="1DB04B8E" w14:textId="70395B5C" w:rsidR="00902191" w:rsidRPr="00646544" w:rsidRDefault="00902191" w:rsidP="00414CE2">
            <w:pPr>
              <w:pStyle w:val="ListParagraph"/>
              <w:numPr>
                <w:ilvl w:val="0"/>
                <w:numId w:val="27"/>
              </w:numPr>
              <w:rPr>
                <w:rFonts w:asciiTheme="majorHAnsi" w:hAnsiTheme="majorHAnsi" w:cstheme="majorHAnsi"/>
                <w:sz w:val="24"/>
                <w:szCs w:val="24"/>
              </w:rPr>
            </w:pPr>
            <w:r w:rsidRPr="00646544">
              <w:rPr>
                <w:rFonts w:asciiTheme="majorHAnsi" w:hAnsiTheme="majorHAnsi" w:cstheme="majorHAnsi"/>
                <w:sz w:val="24"/>
                <w:szCs w:val="24"/>
              </w:rPr>
              <w:t>Use tracking table to monitor.</w:t>
            </w:r>
          </w:p>
        </w:tc>
        <w:tc>
          <w:tcPr>
            <w:tcW w:w="1985" w:type="dxa"/>
          </w:tcPr>
          <w:p w14:paraId="6CCA88FB" w14:textId="716FBEEF" w:rsidR="008B5CD2"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lastRenderedPageBreak/>
              <w:t xml:space="preserve">Anja to circulate final </w:t>
            </w:r>
            <w:proofErr w:type="spellStart"/>
            <w:r w:rsidRPr="00646544">
              <w:rPr>
                <w:rFonts w:asciiTheme="majorHAnsi" w:hAnsiTheme="majorHAnsi" w:cstheme="majorHAnsi"/>
                <w:sz w:val="24"/>
                <w:szCs w:val="24"/>
              </w:rPr>
              <w:t>programme</w:t>
            </w:r>
            <w:proofErr w:type="spellEnd"/>
            <w:r w:rsidR="00414CE2" w:rsidRPr="00646544">
              <w:rPr>
                <w:rFonts w:asciiTheme="majorHAnsi" w:hAnsiTheme="majorHAnsi" w:cstheme="majorHAnsi"/>
                <w:sz w:val="24"/>
                <w:szCs w:val="24"/>
              </w:rPr>
              <w:t>.</w:t>
            </w:r>
          </w:p>
          <w:p w14:paraId="6892C036" w14:textId="77777777" w:rsidR="008B5CD2" w:rsidRPr="00646544" w:rsidRDefault="008B5CD2">
            <w:pPr>
              <w:rPr>
                <w:rFonts w:asciiTheme="majorHAnsi" w:hAnsiTheme="majorHAnsi" w:cstheme="majorHAnsi"/>
                <w:sz w:val="24"/>
                <w:szCs w:val="24"/>
              </w:rPr>
            </w:pPr>
          </w:p>
          <w:p w14:paraId="0F4F545D" w14:textId="12910D7B"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Julie to</w:t>
            </w:r>
            <w:r w:rsidR="00414CE2" w:rsidRPr="00646544">
              <w:rPr>
                <w:rFonts w:asciiTheme="majorHAnsi" w:hAnsiTheme="majorHAnsi" w:cstheme="majorHAnsi"/>
                <w:sz w:val="24"/>
                <w:szCs w:val="24"/>
              </w:rPr>
              <w:t xml:space="preserve"> prepare email </w:t>
            </w:r>
            <w:r w:rsidR="00BE2F9F" w:rsidRPr="00646544">
              <w:rPr>
                <w:rFonts w:asciiTheme="majorHAnsi" w:hAnsiTheme="majorHAnsi" w:cstheme="majorHAnsi"/>
                <w:sz w:val="24"/>
                <w:szCs w:val="24"/>
              </w:rPr>
              <w:t>instructions</w:t>
            </w:r>
            <w:r w:rsidR="00414CE2" w:rsidRPr="00646544">
              <w:rPr>
                <w:rFonts w:asciiTheme="majorHAnsi" w:hAnsiTheme="majorHAnsi" w:cstheme="majorHAnsi"/>
                <w:sz w:val="24"/>
                <w:szCs w:val="24"/>
              </w:rPr>
              <w:t xml:space="preserve"> for presenters and ensure Sari has all relevant information</w:t>
            </w:r>
            <w:r w:rsidRPr="00646544">
              <w:rPr>
                <w:rFonts w:asciiTheme="majorHAnsi" w:hAnsiTheme="majorHAnsi" w:cstheme="majorHAnsi"/>
                <w:sz w:val="24"/>
                <w:szCs w:val="24"/>
              </w:rPr>
              <w:t>.</w:t>
            </w:r>
          </w:p>
        </w:tc>
      </w:tr>
      <w:tr w:rsidR="004856CA" w:rsidRPr="00646544" w14:paraId="036E31FB" w14:textId="77777777" w:rsidTr="00B9423A">
        <w:tc>
          <w:tcPr>
            <w:tcW w:w="680" w:type="dxa"/>
          </w:tcPr>
          <w:p w14:paraId="2D622310"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9</w:t>
            </w:r>
          </w:p>
        </w:tc>
        <w:tc>
          <w:tcPr>
            <w:tcW w:w="7253" w:type="dxa"/>
          </w:tcPr>
          <w:p w14:paraId="7959DAE5" w14:textId="77777777" w:rsidR="008B5CD2" w:rsidRPr="00646544" w:rsidRDefault="00000000">
            <w:pPr>
              <w:rPr>
                <w:rFonts w:asciiTheme="majorHAnsi" w:hAnsiTheme="majorHAnsi" w:cstheme="majorHAnsi"/>
                <w:b/>
                <w:bCs/>
                <w:sz w:val="24"/>
                <w:szCs w:val="24"/>
              </w:rPr>
            </w:pPr>
            <w:r w:rsidRPr="00646544">
              <w:rPr>
                <w:rFonts w:asciiTheme="majorHAnsi" w:hAnsiTheme="majorHAnsi" w:cstheme="majorHAnsi"/>
                <w:b/>
                <w:bCs/>
                <w:sz w:val="24"/>
                <w:szCs w:val="24"/>
              </w:rPr>
              <w:t xml:space="preserve">2027 Goa Conference. </w:t>
            </w:r>
          </w:p>
          <w:p w14:paraId="6E3BC044" w14:textId="77777777" w:rsidR="008B5CD2" w:rsidRPr="00646544" w:rsidRDefault="008B5CD2" w:rsidP="00902191">
            <w:pPr>
              <w:pStyle w:val="ListParagraph"/>
              <w:numPr>
                <w:ilvl w:val="0"/>
                <w:numId w:val="21"/>
              </w:numPr>
              <w:rPr>
                <w:rFonts w:asciiTheme="majorHAnsi" w:hAnsiTheme="majorHAnsi" w:cstheme="majorHAnsi"/>
                <w:sz w:val="24"/>
                <w:szCs w:val="24"/>
              </w:rPr>
            </w:pPr>
            <w:r w:rsidRPr="00646544">
              <w:rPr>
                <w:rFonts w:asciiTheme="majorHAnsi" w:hAnsiTheme="majorHAnsi" w:cstheme="majorHAnsi"/>
                <w:sz w:val="24"/>
                <w:szCs w:val="24"/>
              </w:rPr>
              <w:t xml:space="preserve">See </w:t>
            </w:r>
            <w:proofErr w:type="spellStart"/>
            <w:r w:rsidRPr="00646544">
              <w:rPr>
                <w:rFonts w:asciiTheme="majorHAnsi" w:hAnsiTheme="majorHAnsi" w:cstheme="majorHAnsi"/>
                <w:sz w:val="24"/>
                <w:szCs w:val="24"/>
              </w:rPr>
              <w:t>Urvita’s</w:t>
            </w:r>
            <w:proofErr w:type="spellEnd"/>
            <w:r w:rsidRPr="00646544">
              <w:rPr>
                <w:rFonts w:asciiTheme="majorHAnsi" w:hAnsiTheme="majorHAnsi" w:cstheme="majorHAnsi"/>
                <w:sz w:val="24"/>
                <w:szCs w:val="24"/>
              </w:rPr>
              <w:t xml:space="preserve"> report attached.</w:t>
            </w:r>
          </w:p>
          <w:p w14:paraId="2301D02D" w14:textId="77777777" w:rsidR="00902191" w:rsidRPr="00646544" w:rsidRDefault="00902191" w:rsidP="00902191">
            <w:pPr>
              <w:pStyle w:val="ListParagraph"/>
              <w:numPr>
                <w:ilvl w:val="0"/>
                <w:numId w:val="21"/>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 xml:space="preserve">Gallus </w:t>
            </w:r>
            <w:proofErr w:type="spellStart"/>
            <w:r w:rsidRPr="00646544">
              <w:rPr>
                <w:rFonts w:asciiTheme="majorHAnsi" w:eastAsia="Times New Roman" w:hAnsiTheme="majorHAnsi" w:cstheme="majorHAnsi"/>
                <w:color w:val="000000"/>
                <w:sz w:val="24"/>
                <w:szCs w:val="24"/>
                <w:lang w:eastAsia="en-GB"/>
              </w:rPr>
              <w:t>summarised</w:t>
            </w:r>
            <w:proofErr w:type="spellEnd"/>
            <w:r w:rsidRPr="00646544">
              <w:rPr>
                <w:rFonts w:asciiTheme="majorHAnsi" w:eastAsia="Times New Roman" w:hAnsiTheme="majorHAnsi" w:cstheme="majorHAnsi"/>
                <w:color w:val="000000"/>
                <w:sz w:val="24"/>
                <w:szCs w:val="24"/>
                <w:lang w:eastAsia="en-GB"/>
              </w:rPr>
              <w:t xml:space="preserve"> the report key points: </w:t>
            </w:r>
            <w:proofErr w:type="spellStart"/>
            <w:r w:rsidRPr="00646544">
              <w:rPr>
                <w:rFonts w:asciiTheme="majorHAnsi" w:eastAsia="Times New Roman" w:hAnsiTheme="majorHAnsi" w:cstheme="majorHAnsi"/>
                <w:color w:val="000000"/>
                <w:sz w:val="24"/>
                <w:szCs w:val="24"/>
                <w:lang w:eastAsia="en-GB"/>
              </w:rPr>
              <w:t>AFINet</w:t>
            </w:r>
            <w:proofErr w:type="spellEnd"/>
            <w:r w:rsidRPr="00646544">
              <w:rPr>
                <w:rFonts w:asciiTheme="majorHAnsi" w:eastAsia="Times New Roman" w:hAnsiTheme="majorHAnsi" w:cstheme="majorHAnsi"/>
                <w:color w:val="000000"/>
                <w:sz w:val="24"/>
                <w:szCs w:val="24"/>
                <w:lang w:eastAsia="en-GB"/>
              </w:rPr>
              <w:t xml:space="preserve"> and INEBRIA conferences will be held </w:t>
            </w:r>
            <w:proofErr w:type="gramStart"/>
            <w:r w:rsidRPr="00646544">
              <w:rPr>
                <w:rFonts w:asciiTheme="majorHAnsi" w:eastAsia="Times New Roman" w:hAnsiTheme="majorHAnsi" w:cstheme="majorHAnsi"/>
                <w:color w:val="000000"/>
                <w:sz w:val="24"/>
                <w:szCs w:val="24"/>
                <w:lang w:eastAsia="en-GB"/>
              </w:rPr>
              <w:t>back to back</w:t>
            </w:r>
            <w:proofErr w:type="gramEnd"/>
            <w:r w:rsidRPr="00646544">
              <w:rPr>
                <w:rFonts w:asciiTheme="majorHAnsi" w:eastAsia="Times New Roman" w:hAnsiTheme="majorHAnsi" w:cstheme="majorHAnsi"/>
                <w:color w:val="000000"/>
                <w:sz w:val="24"/>
                <w:szCs w:val="24"/>
                <w:lang w:eastAsia="en-GB"/>
              </w:rPr>
              <w:t>.</w:t>
            </w:r>
          </w:p>
          <w:p w14:paraId="3798E043" w14:textId="4A4D088D" w:rsidR="00902191" w:rsidRPr="00646544" w:rsidRDefault="00902191" w:rsidP="00902191">
            <w:pPr>
              <w:pStyle w:val="ListParagraph"/>
              <w:numPr>
                <w:ilvl w:val="0"/>
                <w:numId w:val="21"/>
              </w:numPr>
              <w:rPr>
                <w:rFonts w:asciiTheme="majorHAnsi" w:eastAsia="Times New Roman" w:hAnsiTheme="majorHAnsi" w:cstheme="majorHAnsi"/>
                <w:color w:val="000000"/>
                <w:sz w:val="24"/>
                <w:szCs w:val="24"/>
                <w:lang w:eastAsia="en-GB"/>
              </w:rPr>
            </w:pPr>
            <w:proofErr w:type="spellStart"/>
            <w:r w:rsidRPr="00646544">
              <w:rPr>
                <w:rFonts w:asciiTheme="majorHAnsi" w:eastAsia="Times New Roman" w:hAnsiTheme="majorHAnsi" w:cstheme="majorHAnsi"/>
                <w:color w:val="000000"/>
                <w:sz w:val="24"/>
                <w:szCs w:val="24"/>
                <w:lang w:eastAsia="en-GB"/>
              </w:rPr>
              <w:lastRenderedPageBreak/>
              <w:t>AFINet</w:t>
            </w:r>
            <w:proofErr w:type="spellEnd"/>
            <w:r w:rsidRPr="00646544">
              <w:rPr>
                <w:rFonts w:asciiTheme="majorHAnsi" w:eastAsia="Times New Roman" w:hAnsiTheme="majorHAnsi" w:cstheme="majorHAnsi"/>
                <w:color w:val="000000"/>
                <w:sz w:val="24"/>
                <w:szCs w:val="24"/>
                <w:lang w:eastAsia="en-GB"/>
              </w:rPr>
              <w:t xml:space="preserve"> will again provide a refundable advance of £10,000. Noted external funding for the Goa conference may be limited and that financial planning will be critical.</w:t>
            </w:r>
          </w:p>
          <w:p w14:paraId="2E39B5D6" w14:textId="3264A468" w:rsidR="00902191" w:rsidRPr="00646544" w:rsidRDefault="00902191" w:rsidP="00902191">
            <w:pPr>
              <w:pStyle w:val="ListParagraph"/>
              <w:numPr>
                <w:ilvl w:val="0"/>
                <w:numId w:val="21"/>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 xml:space="preserve">A planning meeting is scheduled for 1/9/26 involving Richard, Jill, Rob, Julie, Abhijit, </w:t>
            </w:r>
            <w:proofErr w:type="spellStart"/>
            <w:r w:rsidRPr="00646544">
              <w:rPr>
                <w:rFonts w:asciiTheme="majorHAnsi" w:eastAsia="Times New Roman" w:hAnsiTheme="majorHAnsi" w:cstheme="majorHAnsi"/>
                <w:color w:val="000000"/>
                <w:sz w:val="24"/>
                <w:szCs w:val="24"/>
                <w:lang w:eastAsia="en-GB"/>
              </w:rPr>
              <w:t>Urvita</w:t>
            </w:r>
            <w:proofErr w:type="spellEnd"/>
            <w:r w:rsidRPr="00646544">
              <w:rPr>
                <w:rFonts w:asciiTheme="majorHAnsi" w:eastAsia="Times New Roman" w:hAnsiTheme="majorHAnsi" w:cstheme="majorHAnsi"/>
                <w:color w:val="000000"/>
                <w:sz w:val="24"/>
                <w:szCs w:val="24"/>
                <w:lang w:eastAsia="en-GB"/>
              </w:rPr>
              <w:t xml:space="preserve"> and the local organising committee.</w:t>
            </w:r>
          </w:p>
          <w:p w14:paraId="770195CD" w14:textId="295725E3" w:rsidR="00902191" w:rsidRPr="00646544" w:rsidRDefault="00902191" w:rsidP="00902191">
            <w:pPr>
              <w:pStyle w:val="ListParagraph"/>
              <w:numPr>
                <w:ilvl w:val="0"/>
                <w:numId w:val="21"/>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Ruth noted INEBRIA's dates have not yet been publicly announced. Noted Goa conference expected to be in November 2027.</w:t>
            </w:r>
          </w:p>
          <w:p w14:paraId="63FAC3D7" w14:textId="7E8D0BB1" w:rsidR="00902191" w:rsidRPr="00646544" w:rsidRDefault="00902191" w:rsidP="00902191">
            <w:pPr>
              <w:pStyle w:val="ListParagraph"/>
              <w:numPr>
                <w:ilvl w:val="0"/>
                <w:numId w:val="21"/>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 xml:space="preserve">Many present </w:t>
            </w:r>
            <w:proofErr w:type="spellStart"/>
            <w:r w:rsidRPr="00646544">
              <w:rPr>
                <w:rFonts w:asciiTheme="majorHAnsi" w:eastAsia="Times New Roman" w:hAnsiTheme="majorHAnsi" w:cstheme="majorHAnsi"/>
                <w:color w:val="000000"/>
                <w:sz w:val="24"/>
                <w:szCs w:val="24"/>
                <w:lang w:eastAsia="en-GB"/>
              </w:rPr>
              <w:t>emphasised</w:t>
            </w:r>
            <w:proofErr w:type="spellEnd"/>
            <w:r w:rsidRPr="00646544">
              <w:rPr>
                <w:rFonts w:asciiTheme="majorHAnsi" w:eastAsia="Times New Roman" w:hAnsiTheme="majorHAnsi" w:cstheme="majorHAnsi"/>
                <w:color w:val="000000"/>
                <w:sz w:val="24"/>
                <w:szCs w:val="24"/>
                <w:lang w:eastAsia="en-GB"/>
              </w:rPr>
              <w:t xml:space="preserve"> requesting abstract submissions 12-6 months in advance (perhaps have two rounds of submission deadlines) to accommodate institutional requirements. Julie and Rob agreed to raise the two-round abstract submission approach at the 1/9/26 planning meeting.</w:t>
            </w:r>
          </w:p>
          <w:p w14:paraId="72914B29" w14:textId="6DD1E6A9" w:rsidR="00902191" w:rsidRDefault="00902191" w:rsidP="00902191">
            <w:pPr>
              <w:pStyle w:val="ListParagraph"/>
              <w:numPr>
                <w:ilvl w:val="0"/>
                <w:numId w:val="21"/>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The potential for a Goa Conference Book should also be explored with local colleagues.</w:t>
            </w:r>
          </w:p>
          <w:p w14:paraId="21E50B7D" w14:textId="26BA635D" w:rsidR="00BE2F9F" w:rsidRPr="00BE2F9F" w:rsidRDefault="00BE2F9F" w:rsidP="00902191">
            <w:pPr>
              <w:pStyle w:val="ListParagraph"/>
              <w:numPr>
                <w:ilvl w:val="0"/>
                <w:numId w:val="21"/>
              </w:numPr>
              <w:rPr>
                <w:rFonts w:asciiTheme="majorHAnsi" w:eastAsia="Times New Roman" w:hAnsiTheme="majorHAnsi" w:cstheme="majorHAnsi"/>
                <w:i/>
                <w:iCs/>
                <w:color w:val="000000"/>
                <w:sz w:val="24"/>
                <w:szCs w:val="24"/>
                <w:lang w:eastAsia="en-GB"/>
              </w:rPr>
            </w:pPr>
            <w:r w:rsidRPr="00BE2F9F">
              <w:rPr>
                <w:rFonts w:asciiTheme="majorHAnsi" w:eastAsia="Times New Roman" w:hAnsiTheme="majorHAnsi" w:cstheme="majorHAnsi"/>
                <w:i/>
                <w:iCs/>
                <w:color w:val="000000"/>
                <w:sz w:val="24"/>
                <w:szCs w:val="24"/>
                <w:lang w:eastAsia="en-GB"/>
              </w:rPr>
              <w:t xml:space="preserve">Addendum: </w:t>
            </w:r>
            <w:proofErr w:type="spellStart"/>
            <w:r w:rsidRPr="00BE2F9F">
              <w:rPr>
                <w:rFonts w:asciiTheme="majorHAnsi" w:eastAsia="Times New Roman" w:hAnsiTheme="majorHAnsi" w:cstheme="majorHAnsi"/>
                <w:i/>
                <w:iCs/>
                <w:color w:val="000000"/>
                <w:sz w:val="24"/>
                <w:szCs w:val="24"/>
                <w:lang w:eastAsia="en-GB"/>
              </w:rPr>
              <w:t>Urvita</w:t>
            </w:r>
            <w:proofErr w:type="spellEnd"/>
            <w:r w:rsidRPr="00BE2F9F">
              <w:rPr>
                <w:rFonts w:asciiTheme="majorHAnsi" w:eastAsia="Times New Roman" w:hAnsiTheme="majorHAnsi" w:cstheme="majorHAnsi"/>
                <w:i/>
                <w:iCs/>
                <w:color w:val="000000"/>
                <w:sz w:val="24"/>
                <w:szCs w:val="24"/>
                <w:lang w:eastAsia="en-GB"/>
              </w:rPr>
              <w:t xml:space="preserve"> confirmed </w:t>
            </w:r>
            <w:proofErr w:type="spellStart"/>
            <w:r w:rsidRPr="00BE2F9F">
              <w:rPr>
                <w:rFonts w:asciiTheme="majorHAnsi" w:eastAsia="Times New Roman" w:hAnsiTheme="majorHAnsi" w:cstheme="majorHAnsi"/>
                <w:i/>
                <w:iCs/>
                <w:color w:val="000000"/>
                <w:sz w:val="24"/>
                <w:szCs w:val="24"/>
                <w:lang w:eastAsia="en-GB"/>
              </w:rPr>
              <w:t>AFINet</w:t>
            </w:r>
            <w:proofErr w:type="spellEnd"/>
            <w:r w:rsidRPr="00BE2F9F">
              <w:rPr>
                <w:rFonts w:asciiTheme="majorHAnsi" w:eastAsia="Times New Roman" w:hAnsiTheme="majorHAnsi" w:cstheme="majorHAnsi"/>
                <w:i/>
                <w:iCs/>
                <w:color w:val="000000"/>
                <w:sz w:val="24"/>
                <w:szCs w:val="24"/>
                <w:lang w:eastAsia="en-GB"/>
              </w:rPr>
              <w:t xml:space="preserve"> Conference</w:t>
            </w:r>
            <w:r w:rsidRPr="00BE2F9F">
              <w:rPr>
                <w:rFonts w:ascii="Calibri" w:hAnsi="Calibri" w:cs="Calibri"/>
                <w:i/>
                <w:iCs/>
                <w:color w:val="000000"/>
                <w:shd w:val="clear" w:color="auto" w:fill="FFFFFF"/>
              </w:rPr>
              <w:t> </w:t>
            </w:r>
            <w:r w:rsidRPr="00BE2F9F">
              <w:rPr>
                <w:rFonts w:ascii="Calibri" w:hAnsi="Calibri" w:cs="Calibri"/>
                <w:i/>
                <w:iCs/>
                <w:color w:val="000000"/>
                <w:sz w:val="24"/>
                <w:szCs w:val="24"/>
                <w:shd w:val="clear" w:color="auto" w:fill="FFFFFF"/>
              </w:rPr>
              <w:t>8-10 November 2027 and 10-12 November for INEBRIA.</w:t>
            </w:r>
          </w:p>
          <w:p w14:paraId="28E7D516" w14:textId="53062802" w:rsidR="004856CA" w:rsidRPr="00646544" w:rsidRDefault="004856CA">
            <w:pPr>
              <w:rPr>
                <w:rFonts w:asciiTheme="majorHAnsi" w:hAnsiTheme="majorHAnsi" w:cstheme="majorHAnsi"/>
                <w:sz w:val="24"/>
                <w:szCs w:val="24"/>
              </w:rPr>
            </w:pPr>
          </w:p>
        </w:tc>
        <w:tc>
          <w:tcPr>
            <w:tcW w:w="1985" w:type="dxa"/>
          </w:tcPr>
          <w:p w14:paraId="38A158E8" w14:textId="77777777" w:rsidR="00902191" w:rsidRPr="00646544" w:rsidRDefault="00902191">
            <w:pPr>
              <w:rPr>
                <w:rFonts w:asciiTheme="majorHAnsi" w:hAnsiTheme="majorHAnsi" w:cstheme="majorHAnsi"/>
                <w:sz w:val="24"/>
                <w:szCs w:val="24"/>
              </w:rPr>
            </w:pPr>
          </w:p>
          <w:p w14:paraId="4A1EAD6F" w14:textId="02AE6094" w:rsidR="00902191" w:rsidRPr="00646544" w:rsidRDefault="00902191">
            <w:pPr>
              <w:rPr>
                <w:rFonts w:asciiTheme="majorHAnsi" w:hAnsiTheme="majorHAnsi" w:cstheme="majorHAnsi"/>
                <w:sz w:val="24"/>
                <w:szCs w:val="24"/>
              </w:rPr>
            </w:pPr>
            <w:r w:rsidRPr="00646544">
              <w:rPr>
                <w:rFonts w:asciiTheme="majorHAnsi" w:hAnsiTheme="majorHAnsi" w:cstheme="majorHAnsi"/>
                <w:sz w:val="24"/>
                <w:szCs w:val="24"/>
              </w:rPr>
              <w:t xml:space="preserve">Julie will find out the </w:t>
            </w:r>
            <w:r w:rsidR="00B9423A" w:rsidRPr="00646544">
              <w:rPr>
                <w:rFonts w:asciiTheme="majorHAnsi" w:hAnsiTheme="majorHAnsi" w:cstheme="majorHAnsi"/>
                <w:sz w:val="24"/>
                <w:szCs w:val="24"/>
              </w:rPr>
              <w:t>conference</w:t>
            </w:r>
            <w:r w:rsidRPr="00646544">
              <w:rPr>
                <w:rFonts w:asciiTheme="majorHAnsi" w:hAnsiTheme="majorHAnsi" w:cstheme="majorHAnsi"/>
                <w:sz w:val="24"/>
                <w:szCs w:val="24"/>
              </w:rPr>
              <w:t xml:space="preserve"> dates and circulate the information to the </w:t>
            </w:r>
            <w:r w:rsidRPr="00646544">
              <w:rPr>
                <w:rFonts w:asciiTheme="majorHAnsi" w:hAnsiTheme="majorHAnsi" w:cstheme="majorHAnsi"/>
                <w:sz w:val="24"/>
                <w:szCs w:val="24"/>
              </w:rPr>
              <w:lastRenderedPageBreak/>
              <w:t>Trustees.</w:t>
            </w:r>
            <w:r w:rsidR="00BE2F9F">
              <w:rPr>
                <w:rFonts w:asciiTheme="majorHAnsi" w:hAnsiTheme="majorHAnsi" w:cstheme="majorHAnsi"/>
                <w:sz w:val="24"/>
                <w:szCs w:val="24"/>
              </w:rPr>
              <w:t xml:space="preserve"> </w:t>
            </w:r>
            <w:r w:rsidR="00BE2F9F" w:rsidRPr="00094F3D">
              <w:rPr>
                <w:rFonts w:asciiTheme="majorHAnsi" w:hAnsiTheme="majorHAnsi" w:cstheme="majorHAnsi"/>
                <w:sz w:val="24"/>
                <w:szCs w:val="24"/>
                <w:highlight w:val="yellow"/>
              </w:rPr>
              <w:t>DONE see addendum</w:t>
            </w:r>
            <w:r w:rsidR="00BE2F9F">
              <w:rPr>
                <w:rFonts w:asciiTheme="majorHAnsi" w:hAnsiTheme="majorHAnsi" w:cstheme="majorHAnsi"/>
                <w:sz w:val="24"/>
                <w:szCs w:val="24"/>
              </w:rPr>
              <w:t>.</w:t>
            </w:r>
          </w:p>
          <w:p w14:paraId="73594E7A" w14:textId="77777777" w:rsidR="00902191" w:rsidRPr="00646544" w:rsidRDefault="00902191">
            <w:pPr>
              <w:rPr>
                <w:rFonts w:asciiTheme="majorHAnsi" w:hAnsiTheme="majorHAnsi" w:cstheme="majorHAnsi"/>
                <w:sz w:val="24"/>
                <w:szCs w:val="24"/>
              </w:rPr>
            </w:pPr>
          </w:p>
          <w:p w14:paraId="60E67047" w14:textId="20DC9A78"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 xml:space="preserve">Julie and Rob to raise </w:t>
            </w:r>
            <w:r w:rsidR="00902191" w:rsidRPr="00646544">
              <w:rPr>
                <w:rFonts w:asciiTheme="majorHAnsi" w:hAnsiTheme="majorHAnsi" w:cstheme="majorHAnsi"/>
                <w:sz w:val="24"/>
                <w:szCs w:val="24"/>
              </w:rPr>
              <w:t>12-6 month call for abstracts</w:t>
            </w:r>
            <w:r w:rsidRPr="00646544">
              <w:rPr>
                <w:rFonts w:asciiTheme="majorHAnsi" w:hAnsiTheme="majorHAnsi" w:cstheme="majorHAnsi"/>
                <w:sz w:val="24"/>
                <w:szCs w:val="24"/>
              </w:rPr>
              <w:t xml:space="preserve"> at planning meeting</w:t>
            </w:r>
            <w:r w:rsidR="00902191" w:rsidRPr="00646544">
              <w:rPr>
                <w:rFonts w:asciiTheme="majorHAnsi" w:hAnsiTheme="majorHAnsi" w:cstheme="majorHAnsi"/>
                <w:sz w:val="24"/>
                <w:szCs w:val="24"/>
              </w:rPr>
              <w:t xml:space="preserve"> on 1/9/26</w:t>
            </w:r>
            <w:r w:rsidRPr="00646544">
              <w:rPr>
                <w:rFonts w:asciiTheme="majorHAnsi" w:hAnsiTheme="majorHAnsi" w:cstheme="majorHAnsi"/>
                <w:sz w:val="24"/>
                <w:szCs w:val="24"/>
              </w:rPr>
              <w:t>.</w:t>
            </w:r>
          </w:p>
        </w:tc>
      </w:tr>
      <w:tr w:rsidR="004856CA" w:rsidRPr="00646544" w14:paraId="7754895B" w14:textId="77777777" w:rsidTr="00B9423A">
        <w:tc>
          <w:tcPr>
            <w:tcW w:w="680" w:type="dxa"/>
          </w:tcPr>
          <w:p w14:paraId="35802A06"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lastRenderedPageBreak/>
              <w:t>10</w:t>
            </w:r>
          </w:p>
        </w:tc>
        <w:tc>
          <w:tcPr>
            <w:tcW w:w="7253" w:type="dxa"/>
          </w:tcPr>
          <w:p w14:paraId="3A888328" w14:textId="77777777" w:rsidR="00902191" w:rsidRPr="00646544" w:rsidRDefault="00000000">
            <w:pPr>
              <w:rPr>
                <w:rFonts w:asciiTheme="majorHAnsi" w:hAnsiTheme="majorHAnsi" w:cstheme="majorHAnsi"/>
                <w:b/>
                <w:bCs/>
                <w:sz w:val="24"/>
                <w:szCs w:val="24"/>
              </w:rPr>
            </w:pPr>
            <w:r w:rsidRPr="00646544">
              <w:rPr>
                <w:rFonts w:asciiTheme="majorHAnsi" w:hAnsiTheme="majorHAnsi" w:cstheme="majorHAnsi"/>
                <w:b/>
                <w:bCs/>
                <w:sz w:val="24"/>
                <w:szCs w:val="24"/>
              </w:rPr>
              <w:t xml:space="preserve">Open Spaces &amp; Regional Engagement. </w:t>
            </w:r>
          </w:p>
          <w:p w14:paraId="4BAA75E4" w14:textId="204F56EB" w:rsidR="00E20CA6" w:rsidRPr="00646544" w:rsidRDefault="00E20CA6" w:rsidP="00E20CA6">
            <w:pPr>
              <w:pStyle w:val="ListParagraph"/>
              <w:numPr>
                <w:ilvl w:val="0"/>
                <w:numId w:val="23"/>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Gallus reported no progress on the Open Space Initiative, need volunteers otherwise implementation falls entirely on Trustees which is unsustainable.</w:t>
            </w:r>
          </w:p>
          <w:p w14:paraId="13076272" w14:textId="1B32BF29" w:rsidR="00E20CA6" w:rsidRPr="00646544" w:rsidRDefault="00E20CA6" w:rsidP="00E20CA6">
            <w:pPr>
              <w:pStyle w:val="ListParagraph"/>
              <w:numPr>
                <w:ilvl w:val="0"/>
                <w:numId w:val="23"/>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Rob noted that the Oceania network meeting already functions as a regional engagement space.</w:t>
            </w:r>
          </w:p>
          <w:p w14:paraId="3809F7EB" w14:textId="3251A817" w:rsidR="00E20CA6" w:rsidRPr="00646544" w:rsidRDefault="00E20CA6" w:rsidP="00E20CA6">
            <w:pPr>
              <w:pStyle w:val="ListParagraph"/>
              <w:numPr>
                <w:ilvl w:val="0"/>
                <w:numId w:val="23"/>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 xml:space="preserve">Kirsten described a Danish national network combining NGOs, researchers, and services focused on relatives in substance use contexts; suggested this could be a starting point for a Scandinavian/German regional network within </w:t>
            </w:r>
            <w:proofErr w:type="spellStart"/>
            <w:r w:rsidRPr="00646544">
              <w:rPr>
                <w:rFonts w:asciiTheme="majorHAnsi" w:eastAsia="Times New Roman" w:hAnsiTheme="majorHAnsi" w:cstheme="majorHAnsi"/>
                <w:color w:val="000000"/>
                <w:sz w:val="24"/>
                <w:szCs w:val="24"/>
                <w:lang w:eastAsia="en-GB"/>
              </w:rPr>
              <w:t>AFINet</w:t>
            </w:r>
            <w:proofErr w:type="spellEnd"/>
            <w:r w:rsidRPr="00646544">
              <w:rPr>
                <w:rFonts w:asciiTheme="majorHAnsi" w:eastAsia="Times New Roman" w:hAnsiTheme="majorHAnsi" w:cstheme="majorHAnsi"/>
                <w:color w:val="000000"/>
                <w:sz w:val="24"/>
                <w:szCs w:val="24"/>
                <w:lang w:eastAsia="en-GB"/>
              </w:rPr>
              <w:t xml:space="preserve">, and that she had already mentioned </w:t>
            </w:r>
            <w:proofErr w:type="spellStart"/>
            <w:r w:rsidRPr="00646544">
              <w:rPr>
                <w:rFonts w:asciiTheme="majorHAnsi" w:eastAsia="Times New Roman" w:hAnsiTheme="majorHAnsi" w:cstheme="majorHAnsi"/>
                <w:color w:val="000000"/>
                <w:sz w:val="24"/>
                <w:szCs w:val="24"/>
                <w:lang w:eastAsia="en-GB"/>
              </w:rPr>
              <w:t>AFINet</w:t>
            </w:r>
            <w:proofErr w:type="spellEnd"/>
            <w:r w:rsidRPr="00646544">
              <w:rPr>
                <w:rFonts w:asciiTheme="majorHAnsi" w:eastAsia="Times New Roman" w:hAnsiTheme="majorHAnsi" w:cstheme="majorHAnsi"/>
                <w:color w:val="000000"/>
                <w:sz w:val="24"/>
                <w:szCs w:val="24"/>
                <w:lang w:eastAsia="en-GB"/>
              </w:rPr>
              <w:t xml:space="preserve"> to this group with positive interest. Those present welcomed the idea.</w:t>
            </w:r>
          </w:p>
          <w:p w14:paraId="4DA4F0F3" w14:textId="1A3E2E0E" w:rsidR="00E20CA6" w:rsidRPr="00646544" w:rsidRDefault="00E20CA6" w:rsidP="00E20CA6">
            <w:pPr>
              <w:pStyle w:val="ListParagraph"/>
              <w:numPr>
                <w:ilvl w:val="0"/>
                <w:numId w:val="23"/>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 xml:space="preserve">Gallus noted </w:t>
            </w:r>
            <w:proofErr w:type="spellStart"/>
            <w:r w:rsidRPr="00646544">
              <w:rPr>
                <w:rFonts w:asciiTheme="majorHAnsi" w:eastAsia="Times New Roman" w:hAnsiTheme="majorHAnsi" w:cstheme="majorHAnsi"/>
                <w:color w:val="000000"/>
                <w:sz w:val="24"/>
                <w:szCs w:val="24"/>
                <w:lang w:eastAsia="en-GB"/>
              </w:rPr>
              <w:t>AFINet</w:t>
            </w:r>
            <w:proofErr w:type="spellEnd"/>
            <w:r w:rsidRPr="00646544">
              <w:rPr>
                <w:rFonts w:asciiTheme="majorHAnsi" w:eastAsia="Times New Roman" w:hAnsiTheme="majorHAnsi" w:cstheme="majorHAnsi"/>
                <w:color w:val="000000"/>
                <w:sz w:val="24"/>
                <w:szCs w:val="24"/>
                <w:lang w:eastAsia="en-GB"/>
              </w:rPr>
              <w:t xml:space="preserve"> can be supportive if members initiate regional networks. Also </w:t>
            </w:r>
            <w:r w:rsidR="00414CE2" w:rsidRPr="00646544">
              <w:rPr>
                <w:rFonts w:asciiTheme="majorHAnsi" w:eastAsia="Times New Roman" w:hAnsiTheme="majorHAnsi" w:cstheme="majorHAnsi"/>
                <w:color w:val="000000"/>
                <w:sz w:val="24"/>
                <w:szCs w:val="24"/>
                <w:lang w:eastAsia="en-GB"/>
              </w:rPr>
              <w:t>suggested</w:t>
            </w:r>
            <w:r w:rsidRPr="00646544">
              <w:rPr>
                <w:rFonts w:asciiTheme="majorHAnsi" w:eastAsia="Times New Roman" w:hAnsiTheme="majorHAnsi" w:cstheme="majorHAnsi"/>
                <w:color w:val="000000"/>
                <w:sz w:val="24"/>
                <w:szCs w:val="24"/>
                <w:lang w:eastAsia="en-GB"/>
              </w:rPr>
              <w:t xml:space="preserve"> using conferences to actively encourage building </w:t>
            </w:r>
            <w:r w:rsidR="00161E4D" w:rsidRPr="00646544">
              <w:rPr>
                <w:rFonts w:asciiTheme="majorHAnsi" w:eastAsia="Times New Roman" w:hAnsiTheme="majorHAnsi" w:cstheme="majorHAnsi"/>
                <w:color w:val="000000"/>
                <w:sz w:val="24"/>
                <w:szCs w:val="24"/>
                <w:lang w:eastAsia="en-GB"/>
              </w:rPr>
              <w:t>such</w:t>
            </w:r>
            <w:r w:rsidR="00414CE2" w:rsidRPr="00646544">
              <w:rPr>
                <w:rFonts w:asciiTheme="majorHAnsi" w:eastAsia="Times New Roman" w:hAnsiTheme="majorHAnsi" w:cstheme="majorHAnsi"/>
                <w:color w:val="000000"/>
                <w:sz w:val="24"/>
                <w:szCs w:val="24"/>
                <w:lang w:eastAsia="en-GB"/>
              </w:rPr>
              <w:t xml:space="preserve"> </w:t>
            </w:r>
            <w:r w:rsidRPr="00646544">
              <w:rPr>
                <w:rFonts w:asciiTheme="majorHAnsi" w:eastAsia="Times New Roman" w:hAnsiTheme="majorHAnsi" w:cstheme="majorHAnsi"/>
                <w:color w:val="000000"/>
                <w:sz w:val="24"/>
                <w:szCs w:val="24"/>
                <w:lang w:eastAsia="en-GB"/>
              </w:rPr>
              <w:t>networks.</w:t>
            </w:r>
          </w:p>
          <w:p w14:paraId="10D8F8BB" w14:textId="4B05CB31" w:rsidR="004856CA" w:rsidRPr="00646544" w:rsidRDefault="004856CA">
            <w:pPr>
              <w:rPr>
                <w:rFonts w:asciiTheme="majorHAnsi" w:hAnsiTheme="majorHAnsi" w:cstheme="majorHAnsi"/>
                <w:sz w:val="24"/>
                <w:szCs w:val="24"/>
              </w:rPr>
            </w:pPr>
          </w:p>
        </w:tc>
        <w:tc>
          <w:tcPr>
            <w:tcW w:w="1985" w:type="dxa"/>
          </w:tcPr>
          <w:p w14:paraId="6ECADB86" w14:textId="0CF3A9BC"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Kirsten to explore Scandinavian/German network</w:t>
            </w:r>
            <w:r w:rsidR="00E20CA6" w:rsidRPr="00646544">
              <w:rPr>
                <w:rFonts w:asciiTheme="majorHAnsi" w:hAnsiTheme="majorHAnsi" w:cstheme="majorHAnsi"/>
                <w:sz w:val="24"/>
                <w:szCs w:val="24"/>
              </w:rPr>
              <w:t xml:space="preserve"> becoming a regional network group of </w:t>
            </w:r>
            <w:proofErr w:type="spellStart"/>
            <w:r w:rsidR="00E20CA6" w:rsidRPr="00646544">
              <w:rPr>
                <w:rFonts w:asciiTheme="majorHAnsi" w:hAnsiTheme="majorHAnsi" w:cstheme="majorHAnsi"/>
                <w:sz w:val="24"/>
                <w:szCs w:val="24"/>
              </w:rPr>
              <w:t>AFINet</w:t>
            </w:r>
            <w:proofErr w:type="spellEnd"/>
            <w:r w:rsidRPr="00646544">
              <w:rPr>
                <w:rFonts w:asciiTheme="majorHAnsi" w:hAnsiTheme="majorHAnsi" w:cstheme="majorHAnsi"/>
                <w:sz w:val="24"/>
                <w:szCs w:val="24"/>
              </w:rPr>
              <w:t>.</w:t>
            </w:r>
          </w:p>
        </w:tc>
      </w:tr>
      <w:tr w:rsidR="004856CA" w:rsidRPr="00646544" w14:paraId="7EC6FD23" w14:textId="77777777" w:rsidTr="00B9423A">
        <w:tc>
          <w:tcPr>
            <w:tcW w:w="680" w:type="dxa"/>
          </w:tcPr>
          <w:p w14:paraId="012654A2"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11</w:t>
            </w:r>
          </w:p>
        </w:tc>
        <w:tc>
          <w:tcPr>
            <w:tcW w:w="7253" w:type="dxa"/>
          </w:tcPr>
          <w:p w14:paraId="7994FD52" w14:textId="77777777" w:rsidR="00414CE2" w:rsidRPr="00646544" w:rsidRDefault="00000000">
            <w:pPr>
              <w:rPr>
                <w:rFonts w:asciiTheme="majorHAnsi" w:hAnsiTheme="majorHAnsi" w:cstheme="majorHAnsi"/>
                <w:sz w:val="24"/>
                <w:szCs w:val="24"/>
              </w:rPr>
            </w:pPr>
            <w:r w:rsidRPr="00646544">
              <w:rPr>
                <w:rFonts w:asciiTheme="majorHAnsi" w:hAnsiTheme="majorHAnsi" w:cstheme="majorHAnsi"/>
                <w:b/>
                <w:bCs/>
                <w:sz w:val="24"/>
                <w:szCs w:val="24"/>
              </w:rPr>
              <w:t>Treasurer Succession Planning.</w:t>
            </w:r>
            <w:r w:rsidRPr="00646544">
              <w:rPr>
                <w:rFonts w:asciiTheme="majorHAnsi" w:hAnsiTheme="majorHAnsi" w:cstheme="majorHAnsi"/>
                <w:sz w:val="24"/>
                <w:szCs w:val="24"/>
              </w:rPr>
              <w:t xml:space="preserve"> </w:t>
            </w:r>
          </w:p>
          <w:p w14:paraId="685D55CD" w14:textId="16C0D390" w:rsidR="00B9423A" w:rsidRPr="00B9423A" w:rsidRDefault="00414CE2" w:rsidP="00414CE2">
            <w:pPr>
              <w:pStyle w:val="ListParagraph"/>
              <w:numPr>
                <w:ilvl w:val="0"/>
                <w:numId w:val="25"/>
              </w:numPr>
              <w:rPr>
                <w:rFonts w:asciiTheme="majorHAnsi" w:eastAsia="Times New Roman" w:hAnsiTheme="majorHAnsi" w:cstheme="majorHAnsi"/>
                <w:color w:val="000000"/>
                <w:sz w:val="24"/>
                <w:szCs w:val="24"/>
                <w:lang w:eastAsia="en-GB"/>
              </w:rPr>
            </w:pPr>
            <w:r w:rsidRPr="00B9423A">
              <w:rPr>
                <w:rFonts w:asciiTheme="majorHAnsi" w:hAnsiTheme="majorHAnsi" w:cstheme="majorHAnsi"/>
                <w:sz w:val="24"/>
                <w:szCs w:val="24"/>
              </w:rPr>
              <w:t xml:space="preserve">Gallus reported that Richard has </w:t>
            </w:r>
            <w:r w:rsidR="00B9423A" w:rsidRPr="00B9423A">
              <w:rPr>
                <w:rFonts w:asciiTheme="majorHAnsi" w:hAnsiTheme="majorHAnsi" w:cstheme="majorHAnsi"/>
                <w:sz w:val="24"/>
                <w:szCs w:val="24"/>
              </w:rPr>
              <w:t>signaled</w:t>
            </w:r>
            <w:r w:rsidRPr="00B9423A">
              <w:rPr>
                <w:rFonts w:asciiTheme="majorHAnsi" w:hAnsiTheme="majorHAnsi" w:cstheme="majorHAnsi"/>
                <w:sz w:val="24"/>
                <w:szCs w:val="24"/>
              </w:rPr>
              <w:t xml:space="preserve"> he will step back </w:t>
            </w:r>
            <w:r w:rsidR="00B9423A" w:rsidRPr="00B9423A">
              <w:rPr>
                <w:rFonts w:asciiTheme="majorHAnsi" w:hAnsiTheme="majorHAnsi" w:cstheme="majorHAnsi"/>
                <w:sz w:val="24"/>
                <w:szCs w:val="24"/>
              </w:rPr>
              <w:t xml:space="preserve">from the treasurer’s role </w:t>
            </w:r>
            <w:r w:rsidRPr="00B9423A">
              <w:rPr>
                <w:rFonts w:asciiTheme="majorHAnsi" w:hAnsiTheme="majorHAnsi" w:cstheme="majorHAnsi"/>
                <w:sz w:val="24"/>
                <w:szCs w:val="24"/>
              </w:rPr>
              <w:t xml:space="preserve">and therefore </w:t>
            </w:r>
            <w:proofErr w:type="spellStart"/>
            <w:r w:rsidRPr="00B9423A">
              <w:rPr>
                <w:rFonts w:asciiTheme="majorHAnsi" w:hAnsiTheme="majorHAnsi" w:cstheme="majorHAnsi"/>
                <w:sz w:val="24"/>
                <w:szCs w:val="24"/>
              </w:rPr>
              <w:t>AFINet</w:t>
            </w:r>
            <w:proofErr w:type="spellEnd"/>
            <w:r w:rsidRPr="00B9423A">
              <w:rPr>
                <w:rFonts w:asciiTheme="majorHAnsi" w:hAnsiTheme="majorHAnsi" w:cstheme="majorHAnsi"/>
                <w:sz w:val="24"/>
                <w:szCs w:val="24"/>
              </w:rPr>
              <w:t xml:space="preserve"> will need a successor</w:t>
            </w:r>
            <w:r w:rsidR="00B9423A">
              <w:rPr>
                <w:rFonts w:asciiTheme="majorHAnsi" w:hAnsiTheme="majorHAnsi" w:cstheme="majorHAnsi"/>
                <w:sz w:val="24"/>
                <w:szCs w:val="24"/>
              </w:rPr>
              <w:t>.</w:t>
            </w:r>
          </w:p>
          <w:p w14:paraId="41307AFE" w14:textId="606A481C" w:rsidR="00414CE2" w:rsidRPr="00B9423A" w:rsidRDefault="00414CE2" w:rsidP="00414CE2">
            <w:pPr>
              <w:pStyle w:val="ListParagraph"/>
              <w:numPr>
                <w:ilvl w:val="0"/>
                <w:numId w:val="25"/>
              </w:numPr>
              <w:rPr>
                <w:rFonts w:asciiTheme="majorHAnsi" w:eastAsia="Times New Roman" w:hAnsiTheme="majorHAnsi" w:cstheme="majorHAnsi"/>
                <w:color w:val="000000"/>
                <w:sz w:val="24"/>
                <w:szCs w:val="24"/>
                <w:lang w:eastAsia="en-GB"/>
              </w:rPr>
            </w:pPr>
            <w:r w:rsidRPr="00B9423A">
              <w:rPr>
                <w:rFonts w:asciiTheme="majorHAnsi" w:eastAsia="Times New Roman" w:hAnsiTheme="majorHAnsi" w:cstheme="majorHAnsi"/>
                <w:color w:val="000000"/>
                <w:sz w:val="24"/>
                <w:szCs w:val="24"/>
                <w:lang w:eastAsia="en-GB"/>
              </w:rPr>
              <w:t>Noted the bank account is in the UK, making a UK-based successor preferable but not essential. Richard will provide guidance and handover support.</w:t>
            </w:r>
          </w:p>
          <w:p w14:paraId="355C86E1" w14:textId="39B226EB" w:rsidR="00414CE2" w:rsidRPr="00646544" w:rsidRDefault="00414CE2" w:rsidP="00414CE2">
            <w:pPr>
              <w:pStyle w:val="ListParagraph"/>
              <w:numPr>
                <w:ilvl w:val="0"/>
                <w:numId w:val="25"/>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 xml:space="preserve">Julie and Gallus to </w:t>
            </w:r>
            <w:r w:rsidR="00B9423A" w:rsidRPr="00646544">
              <w:rPr>
                <w:rFonts w:asciiTheme="majorHAnsi" w:eastAsia="Times New Roman" w:hAnsiTheme="majorHAnsi" w:cstheme="majorHAnsi"/>
                <w:color w:val="000000"/>
                <w:sz w:val="24"/>
                <w:szCs w:val="24"/>
                <w:lang w:eastAsia="en-GB"/>
              </w:rPr>
              <w:t>consult and</w:t>
            </w:r>
            <w:r w:rsidRPr="00646544">
              <w:rPr>
                <w:rFonts w:asciiTheme="majorHAnsi" w:eastAsia="Times New Roman" w:hAnsiTheme="majorHAnsi" w:cstheme="majorHAnsi"/>
                <w:color w:val="000000"/>
                <w:sz w:val="24"/>
                <w:szCs w:val="24"/>
                <w:lang w:eastAsia="en-GB"/>
              </w:rPr>
              <w:t xml:space="preserve"> write to Trustees to seek interest in Treasurer role and general trustee engagement.</w:t>
            </w:r>
          </w:p>
          <w:p w14:paraId="39AF3876" w14:textId="77777777" w:rsidR="00414CE2" w:rsidRPr="00646544" w:rsidRDefault="00414CE2" w:rsidP="00414CE2">
            <w:pPr>
              <w:pStyle w:val="ListParagraph"/>
              <w:numPr>
                <w:ilvl w:val="0"/>
                <w:numId w:val="25"/>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If no suitable candidate is found among trustees, a broader call will be considered.</w:t>
            </w:r>
          </w:p>
          <w:p w14:paraId="368985F9" w14:textId="50DDBA48" w:rsidR="004856CA" w:rsidRPr="00646544" w:rsidRDefault="004856CA">
            <w:pPr>
              <w:rPr>
                <w:rFonts w:asciiTheme="majorHAnsi" w:hAnsiTheme="majorHAnsi" w:cstheme="majorHAnsi"/>
                <w:sz w:val="24"/>
                <w:szCs w:val="24"/>
              </w:rPr>
            </w:pPr>
          </w:p>
        </w:tc>
        <w:tc>
          <w:tcPr>
            <w:tcW w:w="1985" w:type="dxa"/>
          </w:tcPr>
          <w:p w14:paraId="54E560FF"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Julie and Gallus to canvass trustees.</w:t>
            </w:r>
          </w:p>
        </w:tc>
      </w:tr>
      <w:tr w:rsidR="004856CA" w:rsidRPr="00646544" w14:paraId="36344F8D" w14:textId="77777777" w:rsidTr="00B9423A">
        <w:tc>
          <w:tcPr>
            <w:tcW w:w="680" w:type="dxa"/>
          </w:tcPr>
          <w:p w14:paraId="32EA1423"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lastRenderedPageBreak/>
              <w:t>12</w:t>
            </w:r>
          </w:p>
        </w:tc>
        <w:tc>
          <w:tcPr>
            <w:tcW w:w="7253" w:type="dxa"/>
          </w:tcPr>
          <w:p w14:paraId="1E000B6A" w14:textId="77777777" w:rsidR="00414CE2" w:rsidRPr="00646544" w:rsidRDefault="00000000">
            <w:pPr>
              <w:rPr>
                <w:rFonts w:asciiTheme="majorHAnsi" w:hAnsiTheme="majorHAnsi" w:cstheme="majorHAnsi"/>
                <w:sz w:val="24"/>
                <w:szCs w:val="24"/>
              </w:rPr>
            </w:pPr>
            <w:r w:rsidRPr="00646544">
              <w:rPr>
                <w:rFonts w:asciiTheme="majorHAnsi" w:hAnsiTheme="majorHAnsi" w:cstheme="majorHAnsi"/>
                <w:b/>
                <w:bCs/>
                <w:sz w:val="24"/>
                <w:szCs w:val="24"/>
              </w:rPr>
              <w:t>Honorary President Role</w:t>
            </w:r>
            <w:r w:rsidRPr="00646544">
              <w:rPr>
                <w:rFonts w:asciiTheme="majorHAnsi" w:hAnsiTheme="majorHAnsi" w:cstheme="majorHAnsi"/>
                <w:sz w:val="24"/>
                <w:szCs w:val="24"/>
              </w:rPr>
              <w:t xml:space="preserve">. </w:t>
            </w:r>
          </w:p>
          <w:p w14:paraId="15664568" w14:textId="77777777" w:rsidR="004856CA" w:rsidRPr="00646544" w:rsidRDefault="00000000" w:rsidP="006E3037">
            <w:pPr>
              <w:pStyle w:val="ListParagraph"/>
              <w:numPr>
                <w:ilvl w:val="0"/>
                <w:numId w:val="29"/>
              </w:numPr>
              <w:rPr>
                <w:rFonts w:asciiTheme="majorHAnsi" w:hAnsiTheme="majorHAnsi" w:cstheme="majorHAnsi"/>
                <w:sz w:val="24"/>
                <w:szCs w:val="24"/>
              </w:rPr>
            </w:pPr>
            <w:r w:rsidRPr="00646544">
              <w:rPr>
                <w:rFonts w:asciiTheme="majorHAnsi" w:hAnsiTheme="majorHAnsi" w:cstheme="majorHAnsi"/>
                <w:sz w:val="24"/>
                <w:szCs w:val="24"/>
              </w:rPr>
              <w:t>Constitutional amendment supported.</w:t>
            </w:r>
          </w:p>
          <w:p w14:paraId="6EB32B38" w14:textId="50AFD591" w:rsidR="006E3037" w:rsidRPr="00646544" w:rsidRDefault="006E3037" w:rsidP="006E3037">
            <w:pPr>
              <w:pStyle w:val="ListParagraph"/>
              <w:numPr>
                <w:ilvl w:val="0"/>
                <w:numId w:val="29"/>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 xml:space="preserve">Gallus </w:t>
            </w:r>
            <w:proofErr w:type="spellStart"/>
            <w:r w:rsidRPr="00646544">
              <w:rPr>
                <w:rFonts w:asciiTheme="majorHAnsi" w:eastAsia="Times New Roman" w:hAnsiTheme="majorHAnsi" w:cstheme="majorHAnsi"/>
                <w:color w:val="000000"/>
                <w:sz w:val="24"/>
                <w:szCs w:val="24"/>
                <w:lang w:eastAsia="en-GB"/>
              </w:rPr>
              <w:t>summarised</w:t>
            </w:r>
            <w:proofErr w:type="spellEnd"/>
            <w:r w:rsidRPr="00646544">
              <w:rPr>
                <w:rFonts w:asciiTheme="majorHAnsi" w:eastAsia="Times New Roman" w:hAnsiTheme="majorHAnsi" w:cstheme="majorHAnsi"/>
                <w:color w:val="000000"/>
                <w:sz w:val="24"/>
                <w:szCs w:val="24"/>
                <w:lang w:eastAsia="en-GB"/>
              </w:rPr>
              <w:t xml:space="preserve"> the proposed constitutional change to introduce the role of Honorary President, with Jim Orford proposed for the position (</w:t>
            </w:r>
            <w:r w:rsidR="00B9423A">
              <w:rPr>
                <w:rFonts w:asciiTheme="majorHAnsi" w:eastAsia="Times New Roman" w:hAnsiTheme="majorHAnsi" w:cstheme="majorHAnsi"/>
                <w:color w:val="000000"/>
                <w:sz w:val="24"/>
                <w:szCs w:val="24"/>
                <w:lang w:eastAsia="en-GB"/>
              </w:rPr>
              <w:t>Jim</w:t>
            </w:r>
            <w:r w:rsidRPr="00646544">
              <w:rPr>
                <w:rFonts w:asciiTheme="majorHAnsi" w:eastAsia="Times New Roman" w:hAnsiTheme="majorHAnsi" w:cstheme="majorHAnsi"/>
                <w:color w:val="000000"/>
                <w:sz w:val="24"/>
                <w:szCs w:val="24"/>
                <w:lang w:eastAsia="en-GB"/>
              </w:rPr>
              <w:t xml:space="preserve"> has agreed in principle).</w:t>
            </w:r>
          </w:p>
          <w:p w14:paraId="6A8DF1C9" w14:textId="04485F14" w:rsidR="006E3037" w:rsidRPr="00646544" w:rsidRDefault="006E3037" w:rsidP="006E3037">
            <w:pPr>
              <w:pStyle w:val="ListParagraph"/>
              <w:numPr>
                <w:ilvl w:val="0"/>
                <w:numId w:val="29"/>
              </w:numPr>
              <w:rPr>
                <w:rFonts w:asciiTheme="majorHAnsi" w:eastAsia="Times New Roman" w:hAnsiTheme="majorHAnsi" w:cstheme="majorHAnsi"/>
                <w:color w:val="000000"/>
                <w:sz w:val="24"/>
                <w:szCs w:val="24"/>
                <w:lang w:eastAsia="en-GB"/>
              </w:rPr>
            </w:pPr>
            <w:r w:rsidRPr="00646544">
              <w:rPr>
                <w:rFonts w:asciiTheme="majorHAnsi" w:eastAsia="Times New Roman" w:hAnsiTheme="majorHAnsi" w:cstheme="majorHAnsi"/>
                <w:color w:val="000000"/>
                <w:sz w:val="24"/>
                <w:szCs w:val="24"/>
                <w:lang w:eastAsia="en-GB"/>
              </w:rPr>
              <w:t xml:space="preserve">Julie to prepare and send the constitutional amendment notification to all members at least 30 days before the AGM, along with the agenda. </w:t>
            </w:r>
          </w:p>
          <w:p w14:paraId="59135642" w14:textId="5E05C268" w:rsidR="006E3037" w:rsidRPr="00646544" w:rsidRDefault="006E3037">
            <w:pPr>
              <w:rPr>
                <w:rFonts w:asciiTheme="majorHAnsi" w:hAnsiTheme="majorHAnsi" w:cstheme="majorHAnsi"/>
                <w:sz w:val="24"/>
                <w:szCs w:val="24"/>
              </w:rPr>
            </w:pPr>
          </w:p>
        </w:tc>
        <w:tc>
          <w:tcPr>
            <w:tcW w:w="1985" w:type="dxa"/>
          </w:tcPr>
          <w:p w14:paraId="55E1101F"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Julie to circulate AGM notice and amendment.</w:t>
            </w:r>
          </w:p>
        </w:tc>
      </w:tr>
      <w:tr w:rsidR="004856CA" w:rsidRPr="00646544" w14:paraId="74E16523" w14:textId="77777777" w:rsidTr="00B9423A">
        <w:tc>
          <w:tcPr>
            <w:tcW w:w="680" w:type="dxa"/>
          </w:tcPr>
          <w:p w14:paraId="0FDCA958"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13</w:t>
            </w:r>
          </w:p>
        </w:tc>
        <w:tc>
          <w:tcPr>
            <w:tcW w:w="7253" w:type="dxa"/>
          </w:tcPr>
          <w:p w14:paraId="7F02886B" w14:textId="77777777" w:rsidR="00414CE2" w:rsidRPr="00646544" w:rsidRDefault="00000000">
            <w:pPr>
              <w:rPr>
                <w:rFonts w:asciiTheme="majorHAnsi" w:hAnsiTheme="majorHAnsi" w:cstheme="majorHAnsi"/>
                <w:sz w:val="24"/>
                <w:szCs w:val="24"/>
              </w:rPr>
            </w:pPr>
            <w:r w:rsidRPr="00646544">
              <w:rPr>
                <w:rFonts w:asciiTheme="majorHAnsi" w:hAnsiTheme="majorHAnsi" w:cstheme="majorHAnsi"/>
                <w:b/>
                <w:bCs/>
                <w:sz w:val="24"/>
                <w:szCs w:val="24"/>
              </w:rPr>
              <w:t>Other Business.</w:t>
            </w:r>
            <w:r w:rsidRPr="00646544">
              <w:rPr>
                <w:rFonts w:asciiTheme="majorHAnsi" w:hAnsiTheme="majorHAnsi" w:cstheme="majorHAnsi"/>
                <w:sz w:val="24"/>
                <w:szCs w:val="24"/>
              </w:rPr>
              <w:t xml:space="preserve"> </w:t>
            </w:r>
          </w:p>
          <w:p w14:paraId="318B265A" w14:textId="69919FF0" w:rsidR="006E3037" w:rsidRPr="00646544" w:rsidRDefault="006E3037" w:rsidP="006E3037">
            <w:pPr>
              <w:pStyle w:val="ListParagraph"/>
              <w:numPr>
                <w:ilvl w:val="0"/>
                <w:numId w:val="30"/>
              </w:numPr>
              <w:rPr>
                <w:rFonts w:asciiTheme="majorHAnsi" w:hAnsiTheme="majorHAnsi" w:cstheme="majorHAnsi"/>
                <w:sz w:val="24"/>
                <w:szCs w:val="24"/>
              </w:rPr>
            </w:pPr>
            <w:r w:rsidRPr="00646544">
              <w:rPr>
                <w:rFonts w:asciiTheme="majorHAnsi" w:hAnsiTheme="majorHAnsi" w:cstheme="majorHAnsi"/>
                <w:sz w:val="24"/>
                <w:szCs w:val="24"/>
              </w:rPr>
              <w:t xml:space="preserve">Gallus </w:t>
            </w:r>
            <w:r w:rsidR="00B9423A">
              <w:rPr>
                <w:rFonts w:asciiTheme="majorHAnsi" w:hAnsiTheme="majorHAnsi" w:cstheme="majorHAnsi"/>
                <w:sz w:val="24"/>
                <w:szCs w:val="24"/>
              </w:rPr>
              <w:t>formally</w:t>
            </w:r>
            <w:r w:rsidRPr="00646544">
              <w:rPr>
                <w:rFonts w:asciiTheme="majorHAnsi" w:hAnsiTheme="majorHAnsi" w:cstheme="majorHAnsi"/>
                <w:sz w:val="24"/>
                <w:szCs w:val="24"/>
              </w:rPr>
              <w:t xml:space="preserve"> co-opted Kirsten as a </w:t>
            </w:r>
            <w:r w:rsidR="00B9423A">
              <w:rPr>
                <w:rFonts w:asciiTheme="majorHAnsi" w:hAnsiTheme="majorHAnsi" w:cstheme="majorHAnsi"/>
                <w:sz w:val="24"/>
                <w:szCs w:val="24"/>
              </w:rPr>
              <w:t>T</w:t>
            </w:r>
            <w:r w:rsidRPr="00646544">
              <w:rPr>
                <w:rFonts w:asciiTheme="majorHAnsi" w:hAnsiTheme="majorHAnsi" w:cstheme="majorHAnsi"/>
                <w:sz w:val="24"/>
                <w:szCs w:val="24"/>
              </w:rPr>
              <w:t xml:space="preserve">rustee </w:t>
            </w:r>
            <w:r w:rsidR="00B9423A">
              <w:rPr>
                <w:rFonts w:asciiTheme="majorHAnsi" w:hAnsiTheme="majorHAnsi" w:cstheme="majorHAnsi"/>
                <w:sz w:val="24"/>
                <w:szCs w:val="24"/>
              </w:rPr>
              <w:t xml:space="preserve">to take effect </w:t>
            </w:r>
            <w:r w:rsidRPr="00646544">
              <w:rPr>
                <w:rFonts w:asciiTheme="majorHAnsi" w:hAnsiTheme="majorHAnsi" w:cstheme="majorHAnsi"/>
                <w:sz w:val="24"/>
                <w:szCs w:val="24"/>
              </w:rPr>
              <w:t>immediately given Joel’s formal resignation last meeting.  Agreed. To be further confirmed at the AGM.</w:t>
            </w:r>
          </w:p>
          <w:p w14:paraId="1F5955A2" w14:textId="69ACF9EB" w:rsidR="004856CA" w:rsidRPr="00646544" w:rsidRDefault="006E3037" w:rsidP="006E3037">
            <w:pPr>
              <w:pStyle w:val="ListParagraph"/>
              <w:numPr>
                <w:ilvl w:val="0"/>
                <w:numId w:val="30"/>
              </w:numPr>
              <w:rPr>
                <w:rFonts w:asciiTheme="majorHAnsi" w:hAnsiTheme="majorHAnsi" w:cstheme="majorHAnsi"/>
                <w:sz w:val="24"/>
                <w:szCs w:val="24"/>
              </w:rPr>
            </w:pPr>
            <w:r w:rsidRPr="00646544">
              <w:rPr>
                <w:rFonts w:asciiTheme="majorHAnsi" w:hAnsiTheme="majorHAnsi" w:cstheme="majorHAnsi"/>
                <w:sz w:val="24"/>
                <w:szCs w:val="24"/>
              </w:rPr>
              <w:t xml:space="preserve">Given Trustees are elected for a </w:t>
            </w:r>
            <w:proofErr w:type="gramStart"/>
            <w:r w:rsidRPr="00646544">
              <w:rPr>
                <w:rFonts w:asciiTheme="majorHAnsi" w:hAnsiTheme="majorHAnsi" w:cstheme="majorHAnsi"/>
                <w:sz w:val="24"/>
                <w:szCs w:val="24"/>
              </w:rPr>
              <w:t>two year</w:t>
            </w:r>
            <w:proofErr w:type="gramEnd"/>
            <w:r w:rsidRPr="00646544">
              <w:rPr>
                <w:rFonts w:asciiTheme="majorHAnsi" w:hAnsiTheme="majorHAnsi" w:cstheme="majorHAnsi"/>
                <w:sz w:val="24"/>
                <w:szCs w:val="24"/>
              </w:rPr>
              <w:t xml:space="preserve"> term, </w:t>
            </w:r>
            <w:r w:rsidR="00B9423A">
              <w:rPr>
                <w:rFonts w:asciiTheme="majorHAnsi" w:hAnsiTheme="majorHAnsi" w:cstheme="majorHAnsi"/>
                <w:sz w:val="24"/>
                <w:szCs w:val="24"/>
              </w:rPr>
              <w:t>those T</w:t>
            </w:r>
            <w:r w:rsidRPr="00646544">
              <w:rPr>
                <w:rFonts w:asciiTheme="majorHAnsi" w:hAnsiTheme="majorHAnsi" w:cstheme="majorHAnsi"/>
                <w:sz w:val="24"/>
                <w:szCs w:val="24"/>
              </w:rPr>
              <w:t xml:space="preserve">rustees standing for re-election should state their intended contributions over the </w:t>
            </w:r>
            <w:proofErr w:type="gramStart"/>
            <w:r w:rsidRPr="00646544">
              <w:rPr>
                <w:rFonts w:asciiTheme="majorHAnsi" w:hAnsiTheme="majorHAnsi" w:cstheme="majorHAnsi"/>
                <w:sz w:val="24"/>
                <w:szCs w:val="24"/>
              </w:rPr>
              <w:t>two year</w:t>
            </w:r>
            <w:proofErr w:type="gramEnd"/>
            <w:r w:rsidRPr="00646544">
              <w:rPr>
                <w:rFonts w:asciiTheme="majorHAnsi" w:hAnsiTheme="majorHAnsi" w:cstheme="majorHAnsi"/>
                <w:sz w:val="24"/>
                <w:szCs w:val="24"/>
              </w:rPr>
              <w:t xml:space="preserve"> period.</w:t>
            </w:r>
          </w:p>
        </w:tc>
        <w:tc>
          <w:tcPr>
            <w:tcW w:w="1985" w:type="dxa"/>
          </w:tcPr>
          <w:p w14:paraId="4136F853"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Confirm at next AGM.</w:t>
            </w:r>
          </w:p>
        </w:tc>
      </w:tr>
      <w:tr w:rsidR="004856CA" w:rsidRPr="00646544" w14:paraId="5FE5D690" w14:textId="77777777" w:rsidTr="00B9423A">
        <w:tc>
          <w:tcPr>
            <w:tcW w:w="680" w:type="dxa"/>
          </w:tcPr>
          <w:p w14:paraId="05F1D984" w14:textId="77777777" w:rsidR="004856CA" w:rsidRPr="00646544" w:rsidRDefault="00000000">
            <w:pPr>
              <w:rPr>
                <w:rFonts w:asciiTheme="majorHAnsi" w:hAnsiTheme="majorHAnsi" w:cstheme="majorHAnsi"/>
                <w:sz w:val="24"/>
                <w:szCs w:val="24"/>
              </w:rPr>
            </w:pPr>
            <w:r w:rsidRPr="00646544">
              <w:rPr>
                <w:rFonts w:asciiTheme="majorHAnsi" w:hAnsiTheme="majorHAnsi" w:cstheme="majorHAnsi"/>
                <w:sz w:val="24"/>
                <w:szCs w:val="24"/>
              </w:rPr>
              <w:t>14</w:t>
            </w:r>
          </w:p>
        </w:tc>
        <w:tc>
          <w:tcPr>
            <w:tcW w:w="7253" w:type="dxa"/>
          </w:tcPr>
          <w:p w14:paraId="37B60878" w14:textId="77777777" w:rsidR="00646544" w:rsidRPr="00646544" w:rsidRDefault="006E3037" w:rsidP="006E3037">
            <w:pPr>
              <w:rPr>
                <w:rFonts w:asciiTheme="majorHAnsi" w:hAnsiTheme="majorHAnsi" w:cstheme="majorHAnsi"/>
                <w:color w:val="000000" w:themeColor="text1"/>
                <w:sz w:val="24"/>
                <w:szCs w:val="24"/>
                <w:highlight w:val="yellow"/>
              </w:rPr>
            </w:pPr>
            <w:r w:rsidRPr="00646544">
              <w:rPr>
                <w:rFonts w:asciiTheme="majorHAnsi" w:hAnsiTheme="majorHAnsi" w:cstheme="majorHAnsi"/>
                <w:color w:val="000000" w:themeColor="text1"/>
                <w:sz w:val="24"/>
                <w:szCs w:val="24"/>
                <w:highlight w:val="yellow"/>
              </w:rPr>
              <w:t xml:space="preserve">FOR YOUR DIARY </w:t>
            </w:r>
          </w:p>
          <w:p w14:paraId="0AAF96DB" w14:textId="57DC40FD" w:rsidR="006E3037" w:rsidRPr="00646544" w:rsidRDefault="006E3037" w:rsidP="006E3037">
            <w:pPr>
              <w:rPr>
                <w:rFonts w:asciiTheme="majorHAnsi" w:hAnsiTheme="majorHAnsi" w:cstheme="majorHAnsi"/>
                <w:color w:val="000000" w:themeColor="text1"/>
                <w:sz w:val="24"/>
                <w:szCs w:val="24"/>
              </w:rPr>
            </w:pPr>
            <w:r w:rsidRPr="00646544">
              <w:rPr>
                <w:rFonts w:asciiTheme="majorHAnsi" w:hAnsiTheme="majorHAnsi" w:cstheme="majorHAnsi"/>
                <w:color w:val="000000" w:themeColor="text1"/>
                <w:sz w:val="24"/>
                <w:szCs w:val="24"/>
                <w:highlight w:val="yellow"/>
              </w:rPr>
              <w:t>FUTURE TRUSTEE MEETINGS DATES AND TIMES</w:t>
            </w:r>
            <w:r w:rsidRPr="00646544">
              <w:rPr>
                <w:rFonts w:asciiTheme="majorHAnsi" w:hAnsiTheme="majorHAnsi" w:cstheme="majorHAnsi"/>
                <w:color w:val="000000" w:themeColor="text1"/>
                <w:sz w:val="24"/>
                <w:szCs w:val="24"/>
              </w:rPr>
              <w:t xml:space="preserve"> </w:t>
            </w:r>
            <w:hyperlink r:id="rId6" w:history="1">
              <w:r w:rsidRPr="00646544">
                <w:rPr>
                  <w:rStyle w:val="Hyperlink"/>
                  <w:rFonts w:asciiTheme="majorHAnsi" w:hAnsiTheme="majorHAnsi" w:cstheme="majorHAnsi"/>
                  <w:sz w:val="24"/>
                  <w:szCs w:val="24"/>
                </w:rPr>
                <w:t>https://www.worldtimebuddy.com</w:t>
              </w:r>
            </w:hyperlink>
          </w:p>
          <w:p w14:paraId="682F515C" w14:textId="77777777" w:rsidR="006E3037" w:rsidRPr="00646544" w:rsidRDefault="006E3037" w:rsidP="006E3037">
            <w:pPr>
              <w:rPr>
                <w:rFonts w:asciiTheme="majorHAnsi" w:hAnsiTheme="majorHAnsi" w:cstheme="majorHAnsi"/>
                <w:color w:val="000000" w:themeColor="text1"/>
                <w:sz w:val="24"/>
                <w:szCs w:val="24"/>
              </w:rPr>
            </w:pPr>
            <w:r w:rsidRPr="00646544">
              <w:rPr>
                <w:rFonts w:asciiTheme="majorHAnsi" w:hAnsiTheme="majorHAnsi" w:cstheme="majorHAnsi"/>
                <w:color w:val="000000" w:themeColor="text1"/>
                <w:sz w:val="24"/>
                <w:szCs w:val="24"/>
              </w:rPr>
              <w:t>10 September 2026:  12 noon UK</w:t>
            </w:r>
          </w:p>
          <w:p w14:paraId="26E2883C" w14:textId="78A2DC21" w:rsidR="006E3037" w:rsidRPr="00646544" w:rsidRDefault="006E3037" w:rsidP="006E3037">
            <w:pPr>
              <w:rPr>
                <w:rFonts w:asciiTheme="majorHAnsi" w:hAnsiTheme="majorHAnsi" w:cstheme="majorHAnsi"/>
                <w:color w:val="000000" w:themeColor="text1"/>
                <w:sz w:val="24"/>
                <w:szCs w:val="24"/>
              </w:rPr>
            </w:pPr>
            <w:r w:rsidRPr="00646544">
              <w:rPr>
                <w:rFonts w:asciiTheme="majorHAnsi" w:hAnsiTheme="majorHAnsi" w:cstheme="majorHAnsi"/>
                <w:color w:val="000000" w:themeColor="text1"/>
                <w:sz w:val="24"/>
                <w:szCs w:val="24"/>
              </w:rPr>
              <w:t xml:space="preserve">AGM 16 September 2026: 1.00 pm UK </w:t>
            </w:r>
          </w:p>
          <w:p w14:paraId="5B912D94" w14:textId="5D1C63C0" w:rsidR="006E3037" w:rsidRPr="00646544" w:rsidRDefault="006E3037" w:rsidP="006E3037">
            <w:pPr>
              <w:rPr>
                <w:rFonts w:asciiTheme="majorHAnsi" w:hAnsiTheme="majorHAnsi" w:cstheme="majorHAnsi"/>
                <w:color w:val="000000" w:themeColor="text1"/>
                <w:sz w:val="24"/>
                <w:szCs w:val="24"/>
              </w:rPr>
            </w:pPr>
            <w:r w:rsidRPr="00646544">
              <w:rPr>
                <w:rFonts w:asciiTheme="majorHAnsi" w:hAnsiTheme="majorHAnsi" w:cstheme="majorHAnsi"/>
                <w:color w:val="000000" w:themeColor="text1"/>
                <w:sz w:val="24"/>
                <w:szCs w:val="24"/>
              </w:rPr>
              <w:t xml:space="preserve">10 December 2026 at 11.00 am UK </w:t>
            </w:r>
          </w:p>
          <w:p w14:paraId="13DE599F" w14:textId="77777777" w:rsidR="006E3037" w:rsidRPr="00646544" w:rsidRDefault="006E3037" w:rsidP="006E3037">
            <w:pPr>
              <w:rPr>
                <w:rFonts w:asciiTheme="majorHAnsi" w:hAnsiTheme="majorHAnsi" w:cstheme="majorHAnsi"/>
                <w:color w:val="000000" w:themeColor="text1"/>
                <w:sz w:val="24"/>
                <w:szCs w:val="24"/>
              </w:rPr>
            </w:pPr>
            <w:r w:rsidRPr="00646544">
              <w:rPr>
                <w:rFonts w:asciiTheme="majorHAnsi" w:hAnsiTheme="majorHAnsi" w:cstheme="majorHAnsi"/>
                <w:color w:val="000000" w:themeColor="text1"/>
                <w:sz w:val="24"/>
                <w:szCs w:val="24"/>
              </w:rPr>
              <w:t xml:space="preserve">11 March 2027 at 11.00 am UK </w:t>
            </w:r>
          </w:p>
          <w:p w14:paraId="2A3262B7" w14:textId="591D65EE" w:rsidR="004856CA" w:rsidRPr="00646544" w:rsidRDefault="00646544">
            <w:pPr>
              <w:rPr>
                <w:rFonts w:asciiTheme="majorHAnsi" w:hAnsiTheme="majorHAnsi" w:cstheme="majorHAnsi"/>
                <w:sz w:val="24"/>
                <w:szCs w:val="24"/>
              </w:rPr>
            </w:pPr>
            <w:r w:rsidRPr="00646544">
              <w:rPr>
                <w:rFonts w:asciiTheme="majorHAnsi" w:hAnsiTheme="majorHAnsi" w:cstheme="majorHAnsi"/>
                <w:sz w:val="24"/>
                <w:szCs w:val="24"/>
              </w:rPr>
              <w:t xml:space="preserve">10 June 2027 at 12 noon UK </w:t>
            </w:r>
          </w:p>
        </w:tc>
        <w:tc>
          <w:tcPr>
            <w:tcW w:w="1985" w:type="dxa"/>
          </w:tcPr>
          <w:p w14:paraId="6A01BE13" w14:textId="0C166D64" w:rsidR="004856CA" w:rsidRPr="00646544" w:rsidRDefault="00646544">
            <w:pPr>
              <w:rPr>
                <w:rFonts w:asciiTheme="majorHAnsi" w:hAnsiTheme="majorHAnsi" w:cstheme="majorHAnsi"/>
                <w:sz w:val="24"/>
                <w:szCs w:val="24"/>
              </w:rPr>
            </w:pPr>
            <w:r w:rsidRPr="00646544">
              <w:rPr>
                <w:rFonts w:asciiTheme="majorHAnsi" w:hAnsiTheme="majorHAnsi" w:cstheme="majorHAnsi"/>
                <w:sz w:val="24"/>
                <w:szCs w:val="24"/>
              </w:rPr>
              <w:t xml:space="preserve">Julie will issue reminders </w:t>
            </w:r>
          </w:p>
        </w:tc>
      </w:tr>
    </w:tbl>
    <w:p w14:paraId="0F652F3A" w14:textId="77777777" w:rsidR="00494AA9" w:rsidRDefault="00494AA9">
      <w:pPr>
        <w:rPr>
          <w:rFonts w:asciiTheme="majorHAnsi" w:hAnsiTheme="majorHAnsi" w:cstheme="majorHAnsi"/>
          <w:sz w:val="24"/>
          <w:szCs w:val="24"/>
        </w:rPr>
      </w:pPr>
    </w:p>
    <w:p w14:paraId="274B36C3" w14:textId="3215371B" w:rsidR="00B16D34" w:rsidRDefault="00B16D34">
      <w:pPr>
        <w:rPr>
          <w:rFonts w:asciiTheme="majorHAnsi" w:hAnsiTheme="majorHAnsi" w:cstheme="majorHAnsi"/>
          <w:sz w:val="24"/>
          <w:szCs w:val="24"/>
        </w:rPr>
      </w:pPr>
      <w:r>
        <w:rPr>
          <w:rFonts w:asciiTheme="majorHAnsi" w:hAnsiTheme="majorHAnsi" w:cstheme="majorHAnsi"/>
          <w:sz w:val="24"/>
          <w:szCs w:val="24"/>
        </w:rPr>
        <w:br w:type="page"/>
      </w:r>
    </w:p>
    <w:p w14:paraId="72EFC9DE" w14:textId="77777777" w:rsidR="00B16D34" w:rsidRPr="00D91BF9" w:rsidRDefault="00B16D34">
      <w:pPr>
        <w:rPr>
          <w:rFonts w:asciiTheme="majorHAnsi" w:hAnsiTheme="majorHAnsi" w:cstheme="majorHAnsi"/>
          <w:sz w:val="24"/>
          <w:szCs w:val="24"/>
        </w:rPr>
      </w:pPr>
    </w:p>
    <w:p w14:paraId="7CC693F4" w14:textId="77777777" w:rsidR="00B16D34" w:rsidRPr="00D91BF9" w:rsidRDefault="00B16D34" w:rsidP="00D91BF9">
      <w:pPr>
        <w:spacing w:after="0" w:line="360" w:lineRule="auto"/>
        <w:rPr>
          <w:rFonts w:asciiTheme="majorHAnsi" w:hAnsiTheme="majorHAnsi" w:cstheme="majorHAnsi"/>
          <w:b/>
          <w:bCs/>
          <w:sz w:val="24"/>
          <w:szCs w:val="24"/>
          <w:lang w:val="en-GB"/>
        </w:rPr>
      </w:pPr>
      <w:r w:rsidRPr="00D91BF9">
        <w:rPr>
          <w:rFonts w:asciiTheme="majorHAnsi" w:hAnsiTheme="majorHAnsi" w:cstheme="majorHAnsi"/>
          <w:b/>
          <w:bCs/>
          <w:sz w:val="24"/>
          <w:szCs w:val="24"/>
          <w:lang w:val="en-GB"/>
        </w:rPr>
        <w:t>Thursday 11</w:t>
      </w:r>
      <w:r w:rsidRPr="00D91BF9">
        <w:rPr>
          <w:rFonts w:asciiTheme="majorHAnsi" w:hAnsiTheme="majorHAnsi" w:cstheme="majorHAnsi"/>
          <w:b/>
          <w:bCs/>
          <w:sz w:val="24"/>
          <w:szCs w:val="24"/>
          <w:vertAlign w:val="superscript"/>
          <w:lang w:val="en-GB"/>
        </w:rPr>
        <w:t>th</w:t>
      </w:r>
      <w:r w:rsidRPr="00D91BF9">
        <w:rPr>
          <w:rFonts w:asciiTheme="majorHAnsi" w:hAnsiTheme="majorHAnsi" w:cstheme="majorHAnsi"/>
          <w:b/>
          <w:bCs/>
          <w:sz w:val="24"/>
          <w:szCs w:val="24"/>
          <w:lang w:val="en-GB"/>
        </w:rPr>
        <w:t xml:space="preserve"> June 2026 </w:t>
      </w:r>
      <w:proofErr w:type="spellStart"/>
      <w:r w:rsidRPr="00D91BF9">
        <w:rPr>
          <w:rFonts w:asciiTheme="majorHAnsi" w:hAnsiTheme="majorHAnsi" w:cstheme="majorHAnsi"/>
          <w:b/>
          <w:bCs/>
          <w:sz w:val="24"/>
          <w:szCs w:val="24"/>
          <w:lang w:val="en-GB"/>
        </w:rPr>
        <w:t>AFINet</w:t>
      </w:r>
      <w:proofErr w:type="spellEnd"/>
      <w:r w:rsidRPr="00D91BF9">
        <w:rPr>
          <w:rFonts w:asciiTheme="majorHAnsi" w:hAnsiTheme="majorHAnsi" w:cstheme="majorHAnsi"/>
          <w:b/>
          <w:bCs/>
          <w:sz w:val="24"/>
          <w:szCs w:val="24"/>
          <w:lang w:val="en-GB"/>
        </w:rPr>
        <w:t xml:space="preserve"> Trustee Meeting</w:t>
      </w:r>
    </w:p>
    <w:p w14:paraId="149AA6B1" w14:textId="77777777" w:rsidR="00B16D34" w:rsidRPr="00D91BF9" w:rsidRDefault="00B16D34" w:rsidP="00D91BF9">
      <w:pPr>
        <w:spacing w:after="0" w:line="360" w:lineRule="auto"/>
        <w:rPr>
          <w:rFonts w:asciiTheme="majorHAnsi" w:hAnsiTheme="majorHAnsi" w:cstheme="majorHAnsi"/>
          <w:b/>
          <w:bCs/>
          <w:sz w:val="24"/>
          <w:szCs w:val="24"/>
          <w:lang w:val="en-GB"/>
        </w:rPr>
      </w:pPr>
      <w:r w:rsidRPr="00D91BF9">
        <w:rPr>
          <w:rFonts w:asciiTheme="majorHAnsi" w:hAnsiTheme="majorHAnsi" w:cstheme="majorHAnsi"/>
          <w:b/>
          <w:bCs/>
          <w:sz w:val="24"/>
          <w:szCs w:val="24"/>
          <w:lang w:val="en-GB"/>
        </w:rPr>
        <w:t>Updates:  Richard Velleman</w:t>
      </w:r>
    </w:p>
    <w:p w14:paraId="7E1A17A0" w14:textId="77777777" w:rsidR="00B16D34" w:rsidRPr="00D91BF9" w:rsidRDefault="00B16D34" w:rsidP="00D91BF9">
      <w:pPr>
        <w:spacing w:after="0" w:line="360" w:lineRule="auto"/>
        <w:rPr>
          <w:rFonts w:asciiTheme="majorHAnsi" w:hAnsiTheme="majorHAnsi" w:cstheme="majorHAnsi"/>
          <w:b/>
          <w:bCs/>
          <w:sz w:val="24"/>
          <w:szCs w:val="24"/>
          <w:u w:val="single"/>
          <w:lang w:val="en-GB"/>
        </w:rPr>
      </w:pPr>
      <w:r w:rsidRPr="00D91BF9">
        <w:rPr>
          <w:rFonts w:asciiTheme="majorHAnsi" w:hAnsiTheme="majorHAnsi" w:cstheme="majorHAnsi"/>
          <w:b/>
          <w:bCs/>
          <w:sz w:val="24"/>
          <w:szCs w:val="24"/>
          <w:u w:val="single"/>
          <w:lang w:val="en-GB"/>
        </w:rPr>
        <w:t>Item 5: Webinars: Update and Chairs</w:t>
      </w:r>
    </w:p>
    <w:p w14:paraId="4A095C72" w14:textId="77777777" w:rsidR="00B16D34" w:rsidRPr="00D91BF9" w:rsidRDefault="00B16D34" w:rsidP="00D91BF9">
      <w:pPr>
        <w:spacing w:after="0" w:line="360" w:lineRule="auto"/>
        <w:rPr>
          <w:rFonts w:asciiTheme="majorHAnsi" w:hAnsiTheme="majorHAnsi" w:cstheme="majorHAnsi"/>
          <w:sz w:val="24"/>
          <w:szCs w:val="24"/>
          <w:lang w:val="en-GB"/>
        </w:rPr>
      </w:pPr>
      <w:r w:rsidRPr="00D91BF9">
        <w:rPr>
          <w:rFonts w:asciiTheme="majorHAnsi" w:hAnsiTheme="majorHAnsi" w:cstheme="majorHAnsi"/>
          <w:sz w:val="24"/>
          <w:szCs w:val="24"/>
          <w:lang w:val="en-GB"/>
        </w:rPr>
        <w:t xml:space="preserve">Both </w:t>
      </w:r>
    </w:p>
    <w:p w14:paraId="642C5CE6" w14:textId="77777777" w:rsidR="00B16D34" w:rsidRPr="00D91BF9" w:rsidRDefault="00B16D34" w:rsidP="00D91BF9">
      <w:pPr>
        <w:pStyle w:val="ListParagraph"/>
        <w:numPr>
          <w:ilvl w:val="0"/>
          <w:numId w:val="33"/>
        </w:numPr>
        <w:spacing w:after="0" w:line="360" w:lineRule="auto"/>
        <w:rPr>
          <w:rFonts w:asciiTheme="majorHAnsi" w:hAnsiTheme="majorHAnsi" w:cstheme="majorHAnsi"/>
          <w:color w:val="3B3B3B"/>
          <w:sz w:val="24"/>
          <w:szCs w:val="24"/>
          <w:lang w:val="en-GB"/>
        </w:rPr>
      </w:pPr>
      <w:r w:rsidRPr="00D91BF9">
        <w:rPr>
          <w:rFonts w:asciiTheme="majorHAnsi" w:hAnsiTheme="majorHAnsi" w:cstheme="majorHAnsi"/>
          <w:sz w:val="24"/>
          <w:szCs w:val="24"/>
          <w:lang w:val="en-GB"/>
        </w:rPr>
        <w:t xml:space="preserve">the March Webinar </w:t>
      </w:r>
      <w:r w:rsidRPr="00D91BF9">
        <w:rPr>
          <w:rFonts w:asciiTheme="majorHAnsi" w:hAnsiTheme="majorHAnsi" w:cstheme="majorHAnsi"/>
          <w:color w:val="3B3B3B"/>
          <w:sz w:val="24"/>
          <w:szCs w:val="24"/>
          <w:lang w:val="en-GB"/>
        </w:rPr>
        <w:t>18/3/26 (</w:t>
      </w:r>
      <w:r w:rsidRPr="00D91BF9">
        <w:rPr>
          <w:rFonts w:asciiTheme="majorHAnsi" w:hAnsiTheme="majorHAnsi" w:cstheme="majorHAnsi"/>
          <w:b/>
          <w:bCs/>
          <w:color w:val="242424"/>
          <w:sz w:val="24"/>
          <w:szCs w:val="24"/>
          <w:lang w:val="en-GB"/>
        </w:rPr>
        <w:t>The Family and Friend Support Programs - Steph Kershaw and colleagues from Australia</w:t>
      </w:r>
      <w:r w:rsidRPr="00D91BF9">
        <w:rPr>
          <w:rFonts w:asciiTheme="majorHAnsi" w:hAnsiTheme="majorHAnsi" w:cstheme="majorHAnsi"/>
          <w:color w:val="3B3B3B"/>
          <w:sz w:val="24"/>
          <w:szCs w:val="24"/>
          <w:lang w:val="en-GB"/>
        </w:rPr>
        <w:t xml:space="preserve"> - 64 Registrations, 40 attended) </w:t>
      </w:r>
    </w:p>
    <w:p w14:paraId="10934982" w14:textId="6716CEF7" w:rsidR="00B16D34" w:rsidRPr="00D91BF9" w:rsidRDefault="00B16D34" w:rsidP="00D91BF9">
      <w:pPr>
        <w:pStyle w:val="ListParagraph"/>
        <w:numPr>
          <w:ilvl w:val="0"/>
          <w:numId w:val="33"/>
        </w:numPr>
        <w:spacing w:after="0" w:line="360" w:lineRule="auto"/>
        <w:rPr>
          <w:rFonts w:asciiTheme="majorHAnsi" w:hAnsiTheme="majorHAnsi" w:cstheme="majorHAnsi"/>
          <w:color w:val="3B3B3B"/>
          <w:sz w:val="24"/>
          <w:szCs w:val="24"/>
          <w:lang w:val="en-GB"/>
        </w:rPr>
      </w:pPr>
      <w:r w:rsidRPr="00D91BF9">
        <w:rPr>
          <w:rFonts w:asciiTheme="majorHAnsi" w:hAnsiTheme="majorHAnsi" w:cstheme="majorHAnsi"/>
          <w:color w:val="3B3B3B"/>
          <w:sz w:val="24"/>
          <w:szCs w:val="24"/>
          <w:lang w:val="en-GB"/>
        </w:rPr>
        <w:t xml:space="preserve">and the </w:t>
      </w:r>
      <w:r w:rsidRPr="00D91BF9">
        <w:rPr>
          <w:rFonts w:asciiTheme="majorHAnsi" w:hAnsiTheme="majorHAnsi" w:cstheme="majorHAnsi"/>
          <w:sz w:val="24"/>
          <w:szCs w:val="24"/>
          <w:lang w:val="en-GB"/>
        </w:rPr>
        <w:t xml:space="preserve">May Webinar </w:t>
      </w:r>
      <w:r w:rsidRPr="00D91BF9">
        <w:rPr>
          <w:rFonts w:asciiTheme="majorHAnsi" w:hAnsiTheme="majorHAnsi" w:cstheme="majorHAnsi"/>
          <w:color w:val="3B3B3B"/>
          <w:sz w:val="24"/>
          <w:szCs w:val="24"/>
          <w:lang w:val="en-GB"/>
        </w:rPr>
        <w:t>12/5/26 (</w:t>
      </w:r>
      <w:r w:rsidRPr="00D91BF9">
        <w:rPr>
          <w:rFonts w:asciiTheme="majorHAnsi" w:hAnsiTheme="majorHAnsi" w:cstheme="majorHAnsi"/>
          <w:b/>
          <w:bCs/>
          <w:sz w:val="24"/>
          <w:szCs w:val="24"/>
          <w:lang w:val="en-GB"/>
        </w:rPr>
        <w:t>'I don't know what we should have done differently' - the dilemmas of 'tough love' - Jennifer Hawkins and colleagues from Canada</w:t>
      </w:r>
      <w:r w:rsidRPr="00D91BF9">
        <w:rPr>
          <w:rFonts w:asciiTheme="majorHAnsi" w:hAnsiTheme="majorHAnsi" w:cstheme="majorHAnsi"/>
          <w:color w:val="3B3B3B"/>
          <w:sz w:val="24"/>
          <w:szCs w:val="24"/>
          <w:lang w:val="en-GB"/>
        </w:rPr>
        <w:t xml:space="preserve"> – 91 Registrations; 52 attended) went very well, and both were well-attended, </w:t>
      </w:r>
      <w:proofErr w:type="spellStart"/>
      <w:r w:rsidRPr="00D91BF9">
        <w:rPr>
          <w:rFonts w:asciiTheme="majorHAnsi" w:hAnsiTheme="majorHAnsi" w:cstheme="majorHAnsi"/>
          <w:color w:val="3B3B3B"/>
          <w:sz w:val="24"/>
          <w:szCs w:val="24"/>
          <w:lang w:val="en-GB"/>
        </w:rPr>
        <w:t>esp</w:t>
      </w:r>
      <w:proofErr w:type="spellEnd"/>
      <w:r w:rsidRPr="00D91BF9">
        <w:rPr>
          <w:rFonts w:asciiTheme="majorHAnsi" w:hAnsiTheme="majorHAnsi" w:cstheme="majorHAnsi"/>
          <w:color w:val="3B3B3B"/>
          <w:sz w:val="24"/>
          <w:szCs w:val="24"/>
          <w:lang w:val="en-GB"/>
        </w:rPr>
        <w:t xml:space="preserve"> the May one.</w:t>
      </w:r>
    </w:p>
    <w:p w14:paraId="614CFD2F" w14:textId="77777777" w:rsidR="00B16D34" w:rsidRPr="00D91BF9" w:rsidRDefault="00B16D34" w:rsidP="00D91BF9">
      <w:pPr>
        <w:spacing w:after="0" w:line="360" w:lineRule="auto"/>
        <w:rPr>
          <w:rFonts w:asciiTheme="majorHAnsi" w:hAnsiTheme="majorHAnsi" w:cstheme="majorHAnsi"/>
          <w:color w:val="3B3B3B"/>
          <w:sz w:val="24"/>
          <w:szCs w:val="24"/>
          <w:lang w:val="en-GB"/>
        </w:rPr>
      </w:pPr>
    </w:p>
    <w:p w14:paraId="73B477E1" w14:textId="710ED6A2" w:rsidR="00B16D34" w:rsidRPr="00D91BF9" w:rsidRDefault="00B16D34" w:rsidP="00D91BF9">
      <w:pPr>
        <w:spacing w:after="0" w:line="360" w:lineRule="auto"/>
        <w:rPr>
          <w:rFonts w:asciiTheme="majorHAnsi" w:hAnsiTheme="majorHAnsi" w:cstheme="majorHAnsi"/>
          <w:b/>
          <w:bCs/>
          <w:color w:val="3B3B3B"/>
          <w:sz w:val="24"/>
          <w:szCs w:val="24"/>
          <w:lang w:val="en-GB"/>
        </w:rPr>
      </w:pPr>
      <w:r w:rsidRPr="00D91BF9">
        <w:rPr>
          <w:rFonts w:asciiTheme="majorHAnsi" w:hAnsiTheme="majorHAnsi" w:cstheme="majorHAnsi"/>
          <w:color w:val="3B3B3B"/>
          <w:sz w:val="24"/>
          <w:szCs w:val="24"/>
          <w:lang w:val="en-GB"/>
        </w:rPr>
        <w:t>However, we had our first technical hitch in all the years of the A-</w:t>
      </w:r>
      <w:proofErr w:type="spellStart"/>
      <w:r w:rsidRPr="00D91BF9">
        <w:rPr>
          <w:rFonts w:asciiTheme="majorHAnsi" w:hAnsiTheme="majorHAnsi" w:cstheme="majorHAnsi"/>
          <w:color w:val="3B3B3B"/>
          <w:sz w:val="24"/>
          <w:szCs w:val="24"/>
          <w:lang w:val="en-GB"/>
        </w:rPr>
        <w:t>Klinik</w:t>
      </w:r>
      <w:proofErr w:type="spellEnd"/>
      <w:r w:rsidRPr="00D91BF9">
        <w:rPr>
          <w:rFonts w:asciiTheme="majorHAnsi" w:hAnsiTheme="majorHAnsi" w:cstheme="majorHAnsi"/>
          <w:color w:val="3B3B3B"/>
          <w:sz w:val="24"/>
          <w:szCs w:val="24"/>
          <w:lang w:val="en-GB"/>
        </w:rPr>
        <w:t xml:space="preserve"> providing the tech assistance, and the May webinar was not recorded.  Richard has asked the presenters to re-do their talk on zoom and record it. They have said that they will try – </w:t>
      </w:r>
      <w:r w:rsidRPr="00D91BF9">
        <w:rPr>
          <w:rFonts w:asciiTheme="majorHAnsi" w:hAnsiTheme="majorHAnsi" w:cstheme="majorHAnsi"/>
          <w:b/>
          <w:bCs/>
          <w:color w:val="3B3B3B"/>
          <w:sz w:val="24"/>
          <w:szCs w:val="24"/>
          <w:lang w:val="en-GB"/>
        </w:rPr>
        <w:t>RV will follow up.</w:t>
      </w:r>
    </w:p>
    <w:p w14:paraId="46DD24F0" w14:textId="77777777" w:rsidR="00B16D34" w:rsidRPr="00D91BF9" w:rsidRDefault="00B16D34" w:rsidP="00D91BF9">
      <w:pPr>
        <w:spacing w:after="0" w:line="360" w:lineRule="auto"/>
        <w:rPr>
          <w:rFonts w:asciiTheme="majorHAnsi" w:hAnsiTheme="majorHAnsi" w:cstheme="majorHAnsi"/>
          <w:color w:val="3B3B3B"/>
          <w:sz w:val="24"/>
          <w:szCs w:val="24"/>
          <w:lang w:val="en-GB"/>
        </w:rPr>
      </w:pPr>
      <w:r w:rsidRPr="00D91BF9">
        <w:rPr>
          <w:rFonts w:asciiTheme="majorHAnsi" w:hAnsiTheme="majorHAnsi" w:cstheme="majorHAnsi"/>
          <w:color w:val="3B3B3B"/>
          <w:sz w:val="24"/>
          <w:szCs w:val="24"/>
          <w:lang w:val="en-GB"/>
        </w:rPr>
        <w:t>Thanks to both Chairs – Julie Perrin in March, Anja Bischof in May.</w:t>
      </w:r>
    </w:p>
    <w:p w14:paraId="7D1959D1" w14:textId="77777777" w:rsidR="00B16D34" w:rsidRPr="00D91BF9" w:rsidRDefault="00B16D34" w:rsidP="00D91BF9">
      <w:pPr>
        <w:pStyle w:val="NormalWeb"/>
        <w:spacing w:before="0" w:beforeAutospacing="0" w:after="0" w:afterAutospacing="0" w:line="360" w:lineRule="auto"/>
        <w:textAlignment w:val="baseline"/>
        <w:rPr>
          <w:rFonts w:asciiTheme="majorHAnsi" w:hAnsiTheme="majorHAnsi" w:cstheme="majorHAnsi"/>
          <w:color w:val="3B3B3B"/>
          <w:lang w:val="en-GB"/>
        </w:rPr>
      </w:pPr>
      <w:r w:rsidRPr="00D91BF9">
        <w:rPr>
          <w:rFonts w:asciiTheme="majorHAnsi" w:hAnsiTheme="majorHAnsi" w:cstheme="majorHAnsi"/>
          <w:color w:val="3B3B3B"/>
          <w:lang w:val="en-GB"/>
        </w:rPr>
        <w:t xml:space="preserve">The July Webinar is on 15/7/26 15.00 UK-time, Chair Gallus Bischof.  </w:t>
      </w:r>
      <w:r w:rsidRPr="00D91BF9">
        <w:rPr>
          <w:rFonts w:asciiTheme="majorHAnsi" w:hAnsiTheme="majorHAnsi" w:cstheme="majorHAnsi"/>
          <w:color w:val="3B3B3B"/>
          <w:highlight w:val="yellow"/>
          <w:lang w:val="en-GB"/>
        </w:rPr>
        <w:t xml:space="preserve"> </w:t>
      </w:r>
    </w:p>
    <w:p w14:paraId="50979F56" w14:textId="77777777" w:rsidR="00B16D34" w:rsidRPr="00D91BF9" w:rsidRDefault="00B16D34" w:rsidP="00D91BF9">
      <w:pPr>
        <w:pStyle w:val="NormalWeb"/>
        <w:spacing w:before="0" w:beforeAutospacing="0" w:after="0" w:afterAutospacing="0" w:line="360" w:lineRule="auto"/>
        <w:textAlignment w:val="baseline"/>
        <w:rPr>
          <w:rFonts w:asciiTheme="majorHAnsi" w:hAnsiTheme="majorHAnsi" w:cstheme="majorHAnsi"/>
          <w:color w:val="3B3B3B"/>
          <w:lang w:val="en-GB"/>
        </w:rPr>
      </w:pPr>
      <w:r w:rsidRPr="00D91BF9">
        <w:rPr>
          <w:rFonts w:asciiTheme="majorHAnsi" w:hAnsiTheme="majorHAnsi" w:cstheme="majorHAnsi"/>
          <w:color w:val="3B3B3B"/>
          <w:lang w:val="en-GB"/>
        </w:rPr>
        <w:t>“Holding on and Letting go: Supporting Families through Ambiguous Loss in Addiction”</w:t>
      </w:r>
    </w:p>
    <w:p w14:paraId="63C87C2F" w14:textId="77777777" w:rsidR="00B16D34" w:rsidRPr="00D91BF9" w:rsidRDefault="00B16D34" w:rsidP="00D91BF9">
      <w:pPr>
        <w:pStyle w:val="NormalWeb"/>
        <w:spacing w:before="0" w:beforeAutospacing="0" w:after="0" w:afterAutospacing="0" w:line="360" w:lineRule="auto"/>
        <w:textAlignment w:val="baseline"/>
        <w:rPr>
          <w:rFonts w:asciiTheme="majorHAnsi" w:hAnsiTheme="majorHAnsi" w:cstheme="majorHAnsi"/>
          <w:color w:val="3B3B3B"/>
          <w:lang w:val="en-GB"/>
        </w:rPr>
      </w:pPr>
      <w:r w:rsidRPr="00D91BF9">
        <w:rPr>
          <w:rStyle w:val="Strong"/>
          <w:rFonts w:asciiTheme="majorHAnsi" w:eastAsiaTheme="majorEastAsia" w:hAnsiTheme="majorHAnsi" w:cstheme="majorHAnsi"/>
          <w:color w:val="3B3B3B"/>
          <w:bdr w:val="none" w:sz="0" w:space="0" w:color="auto" w:frame="1"/>
          <w:lang w:val="en-GB"/>
        </w:rPr>
        <w:t>Presenters:</w:t>
      </w:r>
      <w:r w:rsidRPr="00D91BF9">
        <w:rPr>
          <w:rStyle w:val="apple-converted-space"/>
          <w:rFonts w:asciiTheme="majorHAnsi" w:eastAsiaTheme="majorEastAsia" w:hAnsiTheme="majorHAnsi" w:cstheme="majorHAnsi"/>
          <w:color w:val="3B3B3B"/>
          <w:lang w:val="en-GB"/>
        </w:rPr>
        <w:t> </w:t>
      </w:r>
      <w:r w:rsidRPr="00D91BF9">
        <w:rPr>
          <w:rFonts w:asciiTheme="majorHAnsi" w:hAnsiTheme="majorHAnsi" w:cstheme="majorHAnsi"/>
          <w:color w:val="3B3B3B"/>
          <w:lang w:val="en-GB"/>
        </w:rPr>
        <w:t xml:space="preserve">Alexia Florentin, Assistant Professor of Professional </w:t>
      </w:r>
      <w:proofErr w:type="spellStart"/>
      <w:r w:rsidRPr="00D91BF9">
        <w:rPr>
          <w:rFonts w:asciiTheme="majorHAnsi" w:hAnsiTheme="majorHAnsi" w:cstheme="majorHAnsi"/>
          <w:color w:val="3B3B3B"/>
          <w:lang w:val="en-GB"/>
        </w:rPr>
        <w:t>Counseling</w:t>
      </w:r>
      <w:proofErr w:type="spellEnd"/>
      <w:r w:rsidRPr="00D91BF9">
        <w:rPr>
          <w:rFonts w:asciiTheme="majorHAnsi" w:hAnsiTheme="majorHAnsi" w:cstheme="majorHAnsi"/>
          <w:color w:val="3B3B3B"/>
          <w:lang w:val="en-GB"/>
        </w:rPr>
        <w:t xml:space="preserve">, Texas State University and Kathleen Rice, Professor of </w:t>
      </w:r>
      <w:proofErr w:type="spellStart"/>
      <w:r w:rsidRPr="00D91BF9">
        <w:rPr>
          <w:rFonts w:asciiTheme="majorHAnsi" w:hAnsiTheme="majorHAnsi" w:cstheme="majorHAnsi"/>
          <w:color w:val="3B3B3B"/>
          <w:lang w:val="en-GB"/>
        </w:rPr>
        <w:t>Counselor</w:t>
      </w:r>
      <w:proofErr w:type="spellEnd"/>
      <w:r w:rsidRPr="00D91BF9">
        <w:rPr>
          <w:rFonts w:asciiTheme="majorHAnsi" w:hAnsiTheme="majorHAnsi" w:cstheme="majorHAnsi"/>
          <w:color w:val="3B3B3B"/>
          <w:lang w:val="en-GB"/>
        </w:rPr>
        <w:t xml:space="preserve"> Education, Sam Houston State University, Texas, USA</w:t>
      </w:r>
    </w:p>
    <w:p w14:paraId="35125F26" w14:textId="77777777" w:rsidR="00D91BF9" w:rsidRDefault="00D91BF9" w:rsidP="00D91BF9">
      <w:pPr>
        <w:spacing w:after="0" w:line="360" w:lineRule="auto"/>
        <w:rPr>
          <w:rFonts w:asciiTheme="majorHAnsi" w:hAnsiTheme="majorHAnsi" w:cstheme="majorHAnsi"/>
          <w:color w:val="3B3B3B"/>
          <w:sz w:val="24"/>
          <w:szCs w:val="24"/>
          <w:lang w:val="en-GB"/>
        </w:rPr>
      </w:pPr>
    </w:p>
    <w:p w14:paraId="472E1C0C" w14:textId="1CD511A3" w:rsidR="00B16D34" w:rsidRPr="00D91BF9" w:rsidRDefault="00B16D34" w:rsidP="00D91BF9">
      <w:pPr>
        <w:spacing w:after="0" w:line="360" w:lineRule="auto"/>
        <w:rPr>
          <w:rFonts w:asciiTheme="majorHAnsi" w:hAnsiTheme="majorHAnsi" w:cstheme="majorHAnsi"/>
          <w:color w:val="3B3B3B"/>
          <w:sz w:val="24"/>
          <w:szCs w:val="24"/>
          <w:lang w:val="en-GB"/>
        </w:rPr>
      </w:pPr>
      <w:r w:rsidRPr="00D91BF9">
        <w:rPr>
          <w:rFonts w:asciiTheme="majorHAnsi" w:hAnsiTheme="majorHAnsi" w:cstheme="majorHAnsi"/>
          <w:color w:val="3B3B3B"/>
          <w:sz w:val="24"/>
          <w:szCs w:val="24"/>
          <w:lang w:val="en-GB"/>
        </w:rPr>
        <w:t>There is no Webinar in September because of the online Conference.</w:t>
      </w:r>
    </w:p>
    <w:p w14:paraId="4CF279CA" w14:textId="77777777" w:rsidR="00B16D34" w:rsidRPr="00D91BF9" w:rsidRDefault="00B16D34" w:rsidP="00D91BF9">
      <w:pPr>
        <w:spacing w:after="0" w:line="360" w:lineRule="auto"/>
        <w:rPr>
          <w:rFonts w:asciiTheme="majorHAnsi" w:hAnsiTheme="majorHAnsi" w:cstheme="majorHAnsi"/>
          <w:color w:val="3B3B3B"/>
          <w:sz w:val="24"/>
          <w:szCs w:val="24"/>
          <w:lang w:val="en-GB"/>
        </w:rPr>
      </w:pPr>
      <w:r w:rsidRPr="00D91BF9">
        <w:rPr>
          <w:rFonts w:asciiTheme="majorHAnsi" w:hAnsiTheme="majorHAnsi" w:cstheme="majorHAnsi"/>
          <w:color w:val="3B3B3B"/>
          <w:sz w:val="24"/>
          <w:szCs w:val="24"/>
          <w:lang w:val="en-GB"/>
        </w:rPr>
        <w:t xml:space="preserve">Richard is arranging the November 2026 and the January 2027 </w:t>
      </w:r>
      <w:proofErr w:type="gramStart"/>
      <w:r w:rsidRPr="00D91BF9">
        <w:rPr>
          <w:rFonts w:asciiTheme="majorHAnsi" w:hAnsiTheme="majorHAnsi" w:cstheme="majorHAnsi"/>
          <w:color w:val="3B3B3B"/>
          <w:sz w:val="24"/>
          <w:szCs w:val="24"/>
          <w:lang w:val="en-GB"/>
        </w:rPr>
        <w:t>Webinars, and</w:t>
      </w:r>
      <w:proofErr w:type="gramEnd"/>
      <w:r w:rsidRPr="00D91BF9">
        <w:rPr>
          <w:rFonts w:asciiTheme="majorHAnsi" w:hAnsiTheme="majorHAnsi" w:cstheme="majorHAnsi"/>
          <w:color w:val="3B3B3B"/>
          <w:sz w:val="24"/>
          <w:szCs w:val="24"/>
          <w:lang w:val="en-GB"/>
        </w:rPr>
        <w:t xml:space="preserve"> will circulate in due course.  </w:t>
      </w:r>
    </w:p>
    <w:p w14:paraId="192A9244" w14:textId="4E05BB62" w:rsidR="00B16D34" w:rsidRPr="00D91BF9" w:rsidRDefault="00B16D34" w:rsidP="00D91BF9">
      <w:pPr>
        <w:spacing w:after="0" w:line="360" w:lineRule="auto"/>
        <w:rPr>
          <w:rFonts w:asciiTheme="majorHAnsi" w:hAnsiTheme="majorHAnsi" w:cstheme="majorHAnsi"/>
          <w:color w:val="3B3B3B"/>
          <w:sz w:val="24"/>
          <w:szCs w:val="24"/>
          <w:lang w:val="en-GB"/>
        </w:rPr>
      </w:pPr>
      <w:r w:rsidRPr="00D91BF9">
        <w:rPr>
          <w:rFonts w:asciiTheme="majorHAnsi" w:hAnsiTheme="majorHAnsi" w:cstheme="majorHAnsi"/>
          <w:color w:val="3B3B3B"/>
          <w:sz w:val="24"/>
          <w:szCs w:val="24"/>
          <w:lang w:val="en-GB"/>
        </w:rPr>
        <w:t xml:space="preserve">Richard does not have any You Tube analytics for current and previous webinars, but hopefully </w:t>
      </w:r>
      <w:r w:rsidRPr="00D91BF9">
        <w:rPr>
          <w:rFonts w:asciiTheme="majorHAnsi" w:hAnsiTheme="majorHAnsi" w:cstheme="majorHAnsi"/>
          <w:sz w:val="24"/>
          <w:szCs w:val="24"/>
          <w:lang w:val="en-GB"/>
        </w:rPr>
        <w:t>Jacqueline or Julie will have these.</w:t>
      </w:r>
    </w:p>
    <w:p w14:paraId="7AA35C24" w14:textId="77777777" w:rsidR="00B16D34" w:rsidRPr="00D91BF9" w:rsidRDefault="00B16D34" w:rsidP="00D91BF9">
      <w:pPr>
        <w:spacing w:after="0" w:line="360" w:lineRule="auto"/>
        <w:rPr>
          <w:rFonts w:asciiTheme="majorHAnsi" w:hAnsiTheme="majorHAnsi" w:cstheme="majorHAnsi"/>
          <w:b/>
          <w:bCs/>
          <w:sz w:val="24"/>
          <w:szCs w:val="24"/>
          <w:u w:val="single"/>
          <w:lang w:val="en-GB"/>
        </w:rPr>
      </w:pPr>
      <w:r w:rsidRPr="00D91BF9">
        <w:rPr>
          <w:rFonts w:asciiTheme="majorHAnsi" w:hAnsiTheme="majorHAnsi" w:cstheme="majorHAnsi"/>
          <w:b/>
          <w:bCs/>
          <w:sz w:val="24"/>
          <w:szCs w:val="24"/>
          <w:u w:val="single"/>
          <w:lang w:val="en-GB"/>
        </w:rPr>
        <w:t>Item 7:  Quebec Conference Wrap</w:t>
      </w:r>
      <w:r w:rsidRPr="00D91BF9">
        <w:rPr>
          <w:rFonts w:ascii="Cambria Math" w:hAnsi="Cambria Math" w:cs="Cambria Math"/>
          <w:b/>
          <w:bCs/>
          <w:sz w:val="24"/>
          <w:szCs w:val="24"/>
          <w:u w:val="single"/>
          <w:lang w:val="en-GB"/>
        </w:rPr>
        <w:t>‑</w:t>
      </w:r>
      <w:r w:rsidRPr="00D91BF9">
        <w:rPr>
          <w:rFonts w:asciiTheme="majorHAnsi" w:hAnsiTheme="majorHAnsi" w:cstheme="majorHAnsi"/>
          <w:b/>
          <w:bCs/>
          <w:sz w:val="24"/>
          <w:szCs w:val="24"/>
          <w:u w:val="single"/>
          <w:lang w:val="en-GB"/>
        </w:rPr>
        <w:t>Up</w:t>
      </w:r>
    </w:p>
    <w:p w14:paraId="6812CE35" w14:textId="77777777" w:rsidR="00B16D34" w:rsidRPr="00D91BF9" w:rsidRDefault="00B16D34" w:rsidP="00D91BF9">
      <w:pPr>
        <w:spacing w:after="0" w:line="360" w:lineRule="auto"/>
        <w:rPr>
          <w:rFonts w:asciiTheme="majorHAnsi" w:hAnsiTheme="majorHAnsi" w:cstheme="majorHAnsi"/>
          <w:b/>
          <w:bCs/>
          <w:sz w:val="24"/>
          <w:szCs w:val="24"/>
          <w:lang w:val="en-GB"/>
        </w:rPr>
      </w:pPr>
      <w:r w:rsidRPr="00D91BF9">
        <w:rPr>
          <w:rFonts w:asciiTheme="majorHAnsi" w:hAnsiTheme="majorHAnsi" w:cstheme="majorHAnsi"/>
          <w:sz w:val="24"/>
          <w:szCs w:val="24"/>
          <w:lang w:val="en-GB"/>
        </w:rPr>
        <w:t xml:space="preserve">The discussions with our Quebec colleagues about this proved to be extremely long and tortuous; but it was finally agreed that Quebec would send back to </w:t>
      </w:r>
      <w:proofErr w:type="spellStart"/>
      <w:r w:rsidRPr="00D91BF9">
        <w:rPr>
          <w:rFonts w:asciiTheme="majorHAnsi" w:hAnsiTheme="majorHAnsi" w:cstheme="majorHAnsi"/>
          <w:sz w:val="24"/>
          <w:szCs w:val="24"/>
          <w:lang w:val="en-GB"/>
        </w:rPr>
        <w:t>AFINet</w:t>
      </w:r>
      <w:proofErr w:type="spellEnd"/>
      <w:r w:rsidRPr="00D91BF9">
        <w:rPr>
          <w:rFonts w:asciiTheme="majorHAnsi" w:hAnsiTheme="majorHAnsi" w:cstheme="majorHAnsi"/>
          <w:sz w:val="24"/>
          <w:szCs w:val="24"/>
          <w:lang w:val="en-GB"/>
        </w:rPr>
        <w:t xml:space="preserve"> the original amount that we gave to them to cover some bursaries and initial expenditures (£10,000) which was exchanged into $CAN </w:t>
      </w:r>
      <w:r w:rsidRPr="00D91BF9">
        <w:rPr>
          <w:rFonts w:asciiTheme="majorHAnsi" w:hAnsiTheme="majorHAnsi" w:cstheme="majorHAnsi"/>
          <w:b/>
          <w:bCs/>
          <w:sz w:val="24"/>
          <w:szCs w:val="24"/>
          <w:lang w:val="en-GB"/>
        </w:rPr>
        <w:t>17,035.69</w:t>
      </w:r>
      <w:r w:rsidRPr="00D91BF9">
        <w:rPr>
          <w:rFonts w:asciiTheme="majorHAnsi" w:hAnsiTheme="majorHAnsi" w:cstheme="majorHAnsi"/>
          <w:sz w:val="24"/>
          <w:szCs w:val="24"/>
          <w:lang w:val="en-GB"/>
        </w:rPr>
        <w:t>, plus 50% of what they showed that had been made as surplus ($CAN 12</w:t>
      </w:r>
      <w:r w:rsidRPr="00D91BF9">
        <w:rPr>
          <w:rFonts w:asciiTheme="majorHAnsi" w:hAnsiTheme="majorHAnsi" w:cstheme="majorHAnsi"/>
          <w:b/>
          <w:bCs/>
          <w:sz w:val="24"/>
          <w:szCs w:val="24"/>
          <w:lang w:val="en-GB"/>
        </w:rPr>
        <w:t>,326.46 – 50% is 6,613,23</w:t>
      </w:r>
      <w:r w:rsidRPr="00D91BF9">
        <w:rPr>
          <w:rFonts w:asciiTheme="majorHAnsi" w:hAnsiTheme="majorHAnsi" w:cstheme="majorHAnsi"/>
          <w:sz w:val="24"/>
          <w:szCs w:val="24"/>
          <w:lang w:val="en-GB"/>
        </w:rPr>
        <w:t xml:space="preserve">).  This amounts to $ CAN 23,198.92, which should have been equivalent to £12,557.58.  This has been again reduced due to them needing to send the money through using expensive bank </w:t>
      </w:r>
      <w:r w:rsidRPr="00D91BF9">
        <w:rPr>
          <w:rFonts w:asciiTheme="majorHAnsi" w:hAnsiTheme="majorHAnsi" w:cstheme="majorHAnsi"/>
          <w:sz w:val="24"/>
          <w:szCs w:val="24"/>
          <w:lang w:val="en-GB"/>
        </w:rPr>
        <w:lastRenderedPageBreak/>
        <w:t xml:space="preserve">channels, and to using expensive bank currency exchange rates (we had asked then to pay us in Canadian Dollars because it is usually better for a UK bank to make the currency exchange (to Sterling) as opposed to have the originating (non-UK) bank make the exchange;  but the Canadian University refused to do this and stated that they had to make the exchange in Canada); </w:t>
      </w:r>
      <w:r w:rsidRPr="00D91BF9">
        <w:rPr>
          <w:rFonts w:asciiTheme="majorHAnsi" w:hAnsiTheme="majorHAnsi" w:cstheme="majorHAnsi"/>
          <w:b/>
          <w:bCs/>
          <w:sz w:val="24"/>
          <w:szCs w:val="24"/>
          <w:lang w:val="en-GB"/>
        </w:rPr>
        <w:t xml:space="preserve">so we are due to receive £12,289.87.  </w:t>
      </w:r>
    </w:p>
    <w:p w14:paraId="347DAE22" w14:textId="77777777" w:rsidR="00B16D34" w:rsidRPr="00D91BF9" w:rsidRDefault="00B16D34" w:rsidP="00D91BF9">
      <w:pPr>
        <w:spacing w:after="0" w:line="360" w:lineRule="auto"/>
        <w:rPr>
          <w:rFonts w:asciiTheme="majorHAnsi" w:hAnsiTheme="majorHAnsi" w:cstheme="majorHAnsi"/>
          <w:sz w:val="24"/>
          <w:szCs w:val="24"/>
          <w:lang w:val="en-GB"/>
        </w:rPr>
      </w:pPr>
    </w:p>
    <w:p w14:paraId="548E10E3" w14:textId="77777777" w:rsidR="00B16D34" w:rsidRPr="00D91BF9" w:rsidRDefault="00B16D34" w:rsidP="00D91BF9">
      <w:pPr>
        <w:spacing w:after="0" w:line="360" w:lineRule="auto"/>
        <w:rPr>
          <w:rFonts w:asciiTheme="majorHAnsi" w:hAnsiTheme="majorHAnsi" w:cstheme="majorHAnsi"/>
          <w:sz w:val="24"/>
          <w:szCs w:val="24"/>
          <w:lang w:val="en-GB"/>
        </w:rPr>
      </w:pPr>
      <w:r w:rsidRPr="00D91BF9">
        <w:rPr>
          <w:rFonts w:asciiTheme="majorHAnsi" w:hAnsiTheme="majorHAnsi" w:cstheme="majorHAnsi"/>
          <w:sz w:val="24"/>
          <w:szCs w:val="24"/>
          <w:lang w:val="en-GB"/>
        </w:rPr>
        <w:t>This has STILL not been received: RV is chasing once again.</w:t>
      </w:r>
    </w:p>
    <w:p w14:paraId="03C931F3" w14:textId="77777777" w:rsidR="00B16D34" w:rsidRPr="00D91BF9" w:rsidRDefault="00B16D34" w:rsidP="00D91BF9">
      <w:pPr>
        <w:spacing w:after="0" w:line="360" w:lineRule="auto"/>
        <w:rPr>
          <w:rFonts w:asciiTheme="majorHAnsi" w:hAnsiTheme="majorHAnsi" w:cstheme="majorHAnsi"/>
          <w:b/>
          <w:bCs/>
          <w:sz w:val="24"/>
          <w:szCs w:val="24"/>
          <w:u w:val="single"/>
          <w:lang w:val="en-GB"/>
        </w:rPr>
      </w:pPr>
      <w:r w:rsidRPr="00D91BF9">
        <w:rPr>
          <w:rFonts w:asciiTheme="majorHAnsi" w:hAnsiTheme="majorHAnsi" w:cstheme="majorHAnsi"/>
          <w:b/>
          <w:bCs/>
          <w:sz w:val="24"/>
          <w:szCs w:val="24"/>
          <w:u w:val="single"/>
          <w:lang w:val="en-GB"/>
        </w:rPr>
        <w:t>Item 13: AOB: Succession Planning for Treasurer Role</w:t>
      </w:r>
    </w:p>
    <w:p w14:paraId="588DDE77" w14:textId="77777777" w:rsidR="00B16D34" w:rsidRPr="00D91BF9" w:rsidRDefault="00B16D34" w:rsidP="00D91BF9">
      <w:pPr>
        <w:spacing w:after="0" w:line="360" w:lineRule="auto"/>
        <w:rPr>
          <w:rFonts w:asciiTheme="majorHAnsi" w:hAnsiTheme="majorHAnsi" w:cstheme="majorHAnsi"/>
          <w:sz w:val="24"/>
          <w:szCs w:val="24"/>
          <w:lang w:val="en-GB"/>
        </w:rPr>
      </w:pPr>
      <w:r w:rsidRPr="00D91BF9">
        <w:rPr>
          <w:rFonts w:asciiTheme="majorHAnsi" w:hAnsiTheme="majorHAnsi" w:cstheme="majorHAnsi"/>
          <w:sz w:val="24"/>
          <w:szCs w:val="24"/>
          <w:lang w:val="en-GB"/>
        </w:rPr>
        <w:t xml:space="preserve">I am going to be 74 in 6 weeks’ time. </w:t>
      </w:r>
    </w:p>
    <w:p w14:paraId="69758557" w14:textId="77777777" w:rsidR="00B16D34" w:rsidRPr="00D91BF9" w:rsidRDefault="00B16D34" w:rsidP="00D91BF9">
      <w:pPr>
        <w:spacing w:after="0" w:line="360" w:lineRule="auto"/>
        <w:rPr>
          <w:rFonts w:asciiTheme="majorHAnsi" w:hAnsiTheme="majorHAnsi" w:cstheme="majorHAnsi"/>
          <w:sz w:val="24"/>
          <w:szCs w:val="24"/>
          <w:lang w:val="en-GB"/>
        </w:rPr>
      </w:pPr>
      <w:r w:rsidRPr="00D91BF9">
        <w:rPr>
          <w:rFonts w:asciiTheme="majorHAnsi" w:hAnsiTheme="majorHAnsi" w:cstheme="majorHAnsi"/>
          <w:sz w:val="24"/>
          <w:szCs w:val="24"/>
          <w:lang w:val="en-GB"/>
        </w:rPr>
        <w:t xml:space="preserve">I don’t plan on leaving </w:t>
      </w:r>
      <w:proofErr w:type="spellStart"/>
      <w:r w:rsidRPr="00D91BF9">
        <w:rPr>
          <w:rFonts w:asciiTheme="majorHAnsi" w:hAnsiTheme="majorHAnsi" w:cstheme="majorHAnsi"/>
          <w:sz w:val="24"/>
          <w:szCs w:val="24"/>
          <w:lang w:val="en-GB"/>
        </w:rPr>
        <w:t>AFINet</w:t>
      </w:r>
      <w:proofErr w:type="spellEnd"/>
      <w:r w:rsidRPr="00D91BF9">
        <w:rPr>
          <w:rFonts w:asciiTheme="majorHAnsi" w:hAnsiTheme="majorHAnsi" w:cstheme="majorHAnsi"/>
          <w:sz w:val="24"/>
          <w:szCs w:val="24"/>
          <w:lang w:val="en-GB"/>
        </w:rPr>
        <w:t xml:space="preserve"> any time soon, but I do think that we need to begin thinking about succession planning for the Treasurer role.</w:t>
      </w:r>
      <w:r w:rsidRPr="00D91BF9">
        <w:rPr>
          <w:rFonts w:asciiTheme="majorHAnsi" w:hAnsiTheme="majorHAnsi" w:cstheme="majorHAnsi"/>
          <w:sz w:val="24"/>
          <w:szCs w:val="24"/>
          <w:lang w:val="en-GB"/>
        </w:rPr>
        <w:br/>
      </w:r>
      <w:r w:rsidRPr="00D91BF9">
        <w:rPr>
          <w:rFonts w:asciiTheme="majorHAnsi" w:hAnsiTheme="majorHAnsi" w:cstheme="majorHAnsi"/>
          <w:sz w:val="24"/>
          <w:szCs w:val="24"/>
          <w:lang w:val="en-GB"/>
        </w:rPr>
        <w:br/>
        <w:t xml:space="preserve">The role is relatively straightforward, but it does require someone who is numerate, organised, and comfortable working with spreadsheets and governance processes. </w:t>
      </w:r>
    </w:p>
    <w:p w14:paraId="153AD51A" w14:textId="50E65A34" w:rsidR="00D91BF9" w:rsidRPr="00D91BF9" w:rsidRDefault="00B16D34" w:rsidP="00D91BF9">
      <w:pPr>
        <w:spacing w:after="0" w:line="360" w:lineRule="auto"/>
        <w:rPr>
          <w:rFonts w:asciiTheme="majorHAnsi" w:hAnsiTheme="majorHAnsi" w:cstheme="majorHAnsi"/>
          <w:sz w:val="24"/>
          <w:szCs w:val="24"/>
          <w:lang w:val="en-GB"/>
        </w:rPr>
      </w:pPr>
      <w:r w:rsidRPr="00D91BF9">
        <w:rPr>
          <w:rFonts w:asciiTheme="majorHAnsi" w:hAnsiTheme="majorHAnsi" w:cstheme="majorHAnsi"/>
          <w:sz w:val="24"/>
          <w:szCs w:val="24"/>
          <w:lang w:val="en-GB"/>
        </w:rPr>
        <w:t>Key tasks include:</w:t>
      </w:r>
      <w:r w:rsidRPr="00D91BF9">
        <w:rPr>
          <w:rFonts w:asciiTheme="majorHAnsi" w:hAnsiTheme="majorHAnsi" w:cstheme="majorHAnsi"/>
          <w:sz w:val="24"/>
          <w:szCs w:val="24"/>
          <w:lang w:val="en-GB"/>
        </w:rPr>
        <w:br/>
      </w:r>
      <w:r w:rsidR="00D91BF9" w:rsidRPr="00D91BF9">
        <w:rPr>
          <w:rFonts w:asciiTheme="majorHAnsi" w:hAnsiTheme="majorHAnsi" w:cstheme="majorHAnsi"/>
          <w:sz w:val="24"/>
          <w:szCs w:val="24"/>
          <w:lang w:val="en-GB"/>
        </w:rPr>
        <w:t xml:space="preserve">- </w:t>
      </w:r>
      <w:r w:rsidRPr="00D91BF9">
        <w:rPr>
          <w:rFonts w:asciiTheme="majorHAnsi" w:hAnsiTheme="majorHAnsi" w:cstheme="majorHAnsi"/>
          <w:sz w:val="24"/>
          <w:szCs w:val="24"/>
          <w:lang w:val="en-GB"/>
        </w:rPr>
        <w:t>Reconciling spreadsheets with the bank account</w:t>
      </w:r>
      <w:r w:rsidRPr="00D91BF9">
        <w:rPr>
          <w:rFonts w:asciiTheme="majorHAnsi" w:hAnsiTheme="majorHAnsi" w:cstheme="majorHAnsi"/>
          <w:sz w:val="24"/>
          <w:szCs w:val="24"/>
          <w:lang w:val="en-GB"/>
        </w:rPr>
        <w:br/>
      </w:r>
      <w:r w:rsidR="00D91BF9" w:rsidRPr="00D91BF9">
        <w:rPr>
          <w:rFonts w:asciiTheme="majorHAnsi" w:hAnsiTheme="majorHAnsi" w:cstheme="majorHAnsi"/>
          <w:sz w:val="24"/>
          <w:szCs w:val="24"/>
          <w:lang w:val="en-GB"/>
        </w:rPr>
        <w:t xml:space="preserve">- </w:t>
      </w:r>
      <w:r w:rsidRPr="00D91BF9">
        <w:rPr>
          <w:rFonts w:asciiTheme="majorHAnsi" w:hAnsiTheme="majorHAnsi" w:cstheme="majorHAnsi"/>
          <w:sz w:val="24"/>
          <w:szCs w:val="24"/>
          <w:lang w:val="en-GB"/>
        </w:rPr>
        <w:t>Preparing the annual Treasurer’s report</w:t>
      </w:r>
      <w:r w:rsidRPr="00D91BF9">
        <w:rPr>
          <w:rFonts w:asciiTheme="majorHAnsi" w:hAnsiTheme="majorHAnsi" w:cstheme="majorHAnsi"/>
          <w:sz w:val="24"/>
          <w:szCs w:val="24"/>
          <w:lang w:val="en-GB"/>
        </w:rPr>
        <w:br/>
      </w:r>
      <w:r w:rsidR="00D91BF9" w:rsidRPr="00D91BF9">
        <w:rPr>
          <w:rFonts w:asciiTheme="majorHAnsi" w:hAnsiTheme="majorHAnsi" w:cstheme="majorHAnsi"/>
          <w:sz w:val="24"/>
          <w:szCs w:val="24"/>
          <w:lang w:val="en-GB"/>
        </w:rPr>
        <w:t xml:space="preserve">- </w:t>
      </w:r>
      <w:r w:rsidRPr="00D91BF9">
        <w:rPr>
          <w:rFonts w:asciiTheme="majorHAnsi" w:hAnsiTheme="majorHAnsi" w:cstheme="majorHAnsi"/>
          <w:sz w:val="24"/>
          <w:szCs w:val="24"/>
          <w:lang w:val="en-GB"/>
        </w:rPr>
        <w:t>Managing conference income and expenditure</w:t>
      </w:r>
    </w:p>
    <w:p w14:paraId="7131CD42" w14:textId="54B303C5" w:rsidR="00D91BF9" w:rsidRPr="00D91BF9" w:rsidRDefault="00B16D34" w:rsidP="00D91BF9">
      <w:pPr>
        <w:pStyle w:val="ListParagraph"/>
        <w:numPr>
          <w:ilvl w:val="0"/>
          <w:numId w:val="41"/>
        </w:numPr>
        <w:spacing w:after="0" w:line="360" w:lineRule="auto"/>
        <w:rPr>
          <w:rFonts w:asciiTheme="majorHAnsi" w:hAnsiTheme="majorHAnsi" w:cstheme="majorHAnsi"/>
          <w:sz w:val="24"/>
          <w:szCs w:val="24"/>
          <w:lang w:val="en-GB"/>
        </w:rPr>
      </w:pPr>
      <w:r w:rsidRPr="00D91BF9">
        <w:rPr>
          <w:rFonts w:asciiTheme="majorHAnsi" w:hAnsiTheme="majorHAnsi" w:cstheme="majorHAnsi"/>
          <w:sz w:val="24"/>
          <w:szCs w:val="24"/>
          <w:lang w:val="en-GB"/>
        </w:rPr>
        <w:t>Managing small payments (</w:t>
      </w:r>
      <w:proofErr w:type="spellStart"/>
      <w:r w:rsidRPr="00D91BF9">
        <w:rPr>
          <w:rFonts w:asciiTheme="majorHAnsi" w:hAnsiTheme="majorHAnsi" w:cstheme="majorHAnsi"/>
          <w:sz w:val="24"/>
          <w:szCs w:val="24"/>
          <w:lang w:val="en-GB"/>
        </w:rPr>
        <w:t>eg</w:t>
      </w:r>
      <w:proofErr w:type="spellEnd"/>
      <w:r w:rsidRPr="00D91BF9">
        <w:rPr>
          <w:rFonts w:asciiTheme="majorHAnsi" w:hAnsiTheme="majorHAnsi" w:cstheme="majorHAnsi"/>
          <w:sz w:val="24"/>
          <w:szCs w:val="24"/>
          <w:lang w:val="en-GB"/>
        </w:rPr>
        <w:t xml:space="preserve"> for Paul Orford, Website Administrator)</w:t>
      </w:r>
    </w:p>
    <w:p w14:paraId="7A3D8241" w14:textId="38A05E08" w:rsidR="00D91BF9" w:rsidRPr="00D91BF9" w:rsidRDefault="00B16D34" w:rsidP="00D91BF9">
      <w:pPr>
        <w:pStyle w:val="ListParagraph"/>
        <w:numPr>
          <w:ilvl w:val="0"/>
          <w:numId w:val="41"/>
        </w:numPr>
        <w:spacing w:after="0" w:line="360" w:lineRule="auto"/>
        <w:rPr>
          <w:rFonts w:asciiTheme="majorHAnsi" w:hAnsiTheme="majorHAnsi" w:cstheme="majorHAnsi"/>
          <w:sz w:val="24"/>
          <w:szCs w:val="24"/>
          <w:lang w:val="en-GB"/>
        </w:rPr>
      </w:pPr>
      <w:r w:rsidRPr="00D91BF9">
        <w:rPr>
          <w:rFonts w:asciiTheme="majorHAnsi" w:hAnsiTheme="majorHAnsi" w:cstheme="majorHAnsi"/>
          <w:sz w:val="24"/>
          <w:szCs w:val="24"/>
          <w:lang w:val="en-GB"/>
        </w:rPr>
        <w:t>Operating within normal governance and financial oversight guidelines</w:t>
      </w:r>
    </w:p>
    <w:p w14:paraId="31A856C8" w14:textId="77777777" w:rsidR="00D91BF9" w:rsidRPr="00D91BF9" w:rsidRDefault="00D91BF9" w:rsidP="00D91BF9">
      <w:pPr>
        <w:spacing w:after="0" w:line="360" w:lineRule="auto"/>
        <w:rPr>
          <w:rFonts w:asciiTheme="majorHAnsi" w:hAnsiTheme="majorHAnsi" w:cstheme="majorHAnsi"/>
          <w:sz w:val="24"/>
          <w:szCs w:val="24"/>
          <w:lang w:val="en-GB"/>
        </w:rPr>
      </w:pPr>
    </w:p>
    <w:p w14:paraId="3FCF2906" w14:textId="24BAE9CE" w:rsidR="00B16D34" w:rsidRPr="00D91BF9" w:rsidRDefault="00B16D34" w:rsidP="00D91BF9">
      <w:pPr>
        <w:spacing w:after="0" w:line="360" w:lineRule="auto"/>
        <w:rPr>
          <w:rFonts w:asciiTheme="majorHAnsi" w:hAnsiTheme="majorHAnsi" w:cstheme="majorHAnsi"/>
          <w:sz w:val="24"/>
          <w:szCs w:val="24"/>
          <w:lang w:val="en-GB"/>
        </w:rPr>
      </w:pPr>
      <w:r w:rsidRPr="00D91BF9">
        <w:rPr>
          <w:rFonts w:asciiTheme="majorHAnsi" w:hAnsiTheme="majorHAnsi" w:cstheme="majorHAnsi"/>
          <w:sz w:val="24"/>
          <w:szCs w:val="24"/>
          <w:lang w:val="en-GB"/>
        </w:rPr>
        <w:t xml:space="preserve">My query is: </w:t>
      </w:r>
      <w:r w:rsidRPr="00D91BF9">
        <w:rPr>
          <w:rFonts w:asciiTheme="majorHAnsi" w:hAnsiTheme="majorHAnsi" w:cstheme="majorHAnsi"/>
          <w:b/>
          <w:bCs/>
          <w:sz w:val="24"/>
          <w:szCs w:val="24"/>
          <w:lang w:val="en-GB"/>
        </w:rPr>
        <w:t xml:space="preserve">Could any of the current trustees take this on, either now or </w:t>
      </w:r>
      <w:proofErr w:type="gramStart"/>
      <w:r w:rsidRPr="00D91BF9">
        <w:rPr>
          <w:rFonts w:asciiTheme="majorHAnsi" w:hAnsiTheme="majorHAnsi" w:cstheme="majorHAnsi"/>
          <w:b/>
          <w:bCs/>
          <w:sz w:val="24"/>
          <w:szCs w:val="24"/>
          <w:lang w:val="en-GB"/>
        </w:rPr>
        <w:t>in the near future</w:t>
      </w:r>
      <w:proofErr w:type="gramEnd"/>
      <w:r w:rsidRPr="00D91BF9">
        <w:rPr>
          <w:rFonts w:asciiTheme="majorHAnsi" w:hAnsiTheme="majorHAnsi" w:cstheme="majorHAnsi"/>
          <w:b/>
          <w:bCs/>
          <w:sz w:val="24"/>
          <w:szCs w:val="24"/>
          <w:lang w:val="en-GB"/>
        </w:rPr>
        <w:t>?</w:t>
      </w:r>
      <w:r w:rsidRPr="00D91BF9">
        <w:rPr>
          <w:rFonts w:asciiTheme="majorHAnsi" w:hAnsiTheme="majorHAnsi" w:cstheme="majorHAnsi"/>
          <w:sz w:val="24"/>
          <w:szCs w:val="24"/>
          <w:lang w:val="en-GB"/>
        </w:rPr>
        <w:t xml:space="preserve"> </w:t>
      </w:r>
    </w:p>
    <w:p w14:paraId="62DA6297" w14:textId="77777777" w:rsidR="00D91BF9" w:rsidRPr="00D91BF9" w:rsidRDefault="00B16D34" w:rsidP="00D91BF9">
      <w:pPr>
        <w:spacing w:after="0" w:line="360" w:lineRule="auto"/>
        <w:rPr>
          <w:rFonts w:asciiTheme="majorHAnsi" w:hAnsiTheme="majorHAnsi" w:cstheme="majorHAnsi"/>
          <w:sz w:val="24"/>
          <w:szCs w:val="24"/>
          <w:lang w:val="en-GB"/>
        </w:rPr>
      </w:pPr>
      <w:r w:rsidRPr="00D91BF9">
        <w:rPr>
          <w:rFonts w:asciiTheme="majorHAnsi" w:hAnsiTheme="majorHAnsi" w:cstheme="majorHAnsi"/>
          <w:sz w:val="24"/>
          <w:szCs w:val="24"/>
          <w:lang w:val="en-GB"/>
        </w:rPr>
        <w:t>Alternatively, do we feel this is something where we should make a wider call-out, beyond the current Trustee group?</w:t>
      </w:r>
      <w:r w:rsidRPr="00D91BF9">
        <w:rPr>
          <w:rFonts w:asciiTheme="majorHAnsi" w:hAnsiTheme="majorHAnsi" w:cstheme="majorHAnsi"/>
          <w:sz w:val="24"/>
          <w:szCs w:val="24"/>
          <w:lang w:val="en-GB"/>
        </w:rPr>
        <w:br/>
      </w:r>
      <w:r w:rsidRPr="00D91BF9">
        <w:rPr>
          <w:rFonts w:asciiTheme="majorHAnsi" w:hAnsiTheme="majorHAnsi" w:cstheme="majorHAnsi"/>
          <w:sz w:val="24"/>
          <w:szCs w:val="24"/>
          <w:lang w:val="en-GB"/>
        </w:rPr>
        <w:br/>
        <w:t>Although the workload is not excessive, the role does need somebody with good attention to detail and confidence in handling financial processes appropriately.</w:t>
      </w:r>
      <w:r w:rsidRPr="00D91BF9">
        <w:rPr>
          <w:rFonts w:asciiTheme="majorHAnsi" w:hAnsiTheme="majorHAnsi" w:cstheme="majorHAnsi"/>
          <w:sz w:val="24"/>
          <w:szCs w:val="24"/>
          <w:lang w:val="en-GB"/>
        </w:rPr>
        <w:br/>
      </w:r>
    </w:p>
    <w:p w14:paraId="56088EF2" w14:textId="35B1EBE4" w:rsidR="00B16D34" w:rsidRPr="00D91BF9" w:rsidRDefault="00B16D34" w:rsidP="00D91BF9">
      <w:pPr>
        <w:spacing w:after="0" w:line="360" w:lineRule="auto"/>
        <w:rPr>
          <w:rFonts w:asciiTheme="majorHAnsi" w:hAnsiTheme="majorHAnsi" w:cstheme="majorHAnsi"/>
          <w:b/>
          <w:bCs/>
          <w:sz w:val="24"/>
          <w:szCs w:val="24"/>
          <w:lang w:val="en-GB"/>
        </w:rPr>
      </w:pPr>
      <w:r w:rsidRPr="00D91BF9">
        <w:rPr>
          <w:rFonts w:asciiTheme="majorHAnsi" w:hAnsiTheme="majorHAnsi" w:cstheme="majorHAnsi"/>
          <w:sz w:val="24"/>
          <w:szCs w:val="24"/>
          <w:lang w:val="en-GB"/>
        </w:rPr>
        <w:t xml:space="preserve">The </w:t>
      </w:r>
      <w:proofErr w:type="spellStart"/>
      <w:r w:rsidRPr="00D91BF9">
        <w:rPr>
          <w:rFonts w:asciiTheme="majorHAnsi" w:hAnsiTheme="majorHAnsi" w:cstheme="majorHAnsi"/>
          <w:sz w:val="24"/>
          <w:szCs w:val="24"/>
          <w:lang w:val="en-GB"/>
        </w:rPr>
        <w:t>AFINet</w:t>
      </w:r>
      <w:proofErr w:type="spellEnd"/>
      <w:r w:rsidRPr="00D91BF9">
        <w:rPr>
          <w:rFonts w:asciiTheme="majorHAnsi" w:hAnsiTheme="majorHAnsi" w:cstheme="majorHAnsi"/>
          <w:sz w:val="24"/>
          <w:szCs w:val="24"/>
          <w:lang w:val="en-GB"/>
        </w:rPr>
        <w:t xml:space="preserve"> Account is currently held within a UK bank, and we would need to consider whether this would need changing (and if it can be changed) if someone not based in the UK were to take over. But </w:t>
      </w:r>
      <w:proofErr w:type="gramStart"/>
      <w:r w:rsidRPr="00D91BF9">
        <w:rPr>
          <w:rFonts w:asciiTheme="majorHAnsi" w:hAnsiTheme="majorHAnsi" w:cstheme="majorHAnsi"/>
          <w:sz w:val="24"/>
          <w:szCs w:val="24"/>
          <w:lang w:val="en-GB"/>
        </w:rPr>
        <w:t>generally</w:t>
      </w:r>
      <w:proofErr w:type="gramEnd"/>
      <w:r w:rsidRPr="00D91BF9">
        <w:rPr>
          <w:rFonts w:asciiTheme="majorHAnsi" w:hAnsiTheme="majorHAnsi" w:cstheme="majorHAnsi"/>
          <w:sz w:val="24"/>
          <w:szCs w:val="24"/>
          <w:lang w:val="en-GB"/>
        </w:rPr>
        <w:t xml:space="preserve"> UK banks are OK with non-UK people holding UK bank accounts.</w:t>
      </w:r>
      <w:r w:rsidRPr="00D91BF9">
        <w:rPr>
          <w:rFonts w:asciiTheme="majorHAnsi" w:hAnsiTheme="majorHAnsi" w:cstheme="majorHAnsi"/>
          <w:sz w:val="24"/>
          <w:szCs w:val="24"/>
          <w:lang w:val="en-GB"/>
        </w:rPr>
        <w:br/>
      </w:r>
    </w:p>
    <w:p w14:paraId="2160C1FE" w14:textId="77777777" w:rsidR="00B16D34" w:rsidRPr="00D91BF9" w:rsidRDefault="00B16D34" w:rsidP="00D91BF9">
      <w:pPr>
        <w:spacing w:after="0" w:line="360" w:lineRule="auto"/>
        <w:rPr>
          <w:rFonts w:asciiTheme="majorHAnsi" w:hAnsiTheme="majorHAnsi" w:cstheme="majorHAnsi"/>
          <w:b/>
          <w:bCs/>
          <w:sz w:val="24"/>
          <w:szCs w:val="24"/>
          <w:lang w:val="en-GB"/>
        </w:rPr>
      </w:pPr>
      <w:r w:rsidRPr="00D91BF9">
        <w:rPr>
          <w:rFonts w:asciiTheme="majorHAnsi" w:hAnsiTheme="majorHAnsi" w:cstheme="majorHAnsi"/>
          <w:b/>
          <w:bCs/>
          <w:sz w:val="24"/>
          <w:szCs w:val="24"/>
          <w:lang w:val="en-GB"/>
        </w:rPr>
        <w:lastRenderedPageBreak/>
        <w:t>Richard Velleman</w:t>
      </w:r>
    </w:p>
    <w:p w14:paraId="17FEEC37" w14:textId="77777777" w:rsidR="00B16D34" w:rsidRPr="00D91BF9" w:rsidRDefault="00B16D34" w:rsidP="00D91BF9">
      <w:pPr>
        <w:spacing w:after="0" w:line="360" w:lineRule="auto"/>
        <w:rPr>
          <w:rFonts w:asciiTheme="majorHAnsi" w:hAnsiTheme="majorHAnsi" w:cstheme="majorHAnsi"/>
          <w:b/>
          <w:bCs/>
          <w:sz w:val="24"/>
          <w:szCs w:val="24"/>
          <w:lang w:val="en-GB"/>
        </w:rPr>
      </w:pPr>
      <w:r w:rsidRPr="00D91BF9">
        <w:rPr>
          <w:rFonts w:asciiTheme="majorHAnsi" w:hAnsiTheme="majorHAnsi" w:cstheme="majorHAnsi"/>
          <w:b/>
          <w:bCs/>
          <w:sz w:val="24"/>
          <w:szCs w:val="24"/>
          <w:lang w:val="en-GB"/>
        </w:rPr>
        <w:t>June 2026</w:t>
      </w:r>
    </w:p>
    <w:p w14:paraId="29B8C3A3" w14:textId="77777777" w:rsidR="00B16D34" w:rsidRPr="00D91BF9" w:rsidRDefault="00B16D34" w:rsidP="00D91BF9">
      <w:pPr>
        <w:spacing w:after="0" w:line="360" w:lineRule="auto"/>
        <w:rPr>
          <w:rFonts w:asciiTheme="majorHAnsi" w:hAnsiTheme="majorHAnsi" w:cstheme="majorHAnsi"/>
          <w:b/>
          <w:bCs/>
          <w:sz w:val="24"/>
          <w:szCs w:val="24"/>
          <w:lang w:val="en-GB"/>
        </w:rPr>
      </w:pPr>
    </w:p>
    <w:p w14:paraId="4CAA7850" w14:textId="77777777" w:rsidR="00D91BF9" w:rsidRPr="00D91BF9" w:rsidRDefault="00D91BF9" w:rsidP="00D91BF9">
      <w:pPr>
        <w:spacing w:after="0" w:line="360" w:lineRule="auto"/>
        <w:rPr>
          <w:rFonts w:asciiTheme="majorHAnsi" w:hAnsiTheme="majorHAnsi" w:cstheme="majorHAnsi"/>
          <w:b/>
          <w:bCs/>
          <w:sz w:val="24"/>
          <w:szCs w:val="24"/>
          <w:lang w:val="en-GB"/>
        </w:rPr>
      </w:pPr>
      <w:r w:rsidRPr="00D91BF9">
        <w:rPr>
          <w:rFonts w:asciiTheme="majorHAnsi" w:hAnsiTheme="majorHAnsi" w:cstheme="majorHAnsi"/>
          <w:b/>
          <w:bCs/>
          <w:sz w:val="24"/>
          <w:szCs w:val="24"/>
          <w:lang w:val="en-GB"/>
        </w:rPr>
        <w:br w:type="page"/>
      </w:r>
    </w:p>
    <w:p w14:paraId="14D861DB" w14:textId="05B35AAE" w:rsidR="00B16D34" w:rsidRPr="00D91BF9" w:rsidRDefault="00B16D34" w:rsidP="00D91BF9">
      <w:pPr>
        <w:spacing w:after="0" w:line="360" w:lineRule="auto"/>
        <w:rPr>
          <w:rFonts w:asciiTheme="majorHAnsi" w:hAnsiTheme="majorHAnsi" w:cstheme="majorHAnsi"/>
          <w:b/>
          <w:bCs/>
          <w:sz w:val="24"/>
          <w:szCs w:val="24"/>
          <w:lang w:val="en-GB"/>
        </w:rPr>
      </w:pPr>
      <w:r w:rsidRPr="00D91BF9">
        <w:rPr>
          <w:rFonts w:asciiTheme="majorHAnsi" w:hAnsiTheme="majorHAnsi" w:cstheme="majorHAnsi"/>
          <w:b/>
          <w:bCs/>
          <w:sz w:val="24"/>
          <w:szCs w:val="24"/>
          <w:lang w:val="en-GB"/>
        </w:rPr>
        <w:lastRenderedPageBreak/>
        <w:t>Thursday 11</w:t>
      </w:r>
      <w:r w:rsidRPr="00D91BF9">
        <w:rPr>
          <w:rFonts w:asciiTheme="majorHAnsi" w:hAnsiTheme="majorHAnsi" w:cstheme="majorHAnsi"/>
          <w:b/>
          <w:bCs/>
          <w:sz w:val="24"/>
          <w:szCs w:val="24"/>
          <w:vertAlign w:val="superscript"/>
          <w:lang w:val="en-GB"/>
        </w:rPr>
        <w:t>th</w:t>
      </w:r>
      <w:r w:rsidRPr="00D91BF9">
        <w:rPr>
          <w:rFonts w:asciiTheme="majorHAnsi" w:hAnsiTheme="majorHAnsi" w:cstheme="majorHAnsi"/>
          <w:b/>
          <w:bCs/>
          <w:sz w:val="24"/>
          <w:szCs w:val="24"/>
          <w:lang w:val="en-GB"/>
        </w:rPr>
        <w:t xml:space="preserve"> June 2026 </w:t>
      </w:r>
      <w:proofErr w:type="spellStart"/>
      <w:r w:rsidRPr="00D91BF9">
        <w:rPr>
          <w:rFonts w:asciiTheme="majorHAnsi" w:hAnsiTheme="majorHAnsi" w:cstheme="majorHAnsi"/>
          <w:b/>
          <w:bCs/>
          <w:sz w:val="24"/>
          <w:szCs w:val="24"/>
          <w:lang w:val="en-GB"/>
        </w:rPr>
        <w:t>AFINet</w:t>
      </w:r>
      <w:proofErr w:type="spellEnd"/>
      <w:r w:rsidRPr="00D91BF9">
        <w:rPr>
          <w:rFonts w:asciiTheme="majorHAnsi" w:hAnsiTheme="majorHAnsi" w:cstheme="majorHAnsi"/>
          <w:b/>
          <w:bCs/>
          <w:sz w:val="24"/>
          <w:szCs w:val="24"/>
          <w:lang w:val="en-GB"/>
        </w:rPr>
        <w:t xml:space="preserve"> Trustee Meeting</w:t>
      </w:r>
    </w:p>
    <w:p w14:paraId="4C2EDA29" w14:textId="77777777" w:rsidR="00B16D34" w:rsidRPr="00D91BF9" w:rsidRDefault="00B16D34" w:rsidP="00D91BF9">
      <w:pPr>
        <w:spacing w:after="0" w:line="360" w:lineRule="auto"/>
        <w:rPr>
          <w:rFonts w:asciiTheme="majorHAnsi" w:eastAsia="Times New Roman" w:hAnsiTheme="majorHAnsi" w:cstheme="majorHAnsi"/>
          <w:b/>
          <w:bCs/>
          <w:color w:val="212121"/>
          <w:sz w:val="24"/>
          <w:szCs w:val="24"/>
          <w:lang w:eastAsia="en-GB"/>
        </w:rPr>
      </w:pPr>
      <w:r w:rsidRPr="00D91BF9">
        <w:rPr>
          <w:rFonts w:asciiTheme="majorHAnsi" w:eastAsia="Times New Roman" w:hAnsiTheme="majorHAnsi" w:cstheme="majorHAnsi"/>
          <w:b/>
          <w:bCs/>
          <w:color w:val="212121"/>
          <w:sz w:val="24"/>
          <w:szCs w:val="24"/>
          <w:lang w:eastAsia="en-GB"/>
        </w:rPr>
        <w:t>Updates: Eileen Farrar</w:t>
      </w:r>
    </w:p>
    <w:p w14:paraId="3C743B4D" w14:textId="77777777" w:rsidR="00B16D34" w:rsidRPr="00D91BF9" w:rsidRDefault="00B16D34" w:rsidP="00D91BF9">
      <w:pPr>
        <w:spacing w:after="0" w:line="360" w:lineRule="auto"/>
        <w:rPr>
          <w:rFonts w:asciiTheme="majorHAnsi" w:eastAsia="Times New Roman" w:hAnsiTheme="majorHAnsi" w:cstheme="majorHAnsi"/>
          <w:color w:val="212121"/>
          <w:sz w:val="24"/>
          <w:szCs w:val="24"/>
          <w:lang w:eastAsia="en-GB"/>
        </w:rPr>
      </w:pPr>
    </w:p>
    <w:p w14:paraId="5213BBBC" w14:textId="77777777" w:rsidR="00B16D34" w:rsidRPr="00D91BF9" w:rsidRDefault="00B16D34" w:rsidP="00D91BF9">
      <w:pPr>
        <w:spacing w:after="0" w:line="360" w:lineRule="auto"/>
        <w:rPr>
          <w:rFonts w:asciiTheme="majorHAnsi" w:eastAsia="Times New Roman" w:hAnsiTheme="majorHAnsi" w:cstheme="majorHAnsi"/>
          <w:color w:val="212121"/>
          <w:sz w:val="24"/>
          <w:szCs w:val="24"/>
          <w:lang w:eastAsia="en-GB"/>
        </w:rPr>
      </w:pPr>
      <w:r w:rsidRPr="00D91BF9">
        <w:rPr>
          <w:rFonts w:asciiTheme="majorHAnsi" w:eastAsia="Times New Roman" w:hAnsiTheme="majorHAnsi" w:cstheme="majorHAnsi"/>
          <w:color w:val="212121"/>
          <w:sz w:val="24"/>
          <w:szCs w:val="24"/>
          <w:lang w:eastAsia="en-GB"/>
        </w:rPr>
        <w:t> </w:t>
      </w:r>
    </w:p>
    <w:p w14:paraId="5A15EF11" w14:textId="77777777" w:rsidR="00B16D34" w:rsidRPr="00D91BF9" w:rsidRDefault="00B16D34" w:rsidP="00D91BF9">
      <w:pPr>
        <w:spacing w:after="0" w:line="360" w:lineRule="auto"/>
        <w:rPr>
          <w:rFonts w:asciiTheme="majorHAnsi" w:eastAsia="Times New Roman" w:hAnsiTheme="majorHAnsi" w:cstheme="majorHAnsi"/>
          <w:color w:val="212121"/>
          <w:sz w:val="24"/>
          <w:szCs w:val="24"/>
          <w:lang w:eastAsia="en-GB"/>
        </w:rPr>
      </w:pPr>
      <w:r w:rsidRPr="00D91BF9">
        <w:rPr>
          <w:rFonts w:asciiTheme="majorHAnsi" w:eastAsia="Times New Roman" w:hAnsiTheme="majorHAnsi" w:cstheme="majorHAnsi"/>
          <w:color w:val="212121"/>
          <w:sz w:val="24"/>
          <w:szCs w:val="24"/>
          <w:lang w:eastAsia="en-GB"/>
        </w:rPr>
        <w:t>Newsletter:   </w:t>
      </w:r>
    </w:p>
    <w:p w14:paraId="16813BDD" w14:textId="77777777" w:rsidR="00B16D34" w:rsidRPr="00D91BF9" w:rsidRDefault="00B16D34" w:rsidP="00D91BF9">
      <w:pPr>
        <w:spacing w:after="0" w:line="360" w:lineRule="auto"/>
        <w:ind w:left="720" w:hanging="360"/>
        <w:rPr>
          <w:rFonts w:asciiTheme="majorHAnsi" w:eastAsia="Times New Roman" w:hAnsiTheme="majorHAnsi" w:cstheme="majorHAnsi"/>
          <w:color w:val="212121"/>
          <w:sz w:val="24"/>
          <w:szCs w:val="24"/>
          <w:lang w:eastAsia="en-GB"/>
        </w:rPr>
      </w:pPr>
      <w:r w:rsidRPr="00D91BF9">
        <w:rPr>
          <w:rFonts w:asciiTheme="majorHAnsi" w:eastAsia="Times New Roman" w:hAnsiTheme="majorHAnsi" w:cstheme="majorHAnsi"/>
          <w:color w:val="212121"/>
          <w:sz w:val="24"/>
          <w:szCs w:val="24"/>
          <w:lang w:eastAsia="en-GB"/>
        </w:rPr>
        <w:t>-       slowly making progress on inviting news from underrepresented regions.  Expect this to be a long-term goal which will build over time. </w:t>
      </w:r>
    </w:p>
    <w:p w14:paraId="76E25B35" w14:textId="77777777" w:rsidR="00B16D34" w:rsidRPr="00D91BF9" w:rsidRDefault="00B16D34" w:rsidP="00D91BF9">
      <w:pPr>
        <w:spacing w:after="0" w:line="360" w:lineRule="auto"/>
        <w:rPr>
          <w:rFonts w:asciiTheme="majorHAnsi" w:eastAsia="Times New Roman" w:hAnsiTheme="majorHAnsi" w:cstheme="majorHAnsi"/>
          <w:color w:val="212121"/>
          <w:sz w:val="24"/>
          <w:szCs w:val="24"/>
          <w:lang w:eastAsia="en-GB"/>
        </w:rPr>
      </w:pPr>
      <w:r w:rsidRPr="00D91BF9">
        <w:rPr>
          <w:rFonts w:asciiTheme="majorHAnsi" w:eastAsia="Times New Roman" w:hAnsiTheme="majorHAnsi" w:cstheme="majorHAnsi"/>
          <w:color w:val="212121"/>
          <w:sz w:val="24"/>
          <w:szCs w:val="24"/>
          <w:lang w:eastAsia="en-GB"/>
        </w:rPr>
        <w:t> </w:t>
      </w:r>
    </w:p>
    <w:p w14:paraId="64D1FCDC" w14:textId="77777777" w:rsidR="00B16D34" w:rsidRPr="00D91BF9" w:rsidRDefault="00B16D34" w:rsidP="00D91BF9">
      <w:pPr>
        <w:spacing w:after="0" w:line="360" w:lineRule="auto"/>
        <w:ind w:left="720" w:hanging="360"/>
        <w:rPr>
          <w:rFonts w:asciiTheme="majorHAnsi" w:eastAsia="Times New Roman" w:hAnsiTheme="majorHAnsi" w:cstheme="majorHAnsi"/>
          <w:color w:val="212121"/>
          <w:sz w:val="24"/>
          <w:szCs w:val="24"/>
          <w:lang w:eastAsia="en-GB"/>
        </w:rPr>
      </w:pPr>
      <w:r w:rsidRPr="00D91BF9">
        <w:rPr>
          <w:rFonts w:asciiTheme="majorHAnsi" w:eastAsia="Times New Roman" w:hAnsiTheme="majorHAnsi" w:cstheme="majorHAnsi"/>
          <w:color w:val="212121"/>
          <w:sz w:val="24"/>
          <w:szCs w:val="24"/>
          <w:lang w:eastAsia="en-GB"/>
        </w:rPr>
        <w:t xml:space="preserve">-       Next newsletter will be sent </w:t>
      </w:r>
      <w:proofErr w:type="gramStart"/>
      <w:r w:rsidRPr="00D91BF9">
        <w:rPr>
          <w:rFonts w:asciiTheme="majorHAnsi" w:eastAsia="Times New Roman" w:hAnsiTheme="majorHAnsi" w:cstheme="majorHAnsi"/>
          <w:color w:val="212121"/>
          <w:sz w:val="24"/>
          <w:szCs w:val="24"/>
          <w:lang w:eastAsia="en-GB"/>
        </w:rPr>
        <w:t>in  late</w:t>
      </w:r>
      <w:proofErr w:type="gramEnd"/>
      <w:r w:rsidRPr="00D91BF9">
        <w:rPr>
          <w:rFonts w:asciiTheme="majorHAnsi" w:eastAsia="Times New Roman" w:hAnsiTheme="majorHAnsi" w:cstheme="majorHAnsi"/>
          <w:color w:val="212121"/>
          <w:sz w:val="24"/>
          <w:szCs w:val="24"/>
          <w:lang w:eastAsia="en-GB"/>
        </w:rPr>
        <w:t xml:space="preserve"> July/August.  I have assumed that </w:t>
      </w:r>
      <w:proofErr w:type="gramStart"/>
      <w:r w:rsidRPr="00D91BF9">
        <w:rPr>
          <w:rFonts w:asciiTheme="majorHAnsi" w:eastAsia="Times New Roman" w:hAnsiTheme="majorHAnsi" w:cstheme="majorHAnsi"/>
          <w:color w:val="212121"/>
          <w:sz w:val="24"/>
          <w:szCs w:val="24"/>
          <w:lang w:eastAsia="en-GB"/>
        </w:rPr>
        <w:t>despite the fact that</w:t>
      </w:r>
      <w:proofErr w:type="gramEnd"/>
      <w:r w:rsidRPr="00D91BF9">
        <w:rPr>
          <w:rFonts w:asciiTheme="majorHAnsi" w:eastAsia="Times New Roman" w:hAnsiTheme="majorHAnsi" w:cstheme="majorHAnsi"/>
          <w:color w:val="212121"/>
          <w:sz w:val="24"/>
          <w:szCs w:val="24"/>
          <w:lang w:eastAsia="en-GB"/>
        </w:rPr>
        <w:t xml:space="preserve"> our online conference is in September, it makes sense to keep to the regular July-August and late January schedule.   In the July-August newsletter, I will invite attendees at the September conference to write up their observations, reactions etc. for a newsflash that I would publish in October.    Please confirm that this makes sense.</w:t>
      </w:r>
    </w:p>
    <w:p w14:paraId="66DE6075" w14:textId="77777777" w:rsidR="00B16D34" w:rsidRPr="00D91BF9" w:rsidRDefault="00B16D34" w:rsidP="00D91BF9">
      <w:pPr>
        <w:spacing w:after="0" w:line="360" w:lineRule="auto"/>
        <w:rPr>
          <w:rFonts w:asciiTheme="majorHAnsi" w:eastAsia="Times New Roman" w:hAnsiTheme="majorHAnsi" w:cstheme="majorHAnsi"/>
          <w:color w:val="212121"/>
          <w:sz w:val="24"/>
          <w:szCs w:val="24"/>
          <w:lang w:eastAsia="en-GB"/>
        </w:rPr>
      </w:pPr>
      <w:r w:rsidRPr="00D91BF9">
        <w:rPr>
          <w:rFonts w:asciiTheme="majorHAnsi" w:eastAsia="Times New Roman" w:hAnsiTheme="majorHAnsi" w:cstheme="majorHAnsi"/>
          <w:color w:val="212121"/>
          <w:sz w:val="24"/>
          <w:szCs w:val="24"/>
          <w:lang w:eastAsia="en-GB"/>
        </w:rPr>
        <w:t>Newsflashes</w:t>
      </w:r>
    </w:p>
    <w:p w14:paraId="7C274EDA" w14:textId="77777777" w:rsidR="00B16D34" w:rsidRPr="00D91BF9" w:rsidRDefault="00B16D34" w:rsidP="00D91BF9">
      <w:pPr>
        <w:spacing w:after="0" w:line="360" w:lineRule="auto"/>
        <w:ind w:left="720" w:hanging="360"/>
        <w:rPr>
          <w:rFonts w:asciiTheme="majorHAnsi" w:eastAsia="Times New Roman" w:hAnsiTheme="majorHAnsi" w:cstheme="majorHAnsi"/>
          <w:color w:val="212121"/>
          <w:sz w:val="24"/>
          <w:szCs w:val="24"/>
          <w:lang w:eastAsia="en-GB"/>
        </w:rPr>
      </w:pPr>
      <w:r w:rsidRPr="00D91BF9">
        <w:rPr>
          <w:rFonts w:asciiTheme="majorHAnsi" w:eastAsia="Times New Roman" w:hAnsiTheme="majorHAnsi" w:cstheme="majorHAnsi"/>
          <w:color w:val="212121"/>
          <w:sz w:val="24"/>
          <w:szCs w:val="24"/>
          <w:lang w:eastAsia="en-GB"/>
        </w:rPr>
        <w:t xml:space="preserve">-       Newsflashes were sent April 1, 23, 29 May 1, 14, 21, 22, 27.   A June newsflash will be sent </w:t>
      </w:r>
      <w:proofErr w:type="gramStart"/>
      <w:r w:rsidRPr="00D91BF9">
        <w:rPr>
          <w:rFonts w:asciiTheme="majorHAnsi" w:eastAsia="Times New Roman" w:hAnsiTheme="majorHAnsi" w:cstheme="majorHAnsi"/>
          <w:color w:val="212121"/>
          <w:sz w:val="24"/>
          <w:szCs w:val="24"/>
          <w:lang w:eastAsia="en-GB"/>
        </w:rPr>
        <w:t>next  week</w:t>
      </w:r>
      <w:proofErr w:type="gramEnd"/>
      <w:r w:rsidRPr="00D91BF9">
        <w:rPr>
          <w:rFonts w:asciiTheme="majorHAnsi" w:eastAsia="Times New Roman" w:hAnsiTheme="majorHAnsi" w:cstheme="majorHAnsi"/>
          <w:color w:val="212121"/>
          <w:sz w:val="24"/>
          <w:szCs w:val="24"/>
          <w:lang w:eastAsia="en-GB"/>
        </w:rPr>
        <w:t>.  Once the conference schedule is finalized, I will promote via Newsflash...</w:t>
      </w:r>
    </w:p>
    <w:p w14:paraId="0B09060C" w14:textId="77777777" w:rsidR="00B16D34" w:rsidRPr="00D91BF9" w:rsidRDefault="00B16D34" w:rsidP="00D91BF9">
      <w:pPr>
        <w:spacing w:after="0" w:line="360" w:lineRule="auto"/>
        <w:rPr>
          <w:rFonts w:asciiTheme="majorHAnsi" w:hAnsiTheme="majorHAnsi" w:cstheme="majorHAnsi"/>
          <w:sz w:val="24"/>
          <w:szCs w:val="24"/>
        </w:rPr>
      </w:pPr>
    </w:p>
    <w:p w14:paraId="4EB49A5F" w14:textId="77777777" w:rsidR="00D91BF9" w:rsidRDefault="00D91BF9" w:rsidP="00D91BF9">
      <w:pPr>
        <w:spacing w:after="0" w:line="360" w:lineRule="auto"/>
        <w:rPr>
          <w:rFonts w:asciiTheme="majorHAnsi" w:hAnsiTheme="majorHAnsi" w:cstheme="majorHAnsi"/>
          <w:b/>
          <w:bCs/>
          <w:sz w:val="24"/>
          <w:szCs w:val="24"/>
          <w:lang w:val="en-GB"/>
        </w:rPr>
      </w:pPr>
      <w:r>
        <w:rPr>
          <w:rFonts w:asciiTheme="majorHAnsi" w:hAnsiTheme="majorHAnsi" w:cstheme="majorHAnsi"/>
          <w:b/>
          <w:bCs/>
          <w:sz w:val="24"/>
          <w:szCs w:val="24"/>
          <w:lang w:val="en-GB"/>
        </w:rPr>
        <w:br w:type="page"/>
      </w:r>
    </w:p>
    <w:p w14:paraId="77A37D80" w14:textId="1CD912D8" w:rsidR="00B16D34" w:rsidRPr="00D91BF9" w:rsidRDefault="00B16D34" w:rsidP="00D91BF9">
      <w:pPr>
        <w:spacing w:after="0" w:line="360" w:lineRule="auto"/>
        <w:rPr>
          <w:rFonts w:asciiTheme="majorHAnsi" w:hAnsiTheme="majorHAnsi" w:cstheme="majorHAnsi"/>
          <w:b/>
          <w:bCs/>
          <w:sz w:val="24"/>
          <w:szCs w:val="24"/>
          <w:lang w:val="en-GB"/>
        </w:rPr>
      </w:pPr>
      <w:r w:rsidRPr="00D91BF9">
        <w:rPr>
          <w:rFonts w:asciiTheme="majorHAnsi" w:hAnsiTheme="majorHAnsi" w:cstheme="majorHAnsi"/>
          <w:b/>
          <w:bCs/>
          <w:sz w:val="24"/>
          <w:szCs w:val="24"/>
          <w:lang w:val="en-GB"/>
        </w:rPr>
        <w:lastRenderedPageBreak/>
        <w:t>Thursday 11</w:t>
      </w:r>
      <w:r w:rsidRPr="00D91BF9">
        <w:rPr>
          <w:rFonts w:asciiTheme="majorHAnsi" w:hAnsiTheme="majorHAnsi" w:cstheme="majorHAnsi"/>
          <w:b/>
          <w:bCs/>
          <w:sz w:val="24"/>
          <w:szCs w:val="24"/>
          <w:vertAlign w:val="superscript"/>
          <w:lang w:val="en-GB"/>
        </w:rPr>
        <w:t>th</w:t>
      </w:r>
      <w:r w:rsidRPr="00D91BF9">
        <w:rPr>
          <w:rFonts w:asciiTheme="majorHAnsi" w:hAnsiTheme="majorHAnsi" w:cstheme="majorHAnsi"/>
          <w:b/>
          <w:bCs/>
          <w:sz w:val="24"/>
          <w:szCs w:val="24"/>
          <w:lang w:val="en-GB"/>
        </w:rPr>
        <w:t xml:space="preserve"> June 2026 </w:t>
      </w:r>
      <w:proofErr w:type="spellStart"/>
      <w:r w:rsidRPr="00D91BF9">
        <w:rPr>
          <w:rFonts w:asciiTheme="majorHAnsi" w:hAnsiTheme="majorHAnsi" w:cstheme="majorHAnsi"/>
          <w:b/>
          <w:bCs/>
          <w:sz w:val="24"/>
          <w:szCs w:val="24"/>
          <w:lang w:val="en-GB"/>
        </w:rPr>
        <w:t>AFINet</w:t>
      </w:r>
      <w:proofErr w:type="spellEnd"/>
      <w:r w:rsidRPr="00D91BF9">
        <w:rPr>
          <w:rFonts w:asciiTheme="majorHAnsi" w:hAnsiTheme="majorHAnsi" w:cstheme="majorHAnsi"/>
          <w:b/>
          <w:bCs/>
          <w:sz w:val="24"/>
          <w:szCs w:val="24"/>
          <w:lang w:val="en-GB"/>
        </w:rPr>
        <w:t xml:space="preserve"> Trustee Meeting</w:t>
      </w:r>
    </w:p>
    <w:p w14:paraId="21E28B1C" w14:textId="77777777" w:rsidR="00B16D34" w:rsidRPr="00D91BF9" w:rsidRDefault="00B16D34" w:rsidP="00D91BF9">
      <w:pPr>
        <w:spacing w:after="0" w:line="360" w:lineRule="auto"/>
        <w:rPr>
          <w:rFonts w:asciiTheme="majorHAnsi" w:eastAsia="Times New Roman" w:hAnsiTheme="majorHAnsi" w:cstheme="majorHAnsi"/>
          <w:color w:val="212121"/>
          <w:sz w:val="24"/>
          <w:szCs w:val="24"/>
          <w:lang w:eastAsia="en-GB"/>
        </w:rPr>
      </w:pPr>
      <w:r w:rsidRPr="00D91BF9">
        <w:rPr>
          <w:rFonts w:asciiTheme="majorHAnsi" w:hAnsiTheme="majorHAnsi" w:cstheme="majorHAnsi"/>
          <w:b/>
          <w:bCs/>
          <w:sz w:val="24"/>
          <w:szCs w:val="24"/>
          <w:lang w:val="en-GB"/>
        </w:rPr>
        <w:t xml:space="preserve">Updates:  </w:t>
      </w:r>
      <w:proofErr w:type="spellStart"/>
      <w:r w:rsidRPr="00D91BF9">
        <w:rPr>
          <w:rFonts w:asciiTheme="majorHAnsi" w:eastAsia="Times New Roman" w:hAnsiTheme="majorHAnsi" w:cstheme="majorHAnsi"/>
          <w:b/>
          <w:bCs/>
          <w:color w:val="212121"/>
          <w:sz w:val="24"/>
          <w:szCs w:val="24"/>
          <w:lang w:eastAsia="en-GB"/>
        </w:rPr>
        <w:t>Urvita</w:t>
      </w:r>
      <w:proofErr w:type="spellEnd"/>
      <w:r w:rsidRPr="00D91BF9">
        <w:rPr>
          <w:rFonts w:asciiTheme="majorHAnsi" w:eastAsia="Times New Roman" w:hAnsiTheme="majorHAnsi" w:cstheme="majorHAnsi"/>
          <w:b/>
          <w:bCs/>
          <w:color w:val="212121"/>
          <w:sz w:val="24"/>
          <w:szCs w:val="24"/>
          <w:lang w:eastAsia="en-GB"/>
        </w:rPr>
        <w:t xml:space="preserve"> Bhatia </w:t>
      </w:r>
    </w:p>
    <w:p w14:paraId="0AFF6B78" w14:textId="77777777" w:rsidR="00B16D34" w:rsidRPr="00D91BF9" w:rsidRDefault="00B16D34" w:rsidP="00D91BF9">
      <w:pPr>
        <w:spacing w:after="0" w:line="360" w:lineRule="auto"/>
        <w:rPr>
          <w:rFonts w:asciiTheme="majorHAnsi" w:hAnsiTheme="majorHAnsi" w:cstheme="majorHAnsi"/>
          <w:b/>
          <w:bCs/>
          <w:sz w:val="24"/>
          <w:szCs w:val="24"/>
          <w:lang w:val="en-GB"/>
        </w:rPr>
      </w:pPr>
    </w:p>
    <w:p w14:paraId="03CA9A36" w14:textId="77777777" w:rsidR="00B16D34" w:rsidRPr="00D91BF9" w:rsidRDefault="00B16D34" w:rsidP="00D91BF9">
      <w:pPr>
        <w:tabs>
          <w:tab w:val="num" w:pos="720"/>
        </w:tabs>
        <w:spacing w:after="0" w:line="360" w:lineRule="auto"/>
        <w:ind w:left="720" w:hanging="360"/>
        <w:rPr>
          <w:rFonts w:asciiTheme="majorHAnsi" w:hAnsiTheme="majorHAnsi" w:cstheme="majorHAnsi"/>
          <w:b/>
          <w:bCs/>
          <w:sz w:val="24"/>
          <w:szCs w:val="24"/>
        </w:rPr>
      </w:pPr>
    </w:p>
    <w:p w14:paraId="0E8AC543" w14:textId="77777777" w:rsidR="00B16D34" w:rsidRPr="00D91BF9" w:rsidRDefault="00B16D34" w:rsidP="00D91BF9">
      <w:pPr>
        <w:tabs>
          <w:tab w:val="num" w:pos="720"/>
        </w:tabs>
        <w:spacing w:after="0" w:line="360" w:lineRule="auto"/>
        <w:ind w:left="720" w:hanging="360"/>
        <w:rPr>
          <w:rFonts w:asciiTheme="majorHAnsi" w:hAnsiTheme="majorHAnsi" w:cstheme="majorHAnsi"/>
          <w:b/>
          <w:bCs/>
          <w:sz w:val="24"/>
          <w:szCs w:val="24"/>
        </w:rPr>
      </w:pPr>
      <w:r w:rsidRPr="00D91BF9">
        <w:rPr>
          <w:rFonts w:asciiTheme="majorHAnsi" w:hAnsiTheme="majorHAnsi" w:cstheme="majorHAnsi"/>
          <w:b/>
          <w:bCs/>
          <w:sz w:val="24"/>
          <w:szCs w:val="24"/>
        </w:rPr>
        <w:t>GOA Conference</w:t>
      </w:r>
    </w:p>
    <w:p w14:paraId="7CBE654A" w14:textId="77777777" w:rsidR="00B16D34" w:rsidRPr="00D91BF9" w:rsidRDefault="00B16D34" w:rsidP="00D91BF9">
      <w:pPr>
        <w:tabs>
          <w:tab w:val="num" w:pos="720"/>
        </w:tabs>
        <w:spacing w:after="0" w:line="360" w:lineRule="auto"/>
        <w:ind w:left="720" w:hanging="360"/>
        <w:rPr>
          <w:rFonts w:asciiTheme="majorHAnsi" w:hAnsiTheme="majorHAnsi" w:cstheme="majorHAnsi"/>
          <w:b/>
          <w:bCs/>
          <w:sz w:val="24"/>
          <w:szCs w:val="24"/>
        </w:rPr>
      </w:pPr>
    </w:p>
    <w:p w14:paraId="2F40D2CD" w14:textId="77777777" w:rsidR="00B16D34" w:rsidRPr="00D91BF9" w:rsidRDefault="00B16D34" w:rsidP="00D91BF9">
      <w:pPr>
        <w:numPr>
          <w:ilvl w:val="0"/>
          <w:numId w:val="35"/>
        </w:numPr>
        <w:spacing w:after="0" w:line="360" w:lineRule="auto"/>
        <w:rPr>
          <w:rFonts w:asciiTheme="majorHAnsi" w:eastAsia="Times New Roman" w:hAnsiTheme="majorHAnsi" w:cstheme="majorHAnsi"/>
          <w:color w:val="000000"/>
          <w:sz w:val="24"/>
          <w:szCs w:val="24"/>
          <w:lang w:eastAsia="en-GB"/>
        </w:rPr>
      </w:pPr>
      <w:r w:rsidRPr="00D91BF9">
        <w:rPr>
          <w:rFonts w:asciiTheme="majorHAnsi" w:eastAsia="Times New Roman" w:hAnsiTheme="majorHAnsi" w:cstheme="majorHAnsi"/>
          <w:color w:val="000000"/>
          <w:sz w:val="24"/>
          <w:szCs w:val="24"/>
          <w:lang w:eastAsia="en-GB"/>
        </w:rPr>
        <w:t>We have identified an ideal conference venue: </w:t>
      </w:r>
      <w:hyperlink r:id="rId7" w:history="1">
        <w:r w:rsidRPr="00D91BF9">
          <w:rPr>
            <w:rFonts w:asciiTheme="majorHAnsi" w:eastAsia="Times New Roman" w:hAnsiTheme="majorHAnsi" w:cstheme="majorHAnsi"/>
            <w:color w:val="0078D7"/>
            <w:sz w:val="24"/>
            <w:szCs w:val="24"/>
            <w:u w:val="single"/>
            <w:lang w:eastAsia="en-GB"/>
          </w:rPr>
          <w:t>https://clubegaspardias.com/</w:t>
        </w:r>
      </w:hyperlink>
      <w:r w:rsidRPr="00D91BF9">
        <w:rPr>
          <w:rFonts w:asciiTheme="majorHAnsi" w:eastAsia="Times New Roman" w:hAnsiTheme="majorHAnsi" w:cstheme="majorHAnsi"/>
          <w:color w:val="000000"/>
          <w:sz w:val="24"/>
          <w:szCs w:val="24"/>
          <w:lang w:eastAsia="en-GB"/>
        </w:rPr>
        <w:t xml:space="preserve">. We visited the venue last month, and it has ample space and facilities to comfortably accommodate the conference proceedings and related activities (including rooms for the speakers). They have confirmed availability of the space for the dates of both, </w:t>
      </w:r>
      <w:proofErr w:type="spellStart"/>
      <w:r w:rsidRPr="00D91BF9">
        <w:rPr>
          <w:rFonts w:asciiTheme="majorHAnsi" w:eastAsia="Times New Roman" w:hAnsiTheme="majorHAnsi" w:cstheme="majorHAnsi"/>
          <w:color w:val="000000"/>
          <w:sz w:val="24"/>
          <w:szCs w:val="24"/>
          <w:lang w:eastAsia="en-GB"/>
        </w:rPr>
        <w:t>AFINet</w:t>
      </w:r>
      <w:proofErr w:type="spellEnd"/>
      <w:r w:rsidRPr="00D91BF9">
        <w:rPr>
          <w:rFonts w:asciiTheme="majorHAnsi" w:eastAsia="Times New Roman" w:hAnsiTheme="majorHAnsi" w:cstheme="majorHAnsi"/>
          <w:color w:val="000000"/>
          <w:sz w:val="24"/>
          <w:szCs w:val="24"/>
          <w:lang w:eastAsia="en-GB"/>
        </w:rPr>
        <w:t xml:space="preserve"> and INEBRIA. Additionally, we will also be able to access member rates of this club for the conference, which should help significantly with overall costs.</w:t>
      </w:r>
    </w:p>
    <w:p w14:paraId="64E3D32B" w14:textId="77777777" w:rsidR="00B16D34" w:rsidRPr="00D91BF9" w:rsidRDefault="00B16D34" w:rsidP="00D91BF9">
      <w:pPr>
        <w:numPr>
          <w:ilvl w:val="0"/>
          <w:numId w:val="35"/>
        </w:numPr>
        <w:spacing w:after="0" w:line="360" w:lineRule="auto"/>
        <w:rPr>
          <w:rFonts w:asciiTheme="majorHAnsi" w:eastAsia="Times New Roman" w:hAnsiTheme="majorHAnsi" w:cstheme="majorHAnsi"/>
          <w:color w:val="000000"/>
          <w:sz w:val="24"/>
          <w:szCs w:val="24"/>
          <w:lang w:eastAsia="en-GB"/>
        </w:rPr>
      </w:pPr>
      <w:r w:rsidRPr="00D91BF9">
        <w:rPr>
          <w:rFonts w:asciiTheme="majorHAnsi" w:eastAsia="Times New Roman" w:hAnsiTheme="majorHAnsi" w:cstheme="majorHAnsi"/>
          <w:color w:val="000000"/>
          <w:sz w:val="24"/>
          <w:szCs w:val="24"/>
          <w:lang w:eastAsia="en-GB"/>
        </w:rPr>
        <w:t xml:space="preserve">We have completed discussions with the </w:t>
      </w:r>
      <w:proofErr w:type="spellStart"/>
      <w:r w:rsidRPr="00D91BF9">
        <w:rPr>
          <w:rFonts w:asciiTheme="majorHAnsi" w:eastAsia="Times New Roman" w:hAnsiTheme="majorHAnsi" w:cstheme="majorHAnsi"/>
          <w:color w:val="000000"/>
          <w:sz w:val="24"/>
          <w:szCs w:val="24"/>
          <w:lang w:eastAsia="en-GB"/>
        </w:rPr>
        <w:t>Sangath</w:t>
      </w:r>
      <w:proofErr w:type="spellEnd"/>
      <w:r w:rsidRPr="00D91BF9">
        <w:rPr>
          <w:rFonts w:asciiTheme="majorHAnsi" w:eastAsia="Times New Roman" w:hAnsiTheme="majorHAnsi" w:cstheme="majorHAnsi"/>
          <w:color w:val="000000"/>
          <w:sz w:val="24"/>
          <w:szCs w:val="24"/>
          <w:lang w:eastAsia="en-GB"/>
        </w:rPr>
        <w:t xml:space="preserve"> Finance Team to explore how the finances for the conference could be managed between </w:t>
      </w:r>
      <w:proofErr w:type="spellStart"/>
      <w:r w:rsidRPr="00D91BF9">
        <w:rPr>
          <w:rFonts w:asciiTheme="majorHAnsi" w:eastAsia="Times New Roman" w:hAnsiTheme="majorHAnsi" w:cstheme="majorHAnsi"/>
          <w:color w:val="000000"/>
          <w:sz w:val="24"/>
          <w:szCs w:val="24"/>
          <w:lang w:eastAsia="en-GB"/>
        </w:rPr>
        <w:t>Sangath</w:t>
      </w:r>
      <w:proofErr w:type="spellEnd"/>
      <w:r w:rsidRPr="00D91BF9">
        <w:rPr>
          <w:rFonts w:asciiTheme="majorHAnsi" w:eastAsia="Times New Roman" w:hAnsiTheme="majorHAnsi" w:cstheme="majorHAnsi"/>
          <w:color w:val="000000"/>
          <w:sz w:val="24"/>
          <w:szCs w:val="24"/>
          <w:lang w:eastAsia="en-GB"/>
        </w:rPr>
        <w:t xml:space="preserve"> and </w:t>
      </w:r>
      <w:proofErr w:type="spellStart"/>
      <w:r w:rsidRPr="00D91BF9">
        <w:rPr>
          <w:rFonts w:asciiTheme="majorHAnsi" w:eastAsia="Times New Roman" w:hAnsiTheme="majorHAnsi" w:cstheme="majorHAnsi"/>
          <w:color w:val="000000"/>
          <w:sz w:val="24"/>
          <w:szCs w:val="24"/>
          <w:lang w:eastAsia="en-GB"/>
        </w:rPr>
        <w:t>AFINet</w:t>
      </w:r>
      <w:proofErr w:type="spellEnd"/>
      <w:r w:rsidRPr="00D91BF9">
        <w:rPr>
          <w:rFonts w:asciiTheme="majorHAnsi" w:eastAsia="Times New Roman" w:hAnsiTheme="majorHAnsi" w:cstheme="majorHAnsi"/>
          <w:color w:val="000000"/>
          <w:sz w:val="24"/>
          <w:szCs w:val="24"/>
          <w:lang w:eastAsia="en-GB"/>
        </w:rPr>
        <w:t xml:space="preserve">, </w:t>
      </w:r>
      <w:proofErr w:type="spellStart"/>
      <w:r w:rsidRPr="00D91BF9">
        <w:rPr>
          <w:rFonts w:asciiTheme="majorHAnsi" w:eastAsia="Times New Roman" w:hAnsiTheme="majorHAnsi" w:cstheme="majorHAnsi"/>
          <w:color w:val="000000"/>
          <w:sz w:val="24"/>
          <w:szCs w:val="24"/>
          <w:lang w:eastAsia="en-GB"/>
        </w:rPr>
        <w:t>eg</w:t>
      </w:r>
      <w:proofErr w:type="spellEnd"/>
      <w:r w:rsidRPr="00D91BF9">
        <w:rPr>
          <w:rFonts w:asciiTheme="majorHAnsi" w:eastAsia="Times New Roman" w:hAnsiTheme="majorHAnsi" w:cstheme="majorHAnsi"/>
          <w:color w:val="000000"/>
          <w:sz w:val="24"/>
          <w:szCs w:val="24"/>
          <w:lang w:eastAsia="en-GB"/>
        </w:rPr>
        <w:t xml:space="preserve"> disbursement of bursaries. </w:t>
      </w:r>
    </w:p>
    <w:p w14:paraId="13290A84" w14:textId="77777777" w:rsidR="00B16D34" w:rsidRPr="00D91BF9" w:rsidRDefault="00B16D34" w:rsidP="00D91BF9">
      <w:pPr>
        <w:numPr>
          <w:ilvl w:val="0"/>
          <w:numId w:val="35"/>
        </w:numPr>
        <w:spacing w:after="0" w:line="360" w:lineRule="auto"/>
        <w:rPr>
          <w:rFonts w:asciiTheme="majorHAnsi" w:eastAsia="Times New Roman" w:hAnsiTheme="majorHAnsi" w:cstheme="majorHAnsi"/>
          <w:color w:val="000000"/>
          <w:sz w:val="24"/>
          <w:szCs w:val="24"/>
          <w:lang w:eastAsia="en-GB"/>
        </w:rPr>
      </w:pPr>
      <w:r w:rsidRPr="00D91BF9">
        <w:rPr>
          <w:rFonts w:asciiTheme="majorHAnsi" w:eastAsia="Times New Roman" w:hAnsiTheme="majorHAnsi" w:cstheme="majorHAnsi"/>
          <w:color w:val="000000"/>
          <w:sz w:val="24"/>
          <w:szCs w:val="24"/>
          <w:lang w:eastAsia="en-GB"/>
        </w:rPr>
        <w:t xml:space="preserve">An agreement has been signed between </w:t>
      </w:r>
      <w:proofErr w:type="spellStart"/>
      <w:r w:rsidRPr="00D91BF9">
        <w:rPr>
          <w:rFonts w:asciiTheme="majorHAnsi" w:eastAsia="Times New Roman" w:hAnsiTheme="majorHAnsi" w:cstheme="majorHAnsi"/>
          <w:color w:val="000000"/>
          <w:sz w:val="24"/>
          <w:szCs w:val="24"/>
          <w:lang w:eastAsia="en-GB"/>
        </w:rPr>
        <w:t>Sangath</w:t>
      </w:r>
      <w:proofErr w:type="spellEnd"/>
      <w:r w:rsidRPr="00D91BF9">
        <w:rPr>
          <w:rFonts w:asciiTheme="majorHAnsi" w:eastAsia="Times New Roman" w:hAnsiTheme="majorHAnsi" w:cstheme="majorHAnsi"/>
          <w:color w:val="000000"/>
          <w:sz w:val="24"/>
          <w:szCs w:val="24"/>
          <w:lang w:eastAsia="en-GB"/>
        </w:rPr>
        <w:t xml:space="preserve"> and </w:t>
      </w:r>
      <w:proofErr w:type="spellStart"/>
      <w:r w:rsidRPr="00D91BF9">
        <w:rPr>
          <w:rFonts w:asciiTheme="majorHAnsi" w:eastAsia="Times New Roman" w:hAnsiTheme="majorHAnsi" w:cstheme="majorHAnsi"/>
          <w:color w:val="000000"/>
          <w:sz w:val="24"/>
          <w:szCs w:val="24"/>
          <w:lang w:eastAsia="en-GB"/>
        </w:rPr>
        <w:t>AFINet</w:t>
      </w:r>
      <w:proofErr w:type="spellEnd"/>
      <w:r w:rsidRPr="00D91BF9">
        <w:rPr>
          <w:rFonts w:asciiTheme="majorHAnsi" w:eastAsia="Times New Roman" w:hAnsiTheme="majorHAnsi" w:cstheme="majorHAnsi"/>
          <w:color w:val="000000"/>
          <w:sz w:val="24"/>
          <w:szCs w:val="24"/>
          <w:lang w:eastAsia="en-GB"/>
        </w:rPr>
        <w:t xml:space="preserve"> for the conference. </w:t>
      </w:r>
      <w:proofErr w:type="spellStart"/>
      <w:r w:rsidRPr="00D91BF9">
        <w:rPr>
          <w:rFonts w:asciiTheme="majorHAnsi" w:eastAsia="Times New Roman" w:hAnsiTheme="majorHAnsi" w:cstheme="majorHAnsi"/>
          <w:color w:val="000000"/>
          <w:sz w:val="24"/>
          <w:szCs w:val="24"/>
          <w:lang w:eastAsia="en-GB"/>
        </w:rPr>
        <w:t>AFINet</w:t>
      </w:r>
      <w:proofErr w:type="spellEnd"/>
      <w:r w:rsidRPr="00D91BF9">
        <w:rPr>
          <w:rFonts w:asciiTheme="majorHAnsi" w:eastAsia="Times New Roman" w:hAnsiTheme="majorHAnsi" w:cstheme="majorHAnsi"/>
          <w:color w:val="000000"/>
          <w:sz w:val="24"/>
          <w:szCs w:val="24"/>
          <w:lang w:eastAsia="en-GB"/>
        </w:rPr>
        <w:t xml:space="preserve"> will provide financial support of 10,000 GBP as a refundable advance to </w:t>
      </w:r>
      <w:proofErr w:type="spellStart"/>
      <w:r w:rsidRPr="00D91BF9">
        <w:rPr>
          <w:rFonts w:asciiTheme="majorHAnsi" w:eastAsia="Times New Roman" w:hAnsiTheme="majorHAnsi" w:cstheme="majorHAnsi"/>
          <w:color w:val="000000"/>
          <w:sz w:val="24"/>
          <w:szCs w:val="24"/>
          <w:lang w:eastAsia="en-GB"/>
        </w:rPr>
        <w:t>Sangath</w:t>
      </w:r>
      <w:proofErr w:type="spellEnd"/>
      <w:r w:rsidRPr="00D91BF9">
        <w:rPr>
          <w:rFonts w:asciiTheme="majorHAnsi" w:eastAsia="Times New Roman" w:hAnsiTheme="majorHAnsi" w:cstheme="majorHAnsi"/>
          <w:color w:val="000000"/>
          <w:sz w:val="24"/>
          <w:szCs w:val="24"/>
          <w:lang w:eastAsia="en-GB"/>
        </w:rPr>
        <w:t xml:space="preserve"> for the purpose of supporting logistical arrangements. </w:t>
      </w:r>
    </w:p>
    <w:p w14:paraId="28852107" w14:textId="77777777" w:rsidR="00B16D34" w:rsidRPr="00D91BF9" w:rsidRDefault="00B16D34" w:rsidP="00D91BF9">
      <w:pPr>
        <w:numPr>
          <w:ilvl w:val="0"/>
          <w:numId w:val="35"/>
        </w:numPr>
        <w:spacing w:after="0" w:line="360" w:lineRule="auto"/>
        <w:rPr>
          <w:rFonts w:asciiTheme="majorHAnsi" w:eastAsia="Times New Roman" w:hAnsiTheme="majorHAnsi" w:cstheme="majorHAnsi"/>
          <w:color w:val="000000"/>
          <w:sz w:val="24"/>
          <w:szCs w:val="24"/>
          <w:lang w:eastAsia="en-GB"/>
        </w:rPr>
      </w:pPr>
      <w:r w:rsidRPr="00D91BF9">
        <w:rPr>
          <w:rFonts w:asciiTheme="majorHAnsi" w:eastAsia="Times New Roman" w:hAnsiTheme="majorHAnsi" w:cstheme="majorHAnsi"/>
          <w:color w:val="000000"/>
          <w:sz w:val="24"/>
          <w:szCs w:val="24"/>
          <w:lang w:eastAsia="en-GB"/>
        </w:rPr>
        <w:t>Our next meeting for conference planning is scheduled for 1 Sept (including Richard, Gill, Robert, Julie, Abhijit, me, and the local organising team). </w:t>
      </w:r>
    </w:p>
    <w:p w14:paraId="1650D06E" w14:textId="77777777" w:rsidR="00B16D34" w:rsidRPr="00D91BF9" w:rsidRDefault="00B16D34" w:rsidP="00D91BF9">
      <w:pPr>
        <w:spacing w:after="0" w:line="360" w:lineRule="auto"/>
        <w:ind w:left="720"/>
        <w:rPr>
          <w:rFonts w:asciiTheme="majorHAnsi" w:eastAsia="Times New Roman" w:hAnsiTheme="majorHAnsi" w:cstheme="majorHAnsi"/>
          <w:color w:val="000000"/>
          <w:sz w:val="24"/>
          <w:szCs w:val="24"/>
          <w:lang w:eastAsia="en-GB"/>
        </w:rPr>
      </w:pPr>
    </w:p>
    <w:p w14:paraId="3558B8FE" w14:textId="77777777" w:rsidR="00B16D34" w:rsidRPr="00D91BF9" w:rsidRDefault="00B16D34" w:rsidP="00D91BF9">
      <w:pPr>
        <w:spacing w:after="0" w:line="360" w:lineRule="auto"/>
        <w:rPr>
          <w:rFonts w:asciiTheme="majorHAnsi" w:eastAsia="Times New Roman" w:hAnsiTheme="majorHAnsi" w:cstheme="majorHAnsi"/>
          <w:color w:val="212121"/>
          <w:sz w:val="24"/>
          <w:szCs w:val="24"/>
          <w:lang w:eastAsia="en-GB"/>
        </w:rPr>
      </w:pPr>
      <w:r w:rsidRPr="00D91BF9">
        <w:rPr>
          <w:rFonts w:asciiTheme="majorHAnsi" w:eastAsia="Times New Roman" w:hAnsiTheme="majorHAnsi" w:cstheme="majorHAnsi"/>
          <w:color w:val="212121"/>
          <w:sz w:val="24"/>
          <w:szCs w:val="24"/>
          <w:lang w:eastAsia="en-GB"/>
        </w:rPr>
        <w:t>Best wishes</w:t>
      </w:r>
    </w:p>
    <w:p w14:paraId="27BDC87C" w14:textId="77777777" w:rsidR="00B16D34" w:rsidRPr="00D91BF9" w:rsidRDefault="00B16D34" w:rsidP="00D91BF9">
      <w:pPr>
        <w:spacing w:after="0" w:line="360" w:lineRule="auto"/>
        <w:rPr>
          <w:rFonts w:asciiTheme="majorHAnsi" w:eastAsia="Times New Roman" w:hAnsiTheme="majorHAnsi" w:cstheme="majorHAnsi"/>
          <w:color w:val="212121"/>
          <w:sz w:val="24"/>
          <w:szCs w:val="24"/>
          <w:lang w:eastAsia="en-GB"/>
        </w:rPr>
      </w:pPr>
      <w:proofErr w:type="spellStart"/>
      <w:r w:rsidRPr="00D91BF9">
        <w:rPr>
          <w:rFonts w:asciiTheme="majorHAnsi" w:eastAsia="Times New Roman" w:hAnsiTheme="majorHAnsi" w:cstheme="majorHAnsi"/>
          <w:color w:val="212121"/>
          <w:sz w:val="24"/>
          <w:szCs w:val="24"/>
          <w:lang w:eastAsia="en-GB"/>
        </w:rPr>
        <w:t>Urvita</w:t>
      </w:r>
      <w:proofErr w:type="spellEnd"/>
    </w:p>
    <w:p w14:paraId="36C0F937" w14:textId="77777777" w:rsidR="00B16D34" w:rsidRPr="00D91BF9" w:rsidRDefault="00B16D34" w:rsidP="00D91BF9">
      <w:pPr>
        <w:spacing w:after="0" w:line="360" w:lineRule="auto"/>
        <w:rPr>
          <w:rFonts w:asciiTheme="majorHAnsi" w:eastAsia="Times New Roman" w:hAnsiTheme="majorHAnsi" w:cstheme="majorHAnsi"/>
          <w:color w:val="212121"/>
          <w:sz w:val="24"/>
          <w:szCs w:val="24"/>
          <w:lang w:eastAsia="en-GB"/>
        </w:rPr>
      </w:pPr>
    </w:p>
    <w:p w14:paraId="2425875A" w14:textId="77777777" w:rsidR="00B16D34" w:rsidRPr="00D91BF9" w:rsidRDefault="00B16D34" w:rsidP="00D91BF9">
      <w:pPr>
        <w:spacing w:after="0" w:line="360" w:lineRule="auto"/>
        <w:rPr>
          <w:rFonts w:asciiTheme="majorHAnsi" w:eastAsia="Times New Roman" w:hAnsiTheme="majorHAnsi" w:cstheme="majorHAnsi"/>
          <w:color w:val="212121"/>
          <w:sz w:val="24"/>
          <w:szCs w:val="24"/>
          <w:lang w:eastAsia="en-GB"/>
        </w:rPr>
      </w:pPr>
      <w:proofErr w:type="spellStart"/>
      <w:r w:rsidRPr="00D91BF9">
        <w:rPr>
          <w:rFonts w:asciiTheme="majorHAnsi" w:eastAsia="Times New Roman" w:hAnsiTheme="majorHAnsi" w:cstheme="majorHAnsi"/>
          <w:color w:val="212121"/>
          <w:sz w:val="24"/>
          <w:szCs w:val="24"/>
          <w:lang w:eastAsia="en-GB"/>
        </w:rPr>
        <w:t>Urvita</w:t>
      </w:r>
      <w:proofErr w:type="spellEnd"/>
      <w:r w:rsidRPr="00D91BF9">
        <w:rPr>
          <w:rFonts w:asciiTheme="majorHAnsi" w:eastAsia="Times New Roman" w:hAnsiTheme="majorHAnsi" w:cstheme="majorHAnsi"/>
          <w:color w:val="212121"/>
          <w:sz w:val="24"/>
          <w:szCs w:val="24"/>
          <w:lang w:eastAsia="en-GB"/>
        </w:rPr>
        <w:t xml:space="preserve"> Bhatia </w:t>
      </w:r>
    </w:p>
    <w:p w14:paraId="4EC64F67" w14:textId="77777777" w:rsidR="00B16D34" w:rsidRPr="00D91BF9" w:rsidRDefault="00B16D34" w:rsidP="00D91BF9">
      <w:pPr>
        <w:spacing w:after="0" w:line="360" w:lineRule="auto"/>
        <w:rPr>
          <w:rFonts w:asciiTheme="majorHAnsi" w:eastAsia="Times New Roman" w:hAnsiTheme="majorHAnsi" w:cstheme="majorHAnsi"/>
          <w:color w:val="212121"/>
          <w:sz w:val="24"/>
          <w:szCs w:val="24"/>
          <w:lang w:eastAsia="en-GB"/>
        </w:rPr>
      </w:pPr>
      <w:r w:rsidRPr="00D91BF9">
        <w:rPr>
          <w:rFonts w:asciiTheme="majorHAnsi" w:eastAsia="Times New Roman" w:hAnsiTheme="majorHAnsi" w:cstheme="majorHAnsi"/>
          <w:color w:val="000000"/>
          <w:sz w:val="24"/>
          <w:szCs w:val="24"/>
          <w:lang w:eastAsia="en-GB"/>
        </w:rPr>
        <w:t>Research Fellow, Department of Population Health |</w:t>
      </w:r>
      <w:r w:rsidRPr="00D91BF9">
        <w:rPr>
          <w:rFonts w:asciiTheme="majorHAnsi" w:eastAsia="Times New Roman" w:hAnsiTheme="majorHAnsi" w:cstheme="majorHAnsi"/>
          <w:color w:val="212121"/>
          <w:sz w:val="24"/>
          <w:szCs w:val="24"/>
          <w:lang w:eastAsia="en-GB"/>
        </w:rPr>
        <w:t> </w:t>
      </w:r>
      <w:hyperlink r:id="rId8" w:tooltip="https://www.lshtm.ac.uk/" w:history="1">
        <w:r w:rsidRPr="00D91BF9">
          <w:rPr>
            <w:rFonts w:asciiTheme="majorHAnsi" w:eastAsia="Times New Roman" w:hAnsiTheme="majorHAnsi" w:cstheme="majorHAnsi"/>
            <w:color w:val="51A7F9"/>
            <w:sz w:val="24"/>
            <w:szCs w:val="24"/>
            <w:u w:val="single"/>
            <w:lang w:eastAsia="en-GB"/>
          </w:rPr>
          <w:t>London School of Hygiene and Tropical Medicine</w:t>
        </w:r>
      </w:hyperlink>
    </w:p>
    <w:p w14:paraId="28E0F5BD" w14:textId="77777777" w:rsidR="00B16D34" w:rsidRPr="00D91BF9" w:rsidRDefault="00B16D34" w:rsidP="00D91BF9">
      <w:pPr>
        <w:spacing w:after="0" w:line="360" w:lineRule="auto"/>
        <w:rPr>
          <w:rFonts w:asciiTheme="majorHAnsi" w:eastAsia="Times New Roman" w:hAnsiTheme="majorHAnsi" w:cstheme="majorHAnsi"/>
          <w:color w:val="212121"/>
          <w:sz w:val="24"/>
          <w:szCs w:val="24"/>
          <w:lang w:eastAsia="en-GB"/>
        </w:rPr>
      </w:pPr>
      <w:r w:rsidRPr="00D91BF9">
        <w:rPr>
          <w:rFonts w:asciiTheme="majorHAnsi" w:eastAsia="Times New Roman" w:hAnsiTheme="majorHAnsi" w:cstheme="majorHAnsi"/>
          <w:color w:val="000000"/>
          <w:sz w:val="24"/>
          <w:szCs w:val="24"/>
          <w:lang w:eastAsia="en-GB"/>
        </w:rPr>
        <w:t>Research Fellow, Addictions and related-Research Group |</w:t>
      </w:r>
      <w:r w:rsidRPr="00D91BF9">
        <w:rPr>
          <w:rFonts w:asciiTheme="majorHAnsi" w:eastAsia="Times New Roman" w:hAnsiTheme="majorHAnsi" w:cstheme="majorHAnsi"/>
          <w:color w:val="999999"/>
          <w:sz w:val="24"/>
          <w:szCs w:val="24"/>
          <w:lang w:eastAsia="en-GB"/>
        </w:rPr>
        <w:t> </w:t>
      </w:r>
      <w:proofErr w:type="spellStart"/>
      <w:r w:rsidRPr="00D91BF9">
        <w:rPr>
          <w:rFonts w:asciiTheme="majorHAnsi" w:eastAsia="Times New Roman" w:hAnsiTheme="majorHAnsi" w:cstheme="majorHAnsi"/>
          <w:color w:val="51A7F9"/>
          <w:sz w:val="24"/>
          <w:szCs w:val="24"/>
          <w:lang w:eastAsia="en-GB"/>
        </w:rPr>
        <w:fldChar w:fldCharType="begin"/>
      </w:r>
      <w:r w:rsidRPr="00D91BF9">
        <w:rPr>
          <w:rFonts w:asciiTheme="majorHAnsi" w:eastAsia="Times New Roman" w:hAnsiTheme="majorHAnsi" w:cstheme="majorHAnsi"/>
          <w:color w:val="51A7F9"/>
          <w:sz w:val="24"/>
          <w:szCs w:val="24"/>
          <w:lang w:eastAsia="en-GB"/>
        </w:rPr>
        <w:instrText>HYPERLINK "http://www.sangath.in/" \o "http://www.sangath.in/"</w:instrText>
      </w:r>
      <w:r w:rsidRPr="00D91BF9">
        <w:rPr>
          <w:rFonts w:asciiTheme="majorHAnsi" w:eastAsia="Times New Roman" w:hAnsiTheme="majorHAnsi" w:cstheme="majorHAnsi"/>
          <w:color w:val="51A7F9"/>
          <w:sz w:val="24"/>
          <w:szCs w:val="24"/>
          <w:lang w:eastAsia="en-GB"/>
        </w:rPr>
      </w:r>
      <w:r w:rsidRPr="00D91BF9">
        <w:rPr>
          <w:rFonts w:asciiTheme="majorHAnsi" w:eastAsia="Times New Roman" w:hAnsiTheme="majorHAnsi" w:cstheme="majorHAnsi"/>
          <w:color w:val="51A7F9"/>
          <w:sz w:val="24"/>
          <w:szCs w:val="24"/>
          <w:lang w:eastAsia="en-GB"/>
        </w:rPr>
        <w:fldChar w:fldCharType="separate"/>
      </w:r>
      <w:r w:rsidRPr="00D91BF9">
        <w:rPr>
          <w:rFonts w:asciiTheme="majorHAnsi" w:eastAsia="Times New Roman" w:hAnsiTheme="majorHAnsi" w:cstheme="majorHAnsi"/>
          <w:color w:val="51A7F9"/>
          <w:sz w:val="24"/>
          <w:szCs w:val="24"/>
          <w:u w:val="single"/>
          <w:lang w:eastAsia="en-GB"/>
        </w:rPr>
        <w:t>Sangath</w:t>
      </w:r>
      <w:proofErr w:type="spellEnd"/>
      <w:r w:rsidRPr="00D91BF9">
        <w:rPr>
          <w:rFonts w:asciiTheme="majorHAnsi" w:eastAsia="Times New Roman" w:hAnsiTheme="majorHAnsi" w:cstheme="majorHAnsi"/>
          <w:color w:val="51A7F9"/>
          <w:sz w:val="24"/>
          <w:szCs w:val="24"/>
          <w:lang w:eastAsia="en-GB"/>
        </w:rPr>
        <w:fldChar w:fldCharType="end"/>
      </w:r>
    </w:p>
    <w:p w14:paraId="59402CE6" w14:textId="77777777" w:rsidR="00B16D34" w:rsidRPr="00D91BF9" w:rsidRDefault="00B16D34" w:rsidP="00D91BF9">
      <w:pPr>
        <w:spacing w:after="0" w:line="360" w:lineRule="auto"/>
        <w:rPr>
          <w:rFonts w:asciiTheme="majorHAnsi" w:eastAsia="Times New Roman" w:hAnsiTheme="majorHAnsi" w:cstheme="majorHAnsi"/>
          <w:color w:val="51A7F9"/>
          <w:sz w:val="24"/>
          <w:szCs w:val="24"/>
          <w:lang w:eastAsia="en-GB"/>
        </w:rPr>
      </w:pPr>
      <w:hyperlink r:id="rId9" w:tooltip="https://www.centreforglobalmentalhealth.org/" w:history="1">
        <w:r w:rsidRPr="00D91BF9">
          <w:rPr>
            <w:rFonts w:asciiTheme="majorHAnsi" w:eastAsia="Times New Roman" w:hAnsiTheme="majorHAnsi" w:cstheme="majorHAnsi"/>
            <w:color w:val="51A7F9"/>
            <w:sz w:val="24"/>
            <w:szCs w:val="24"/>
            <w:u w:val="single"/>
            <w:lang w:eastAsia="en-GB"/>
          </w:rPr>
          <w:t>Centre for Global Mental Health</w:t>
        </w:r>
      </w:hyperlink>
      <w:r w:rsidRPr="00D91BF9">
        <w:rPr>
          <w:rFonts w:asciiTheme="majorHAnsi" w:eastAsia="Times New Roman" w:hAnsiTheme="majorHAnsi" w:cstheme="majorHAnsi"/>
          <w:color w:val="51A7F9"/>
          <w:sz w:val="24"/>
          <w:szCs w:val="24"/>
          <w:lang w:eastAsia="en-GB"/>
        </w:rPr>
        <w:t> | </w:t>
      </w:r>
      <w:hyperlink r:id="rId10" w:tooltip="https://www.sangath.in/addictions" w:history="1">
        <w:r w:rsidRPr="00D91BF9">
          <w:rPr>
            <w:rFonts w:asciiTheme="majorHAnsi" w:eastAsia="Times New Roman" w:hAnsiTheme="majorHAnsi" w:cstheme="majorHAnsi"/>
            <w:color w:val="51A7F9"/>
            <w:sz w:val="24"/>
            <w:szCs w:val="24"/>
            <w:u w:val="single"/>
            <w:lang w:eastAsia="en-GB"/>
          </w:rPr>
          <w:t>Addictions and related-Research Group</w:t>
        </w:r>
      </w:hyperlink>
      <w:r w:rsidRPr="00D91BF9">
        <w:rPr>
          <w:rFonts w:asciiTheme="majorHAnsi" w:eastAsia="Times New Roman" w:hAnsiTheme="majorHAnsi" w:cstheme="majorHAnsi"/>
          <w:color w:val="51A7F9"/>
          <w:sz w:val="24"/>
          <w:szCs w:val="24"/>
          <w:lang w:eastAsia="en-GB"/>
        </w:rPr>
        <w:t> | </w:t>
      </w:r>
      <w:hyperlink r:id="rId11" w:tooltip="https://www.brookes.ac.uk/research/units/hls/groups/health-behaviour-and-wellbeing" w:history="1">
        <w:r w:rsidRPr="00D91BF9">
          <w:rPr>
            <w:rFonts w:asciiTheme="majorHAnsi" w:eastAsia="Times New Roman" w:hAnsiTheme="majorHAnsi" w:cstheme="majorHAnsi"/>
            <w:color w:val="51A7F9"/>
            <w:sz w:val="24"/>
            <w:szCs w:val="24"/>
            <w:u w:val="single"/>
            <w:lang w:eastAsia="en-GB"/>
          </w:rPr>
          <w:t>Health Behaviour and Wellbeing Group</w:t>
        </w:r>
      </w:hyperlink>
    </w:p>
    <w:p w14:paraId="61BF23A0" w14:textId="77777777" w:rsidR="00B16D34" w:rsidRPr="00646544" w:rsidRDefault="00B16D34" w:rsidP="00D91BF9">
      <w:pPr>
        <w:spacing w:after="0" w:line="360" w:lineRule="auto"/>
        <w:rPr>
          <w:rFonts w:asciiTheme="majorHAnsi" w:hAnsiTheme="majorHAnsi" w:cstheme="majorHAnsi"/>
          <w:sz w:val="24"/>
          <w:szCs w:val="24"/>
        </w:rPr>
      </w:pPr>
    </w:p>
    <w:sectPr w:rsidR="00B16D34" w:rsidRPr="00646544" w:rsidSect="00B9423A">
      <w:pgSz w:w="12240" w:h="15840"/>
      <w:pgMar w:top="851"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171488"/>
    <w:multiLevelType w:val="multilevel"/>
    <w:tmpl w:val="9BE4F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075997"/>
    <w:multiLevelType w:val="hybridMultilevel"/>
    <w:tmpl w:val="3C1C48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B171081"/>
    <w:multiLevelType w:val="multilevel"/>
    <w:tmpl w:val="D07C9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50BCC"/>
    <w:multiLevelType w:val="hybridMultilevel"/>
    <w:tmpl w:val="8BB2C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FA26B17"/>
    <w:multiLevelType w:val="hybridMultilevel"/>
    <w:tmpl w:val="222A2C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3D9115A"/>
    <w:multiLevelType w:val="multilevel"/>
    <w:tmpl w:val="ACBC36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966F28"/>
    <w:multiLevelType w:val="hybridMultilevel"/>
    <w:tmpl w:val="66F66F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E7912C7"/>
    <w:multiLevelType w:val="hybridMultilevel"/>
    <w:tmpl w:val="165E6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6970E7A"/>
    <w:multiLevelType w:val="multilevel"/>
    <w:tmpl w:val="03DA3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447292"/>
    <w:multiLevelType w:val="hybridMultilevel"/>
    <w:tmpl w:val="641CDA4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8426C43"/>
    <w:multiLevelType w:val="hybridMultilevel"/>
    <w:tmpl w:val="A4C6B0FA"/>
    <w:lvl w:ilvl="0" w:tplc="D744FA66">
      <w:start w:val="9"/>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5004B6"/>
    <w:multiLevelType w:val="hybridMultilevel"/>
    <w:tmpl w:val="C426A0EA"/>
    <w:lvl w:ilvl="0" w:tplc="545CCA14">
      <w:start w:val="9"/>
      <w:numFmt w:val="bullet"/>
      <w:lvlText w:val="-"/>
      <w:lvlJc w:val="left"/>
      <w:pPr>
        <w:ind w:left="36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637D74"/>
    <w:multiLevelType w:val="hybridMultilevel"/>
    <w:tmpl w:val="3B5473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BB724F4"/>
    <w:multiLevelType w:val="hybridMultilevel"/>
    <w:tmpl w:val="BF84A94C"/>
    <w:lvl w:ilvl="0" w:tplc="545CCA14">
      <w:start w:val="9"/>
      <w:numFmt w:val="bullet"/>
      <w:lvlText w:val="-"/>
      <w:lvlJc w:val="left"/>
      <w:pPr>
        <w:ind w:left="36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9154BC"/>
    <w:multiLevelType w:val="hybridMultilevel"/>
    <w:tmpl w:val="EBC2F9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1036314"/>
    <w:multiLevelType w:val="hybridMultilevel"/>
    <w:tmpl w:val="A0B607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1D9682D"/>
    <w:multiLevelType w:val="hybridMultilevel"/>
    <w:tmpl w:val="8474DD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6197EB0"/>
    <w:multiLevelType w:val="hybridMultilevel"/>
    <w:tmpl w:val="D5CA1F38"/>
    <w:lvl w:ilvl="0" w:tplc="545CCA14">
      <w:start w:val="9"/>
      <w:numFmt w:val="bullet"/>
      <w:lvlText w:val="-"/>
      <w:lvlJc w:val="left"/>
      <w:pPr>
        <w:ind w:left="360" w:hanging="360"/>
      </w:pPr>
      <w:rPr>
        <w:rFonts w:ascii="Arial" w:eastAsiaTheme="minorEastAsia"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0127F0C"/>
    <w:multiLevelType w:val="hybridMultilevel"/>
    <w:tmpl w:val="95021C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6CF0D7F"/>
    <w:multiLevelType w:val="hybridMultilevel"/>
    <w:tmpl w:val="DDB2B0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7EA61E0"/>
    <w:multiLevelType w:val="hybridMultilevel"/>
    <w:tmpl w:val="47726F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FF178A9"/>
    <w:multiLevelType w:val="hybridMultilevel"/>
    <w:tmpl w:val="8B385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1A1250D"/>
    <w:multiLevelType w:val="hybridMultilevel"/>
    <w:tmpl w:val="224C28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2937005"/>
    <w:multiLevelType w:val="multilevel"/>
    <w:tmpl w:val="9F9A5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46120A"/>
    <w:multiLevelType w:val="multilevel"/>
    <w:tmpl w:val="5F8C0D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205DDA"/>
    <w:multiLevelType w:val="hybridMultilevel"/>
    <w:tmpl w:val="6226C4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0E37AA6"/>
    <w:multiLevelType w:val="hybridMultilevel"/>
    <w:tmpl w:val="E5CA0B2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6" w15:restartNumberingAfterBreak="0">
    <w:nsid w:val="72531BD0"/>
    <w:multiLevelType w:val="hybridMultilevel"/>
    <w:tmpl w:val="8334D3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3537EA7"/>
    <w:multiLevelType w:val="multilevel"/>
    <w:tmpl w:val="25C428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A6613E"/>
    <w:multiLevelType w:val="hybridMultilevel"/>
    <w:tmpl w:val="C9C41360"/>
    <w:lvl w:ilvl="0" w:tplc="BC98CB40">
      <w:start w:val="9"/>
      <w:numFmt w:val="bullet"/>
      <w:lvlText w:val="-"/>
      <w:lvlJc w:val="left"/>
      <w:pPr>
        <w:ind w:left="360" w:hanging="360"/>
      </w:pPr>
      <w:rPr>
        <w:rFonts w:ascii="Arial" w:eastAsiaTheme="minorEastAsia"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7D33380"/>
    <w:multiLevelType w:val="multilevel"/>
    <w:tmpl w:val="05947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CB461B"/>
    <w:multiLevelType w:val="hybridMultilevel"/>
    <w:tmpl w:val="5936E3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51315325">
    <w:abstractNumId w:val="8"/>
  </w:num>
  <w:num w:numId="2" w16cid:durableId="484857021">
    <w:abstractNumId w:val="6"/>
  </w:num>
  <w:num w:numId="3" w16cid:durableId="617611880">
    <w:abstractNumId w:val="5"/>
  </w:num>
  <w:num w:numId="4" w16cid:durableId="266083273">
    <w:abstractNumId w:val="4"/>
  </w:num>
  <w:num w:numId="5" w16cid:durableId="520360413">
    <w:abstractNumId w:val="7"/>
  </w:num>
  <w:num w:numId="6" w16cid:durableId="1318536928">
    <w:abstractNumId w:val="3"/>
  </w:num>
  <w:num w:numId="7" w16cid:durableId="1884368556">
    <w:abstractNumId w:val="2"/>
  </w:num>
  <w:num w:numId="8" w16cid:durableId="2140104066">
    <w:abstractNumId w:val="1"/>
  </w:num>
  <w:num w:numId="9" w16cid:durableId="1011761542">
    <w:abstractNumId w:val="0"/>
  </w:num>
  <w:num w:numId="10" w16cid:durableId="1954748231">
    <w:abstractNumId w:val="21"/>
  </w:num>
  <w:num w:numId="11" w16cid:durableId="56055484">
    <w:abstractNumId w:val="18"/>
  </w:num>
  <w:num w:numId="12" w16cid:durableId="2140830417">
    <w:abstractNumId w:val="33"/>
  </w:num>
  <w:num w:numId="13" w16cid:durableId="242225919">
    <w:abstractNumId w:val="40"/>
  </w:num>
  <w:num w:numId="14" w16cid:durableId="340082180">
    <w:abstractNumId w:val="34"/>
  </w:num>
  <w:num w:numId="15" w16cid:durableId="823473731">
    <w:abstractNumId w:val="14"/>
  </w:num>
  <w:num w:numId="16" w16cid:durableId="1276868264">
    <w:abstractNumId w:val="32"/>
  </w:num>
  <w:num w:numId="17" w16cid:durableId="1438335366">
    <w:abstractNumId w:val="36"/>
  </w:num>
  <w:num w:numId="18" w16cid:durableId="1988585427">
    <w:abstractNumId w:val="30"/>
  </w:num>
  <w:num w:numId="19" w16cid:durableId="1323503317">
    <w:abstractNumId w:val="25"/>
  </w:num>
  <w:num w:numId="20" w16cid:durableId="1901211077">
    <w:abstractNumId w:val="9"/>
  </w:num>
  <w:num w:numId="21" w16cid:durableId="176236318">
    <w:abstractNumId w:val="28"/>
  </w:num>
  <w:num w:numId="22" w16cid:durableId="1012688261">
    <w:abstractNumId w:val="11"/>
  </w:num>
  <w:num w:numId="23" w16cid:durableId="918757883">
    <w:abstractNumId w:val="29"/>
  </w:num>
  <w:num w:numId="24" w16cid:durableId="654454742">
    <w:abstractNumId w:val="37"/>
  </w:num>
  <w:num w:numId="25" w16cid:durableId="1773086296">
    <w:abstractNumId w:val="16"/>
  </w:num>
  <w:num w:numId="26" w16cid:durableId="596671032">
    <w:abstractNumId w:val="13"/>
  </w:num>
  <w:num w:numId="27" w16cid:durableId="2093038656">
    <w:abstractNumId w:val="15"/>
  </w:num>
  <w:num w:numId="28" w16cid:durableId="315885234">
    <w:abstractNumId w:val="39"/>
  </w:num>
  <w:num w:numId="29" w16cid:durableId="1773814014">
    <w:abstractNumId w:val="12"/>
  </w:num>
  <w:num w:numId="30" w16cid:durableId="32926561">
    <w:abstractNumId w:val="23"/>
  </w:num>
  <w:num w:numId="31" w16cid:durableId="1198079757">
    <w:abstractNumId w:val="10"/>
  </w:num>
  <w:num w:numId="32" w16cid:durableId="1671368033">
    <w:abstractNumId w:val="35"/>
  </w:num>
  <w:num w:numId="33" w16cid:durableId="1727290496">
    <w:abstractNumId w:val="31"/>
  </w:num>
  <w:num w:numId="34" w16cid:durableId="1066227652">
    <w:abstractNumId w:val="27"/>
  </w:num>
  <w:num w:numId="35" w16cid:durableId="99229409">
    <w:abstractNumId w:val="17"/>
  </w:num>
  <w:num w:numId="36" w16cid:durableId="1781218129">
    <w:abstractNumId w:val="24"/>
  </w:num>
  <w:num w:numId="37" w16cid:durableId="1413819717">
    <w:abstractNumId w:val="19"/>
  </w:num>
  <w:num w:numId="38" w16cid:durableId="1699426684">
    <w:abstractNumId w:val="26"/>
  </w:num>
  <w:num w:numId="39" w16cid:durableId="497889881">
    <w:abstractNumId w:val="22"/>
  </w:num>
  <w:num w:numId="40" w16cid:durableId="2143114880">
    <w:abstractNumId w:val="20"/>
  </w:num>
  <w:num w:numId="41" w16cid:durableId="55346660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5BDD"/>
    <w:rsid w:val="00034616"/>
    <w:rsid w:val="0006063C"/>
    <w:rsid w:val="00094F3D"/>
    <w:rsid w:val="00106046"/>
    <w:rsid w:val="0015074B"/>
    <w:rsid w:val="00161E4D"/>
    <w:rsid w:val="001D3609"/>
    <w:rsid w:val="0029639D"/>
    <w:rsid w:val="002C43E4"/>
    <w:rsid w:val="00326F90"/>
    <w:rsid w:val="00361C8D"/>
    <w:rsid w:val="00414CE2"/>
    <w:rsid w:val="004856CA"/>
    <w:rsid w:val="004857C3"/>
    <w:rsid w:val="00494AA9"/>
    <w:rsid w:val="005F154E"/>
    <w:rsid w:val="00646544"/>
    <w:rsid w:val="006E3037"/>
    <w:rsid w:val="00772590"/>
    <w:rsid w:val="008433FC"/>
    <w:rsid w:val="008B5CD2"/>
    <w:rsid w:val="008C4B24"/>
    <w:rsid w:val="008E4426"/>
    <w:rsid w:val="00902191"/>
    <w:rsid w:val="00AA1D8D"/>
    <w:rsid w:val="00B16D34"/>
    <w:rsid w:val="00B47730"/>
    <w:rsid w:val="00B52C53"/>
    <w:rsid w:val="00B9423A"/>
    <w:rsid w:val="00BE2F9F"/>
    <w:rsid w:val="00C14726"/>
    <w:rsid w:val="00CB0664"/>
    <w:rsid w:val="00CF1C49"/>
    <w:rsid w:val="00D91BF9"/>
    <w:rsid w:val="00E20CA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D389BE"/>
  <w14:defaultImageDpi w14:val="300"/>
  <w15:docId w15:val="{25FE9A65-CD6C-6B49-9521-1DE0B07CA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E3037"/>
    <w:rPr>
      <w:color w:val="0000FF"/>
      <w:u w:val="single"/>
    </w:rPr>
  </w:style>
  <w:style w:type="character" w:styleId="FollowedHyperlink">
    <w:name w:val="FollowedHyperlink"/>
    <w:basedOn w:val="DefaultParagraphFont"/>
    <w:uiPriority w:val="99"/>
    <w:semiHidden/>
    <w:unhideWhenUsed/>
    <w:rsid w:val="006E3037"/>
    <w:rPr>
      <w:color w:val="800080" w:themeColor="followedHyperlink"/>
      <w:u w:val="single"/>
    </w:rPr>
  </w:style>
  <w:style w:type="character" w:customStyle="1" w:styleId="apple-converted-space">
    <w:name w:val="apple-converted-space"/>
    <w:basedOn w:val="DefaultParagraphFont"/>
    <w:rsid w:val="00B16D34"/>
  </w:style>
  <w:style w:type="paragraph" w:styleId="NormalWeb">
    <w:name w:val="Normal (Web)"/>
    <w:basedOn w:val="Normal"/>
    <w:uiPriority w:val="99"/>
    <w:unhideWhenUsed/>
    <w:rsid w:val="00B16D34"/>
    <w:pPr>
      <w:spacing w:before="100" w:beforeAutospacing="1" w:after="100" w:afterAutospacing="1" w:line="240" w:lineRule="auto"/>
    </w:pPr>
    <w:rPr>
      <w:rFonts w:ascii="Times New Roman" w:eastAsia="Times New Roman" w:hAnsi="Times New Roman" w:cs="Times New Roman"/>
      <w:sz w:val="24"/>
      <w:szCs w:val="24"/>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shtm.ac.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clubegaspardias.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worldtimebuddy.com" TargetMode="External"/><Relationship Id="rId11" Type="http://schemas.openxmlformats.org/officeDocument/2006/relationships/hyperlink" Target="https://www.brookes.ac.uk/research/units/hls/groups/health-behaviour-and-wellbeing" TargetMode="External"/><Relationship Id="rId5" Type="http://schemas.openxmlformats.org/officeDocument/2006/relationships/webSettings" Target="webSettings.xml"/><Relationship Id="rId10" Type="http://schemas.openxmlformats.org/officeDocument/2006/relationships/hyperlink" Target="https://www.sangath.in/addictions" TargetMode="External"/><Relationship Id="rId4" Type="http://schemas.openxmlformats.org/officeDocument/2006/relationships/settings" Target="settings.xml"/><Relationship Id="rId9" Type="http://schemas.openxmlformats.org/officeDocument/2006/relationships/hyperlink" Target="https://www.centreforglobalmentalhealth.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2505</Words>
  <Characters>14285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16757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julie Perrin</cp:lastModifiedBy>
  <cp:revision>2</cp:revision>
  <dcterms:created xsi:type="dcterms:W3CDTF">2026-09-11T03:55:00Z</dcterms:created>
  <dcterms:modified xsi:type="dcterms:W3CDTF">2026-09-11T03:55:00Z</dcterms:modified>
  <cp:category/>
</cp:coreProperties>
</file>