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62"/>
        <w:gridCol w:w="617"/>
        <w:gridCol w:w="617"/>
        <w:gridCol w:w="677"/>
        <w:gridCol w:w="846"/>
        <w:gridCol w:w="715"/>
        <w:gridCol w:w="643"/>
        <w:gridCol w:w="765"/>
        <w:gridCol w:w="752"/>
        <w:gridCol w:w="617"/>
        <w:gridCol w:w="617"/>
        <w:gridCol w:w="1081"/>
        <w:gridCol w:w="881"/>
      </w:tblGrid>
      <w:tr w:rsidR="00BC5078" w:rsidRPr="00450CAA" w14:paraId="3E5392F5" w14:textId="6967D771" w:rsidTr="004F2D46">
        <w:trPr>
          <w:tblHeader/>
        </w:trPr>
        <w:tc>
          <w:tcPr>
            <w:tcW w:w="0" w:type="auto"/>
          </w:tcPr>
          <w:p w14:paraId="19DC8A11" w14:textId="52D7CBEE" w:rsidR="00BF0362" w:rsidRPr="00450CAA" w:rsidRDefault="00BF0362" w:rsidP="00DD15CA">
            <w:pPr>
              <w:spacing w:after="160"/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 w:val="24"/>
                <w:szCs w:val="28"/>
                <w:lang w:val="en-GB"/>
              </w:rPr>
              <w:t>Tuesday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1</w:t>
            </w:r>
            <w:r>
              <w:rPr>
                <w:b/>
                <w:bCs/>
                <w:sz w:val="24"/>
                <w:szCs w:val="28"/>
                <w:lang w:val="en-GB"/>
              </w:rPr>
              <w:t>5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September</w:t>
            </w:r>
          </w:p>
        </w:tc>
        <w:tc>
          <w:tcPr>
            <w:tcW w:w="0" w:type="auto"/>
          </w:tcPr>
          <w:p w14:paraId="07E6B16D" w14:textId="7777777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CA97163" w14:textId="5FEFA701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UK</w:t>
            </w:r>
          </w:p>
        </w:tc>
        <w:tc>
          <w:tcPr>
            <w:tcW w:w="0" w:type="auto"/>
          </w:tcPr>
          <w:p w14:paraId="534A867D" w14:textId="7777777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040439D" w14:textId="6D165B13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Berlin</w:t>
            </w:r>
          </w:p>
        </w:tc>
        <w:tc>
          <w:tcPr>
            <w:tcW w:w="0" w:type="auto"/>
          </w:tcPr>
          <w:p w14:paraId="4187B3D7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A367F3C" w14:textId="0E0B198C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Cape Town</w:t>
            </w:r>
          </w:p>
        </w:tc>
        <w:tc>
          <w:tcPr>
            <w:tcW w:w="0" w:type="auto"/>
          </w:tcPr>
          <w:p w14:paraId="73F6FB0B" w14:textId="57051D00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F0B7569" w14:textId="6509D4D2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Istanbul, Turkey</w:t>
            </w:r>
          </w:p>
        </w:tc>
        <w:tc>
          <w:tcPr>
            <w:tcW w:w="0" w:type="auto"/>
          </w:tcPr>
          <w:p w14:paraId="598B645F" w14:textId="7777777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B0134CF" w14:textId="53967B35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Helsinki</w:t>
            </w:r>
          </w:p>
        </w:tc>
        <w:tc>
          <w:tcPr>
            <w:tcW w:w="0" w:type="auto"/>
          </w:tcPr>
          <w:p w14:paraId="3D87B584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25A462E" w14:textId="1A4B4AE5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Seattle</w:t>
            </w:r>
          </w:p>
        </w:tc>
        <w:tc>
          <w:tcPr>
            <w:tcW w:w="0" w:type="auto"/>
          </w:tcPr>
          <w:p w14:paraId="69A05931" w14:textId="66B1140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78AAE0D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New York/</w:t>
            </w:r>
          </w:p>
          <w:p w14:paraId="2E440F3A" w14:textId="7777777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Maine/</w:t>
            </w:r>
          </w:p>
          <w:p w14:paraId="031D60BD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Toronto/</w:t>
            </w:r>
          </w:p>
          <w:p w14:paraId="0693635C" w14:textId="6024E9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Quebec</w:t>
            </w:r>
          </w:p>
        </w:tc>
        <w:tc>
          <w:tcPr>
            <w:tcW w:w="0" w:type="auto"/>
          </w:tcPr>
          <w:p w14:paraId="0D64791E" w14:textId="7777777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2873E13" w14:textId="77777777" w:rsidR="00BF0362" w:rsidRPr="00450CAA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Sao Paulo, Brazil</w:t>
            </w:r>
          </w:p>
          <w:p w14:paraId="62A8C399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</w:tc>
        <w:tc>
          <w:tcPr>
            <w:tcW w:w="0" w:type="auto"/>
          </w:tcPr>
          <w:p w14:paraId="3545A09C" w14:textId="77777777" w:rsidR="00BF0362" w:rsidRDefault="00BF0362" w:rsidP="001A5C57">
            <w:pPr>
              <w:ind w:left="-455" w:firstLine="455"/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730DA60" w14:textId="4B2F599D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India</w:t>
            </w:r>
          </w:p>
        </w:tc>
        <w:tc>
          <w:tcPr>
            <w:tcW w:w="0" w:type="auto"/>
          </w:tcPr>
          <w:p w14:paraId="57105699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8D7221F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Perth,</w:t>
            </w:r>
          </w:p>
          <w:p w14:paraId="0775DB82" w14:textId="6044C05F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</w:t>
            </w:r>
          </w:p>
        </w:tc>
        <w:tc>
          <w:tcPr>
            <w:tcW w:w="0" w:type="auto"/>
          </w:tcPr>
          <w:p w14:paraId="2F20C9A6" w14:textId="6363D1D6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C966FC5" w14:textId="17E4C3CB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Australian Eastern Standard</w:t>
            </w:r>
          </w:p>
        </w:tc>
        <w:tc>
          <w:tcPr>
            <w:tcW w:w="0" w:type="auto"/>
          </w:tcPr>
          <w:p w14:paraId="73708BD9" w14:textId="77777777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B75F6C9" w14:textId="783CEBD4" w:rsidR="00BF0362" w:rsidRDefault="00BF0362" w:rsidP="001A5C57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Auckland, NZ</w:t>
            </w:r>
          </w:p>
        </w:tc>
      </w:tr>
      <w:tr w:rsidR="00BC5078" w:rsidRPr="00450CAA" w14:paraId="207FE954" w14:textId="3A9C5DD5" w:rsidTr="004F2D46">
        <w:trPr>
          <w:tblHeader/>
        </w:trPr>
        <w:tc>
          <w:tcPr>
            <w:tcW w:w="0" w:type="auto"/>
          </w:tcPr>
          <w:p w14:paraId="5CC46AC9" w14:textId="77777777" w:rsidR="006175C8" w:rsidRDefault="00BF0362" w:rsidP="006D239C">
            <w:pPr>
              <w:spacing w:after="120"/>
              <w:rPr>
                <w:rFonts w:asciiTheme="majorHAnsi" w:hAnsiTheme="majorHAnsi" w:cstheme="majorHAnsi"/>
                <w:caps/>
                <w:szCs w:val="20"/>
                <w:lang w:val="en-GB"/>
              </w:rPr>
            </w:pPr>
            <w:r w:rsidRPr="006175C8">
              <w:rPr>
                <w:rFonts w:asciiTheme="majorHAnsi" w:hAnsiTheme="majorHAnsi" w:cstheme="majorHAnsi"/>
                <w:b/>
                <w:szCs w:val="20"/>
                <w:lang w:val="en-GB"/>
              </w:rPr>
              <w:t>Introduction</w:t>
            </w:r>
          </w:p>
          <w:p w14:paraId="27399826" w14:textId="07A06F04" w:rsidR="00BF0362" w:rsidRPr="00723609" w:rsidRDefault="00BF0362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r w:rsidRPr="00723609">
              <w:rPr>
                <w:rFonts w:asciiTheme="majorHAnsi" w:hAnsiTheme="majorHAnsi" w:cstheme="majorHAnsi"/>
                <w:szCs w:val="20"/>
                <w:lang w:val="en-GB"/>
              </w:rPr>
              <w:t>Dr</w:t>
            </w:r>
            <w:r w:rsidRPr="00723609">
              <w:rPr>
                <w:rFonts w:asciiTheme="majorHAnsi" w:hAnsiTheme="majorHAnsi" w:cstheme="majorHAnsi"/>
                <w:caps/>
                <w:szCs w:val="20"/>
                <w:lang w:val="en-GB"/>
              </w:rPr>
              <w:t>.</w:t>
            </w:r>
            <w:proofErr w:type="spellEnd"/>
            <w:r w:rsidRPr="00723609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 G</w:t>
            </w:r>
            <w:r w:rsidRPr="00723609">
              <w:rPr>
                <w:rFonts w:asciiTheme="majorHAnsi" w:hAnsiTheme="majorHAnsi" w:cstheme="majorHAnsi"/>
                <w:szCs w:val="20"/>
                <w:lang w:val="en-GB"/>
              </w:rPr>
              <w:t>allus Bischof</w:t>
            </w:r>
            <w:r w:rsidRPr="00723609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, </w:t>
            </w:r>
            <w:proofErr w:type="spellStart"/>
            <w:r w:rsidRPr="00723609">
              <w:rPr>
                <w:rFonts w:asciiTheme="majorHAnsi" w:hAnsiTheme="majorHAnsi" w:cstheme="majorHAnsi"/>
                <w:caps/>
                <w:szCs w:val="20"/>
                <w:lang w:val="en-GB"/>
              </w:rPr>
              <w:t>AFIN</w:t>
            </w:r>
            <w:r w:rsidRPr="00723609">
              <w:rPr>
                <w:rFonts w:asciiTheme="majorHAnsi" w:hAnsiTheme="majorHAnsi" w:cstheme="majorHAnsi"/>
                <w:szCs w:val="20"/>
                <w:lang w:val="en-GB"/>
              </w:rPr>
              <w:t>et</w:t>
            </w:r>
            <w:proofErr w:type="spellEnd"/>
            <w:r w:rsidRPr="00723609">
              <w:rPr>
                <w:rFonts w:asciiTheme="majorHAnsi" w:hAnsiTheme="majorHAnsi" w:cstheme="majorHAnsi"/>
                <w:szCs w:val="20"/>
                <w:lang w:val="en-GB"/>
              </w:rPr>
              <w:t xml:space="preserve"> chair and conference organizers</w:t>
            </w:r>
          </w:p>
        </w:tc>
        <w:tc>
          <w:tcPr>
            <w:tcW w:w="0" w:type="auto"/>
          </w:tcPr>
          <w:p w14:paraId="678EA6CB" w14:textId="42838806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506D5C" w:rsidRPr="00723609">
              <w:rPr>
                <w:sz w:val="16"/>
                <w:szCs w:val="16"/>
                <w:lang w:val="en-GB"/>
              </w:rPr>
              <w:t>5</w:t>
            </w:r>
            <w:r w:rsidRPr="00723609">
              <w:rPr>
                <w:sz w:val="16"/>
                <w:szCs w:val="16"/>
                <w:lang w:val="en-GB"/>
              </w:rPr>
              <w:t xml:space="preserve">:00 </w:t>
            </w:r>
          </w:p>
        </w:tc>
        <w:tc>
          <w:tcPr>
            <w:tcW w:w="0" w:type="auto"/>
          </w:tcPr>
          <w:p w14:paraId="2F4E9583" w14:textId="7337708F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6</w:t>
            </w:r>
            <w:r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2528A752" w14:textId="491A2908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16</w:t>
            </w:r>
            <w:r w:rsidR="00C058EA">
              <w:rPr>
                <w:sz w:val="16"/>
                <w:szCs w:val="16"/>
                <w:lang w:val="en-GB"/>
              </w:rPr>
              <w:t>:</w:t>
            </w:r>
            <w:r w:rsidR="00BF0362" w:rsidRPr="00723609">
              <w:rPr>
                <w:sz w:val="16"/>
                <w:szCs w:val="16"/>
                <w:lang w:val="en-GB"/>
              </w:rPr>
              <w:t>00</w:t>
            </w:r>
          </w:p>
        </w:tc>
        <w:tc>
          <w:tcPr>
            <w:tcW w:w="0" w:type="auto"/>
          </w:tcPr>
          <w:p w14:paraId="15E6F2A2" w14:textId="0F2CCCD8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7</w:t>
            </w:r>
            <w:r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6E128376" w14:textId="5D59DD83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7</w:t>
            </w:r>
            <w:r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4913A341" w14:textId="53898C17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7</w:t>
            </w:r>
            <w:r w:rsidR="00BF0362"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3850F860" w14:textId="7599B5B1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0</w:t>
            </w:r>
            <w:r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56FDEEC7" w14:textId="2F8DCA2F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1</w:t>
            </w:r>
            <w:r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3E2D9287" w14:textId="397C0E2F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19</w:t>
            </w:r>
            <w:r w:rsidR="00BF0362" w:rsidRPr="00723609">
              <w:rPr>
                <w:sz w:val="16"/>
                <w:szCs w:val="16"/>
                <w:lang w:val="en-GB"/>
              </w:rPr>
              <w:t>:30</w:t>
            </w:r>
          </w:p>
        </w:tc>
        <w:tc>
          <w:tcPr>
            <w:tcW w:w="0" w:type="auto"/>
          </w:tcPr>
          <w:p w14:paraId="7F26BC98" w14:textId="0EB9E34C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</w:t>
            </w:r>
            <w:r w:rsidR="00723609" w:rsidRPr="00723609">
              <w:rPr>
                <w:sz w:val="16"/>
                <w:szCs w:val="16"/>
                <w:lang w:val="en-GB"/>
              </w:rPr>
              <w:t>2</w:t>
            </w:r>
            <w:r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22192617" w14:textId="341FA44B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0</w:t>
            </w:r>
            <w:r w:rsidR="00BF0362" w:rsidRPr="00723609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0" w:type="auto"/>
          </w:tcPr>
          <w:p w14:paraId="71537CEA" w14:textId="0BAAD7A6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</w:t>
            </w:r>
            <w:r w:rsidR="00BF0362" w:rsidRPr="00723609">
              <w:rPr>
                <w:sz w:val="16"/>
                <w:szCs w:val="16"/>
                <w:lang w:val="en-GB"/>
              </w:rPr>
              <w:t>:00</w:t>
            </w:r>
          </w:p>
        </w:tc>
      </w:tr>
      <w:tr w:rsidR="00BC5078" w:rsidRPr="00450CAA" w14:paraId="139C10A1" w14:textId="749DD333" w:rsidTr="004F2D46">
        <w:trPr>
          <w:tblHeader/>
        </w:trPr>
        <w:tc>
          <w:tcPr>
            <w:tcW w:w="0" w:type="auto"/>
          </w:tcPr>
          <w:p w14:paraId="0B1C4443" w14:textId="78B9D4C4" w:rsidR="00BF0362" w:rsidRPr="00DD15CA" w:rsidRDefault="00BF0362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 w:rsidRPr="00DD15CA">
              <w:rPr>
                <w:rFonts w:asciiTheme="majorHAnsi" w:hAnsiTheme="majorHAnsi" w:cstheme="majorHAnsi"/>
                <w:b/>
                <w:szCs w:val="20"/>
                <w:lang w:val="en-GB"/>
              </w:rPr>
              <w:t>Keynote 1</w:t>
            </w:r>
            <w:r w:rsidR="00DD15CA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: </w:t>
            </w:r>
            <w:r w:rsidR="00DD15CA" w:rsidRPr="00DD15CA">
              <w:rPr>
                <w:rFonts w:asciiTheme="majorHAnsi" w:hAnsiTheme="majorHAnsi" w:cstheme="majorHAnsi"/>
                <w:b/>
                <w:szCs w:val="20"/>
                <w:lang w:val="en-GB"/>
              </w:rPr>
              <w:t>Physical and mental health of people living with drug users in Brazil</w:t>
            </w:r>
          </w:p>
          <w:p w14:paraId="26E7C4D5" w14:textId="66030A9C" w:rsidR="00BF0362" w:rsidRPr="00723609" w:rsidRDefault="00DD15CA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595054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 w:rsidR="00903707" w:rsidRPr="00595054">
              <w:rPr>
                <w:rFonts w:asciiTheme="majorHAnsi" w:hAnsiTheme="majorHAnsi" w:cstheme="majorHAnsi"/>
                <w:szCs w:val="20"/>
                <w:lang w:val="en-GB"/>
              </w:rPr>
              <w:t xml:space="preserve"> Richard </w:t>
            </w:r>
            <w:proofErr w:type="spellStart"/>
            <w:r w:rsidR="00903707" w:rsidRPr="00595054">
              <w:rPr>
                <w:rFonts w:asciiTheme="majorHAnsi" w:hAnsiTheme="majorHAnsi" w:cstheme="majorHAnsi"/>
                <w:szCs w:val="20"/>
                <w:lang w:val="en-GB"/>
              </w:rPr>
              <w:t>Velleman</w:t>
            </w:r>
            <w:proofErr w:type="spellEnd"/>
          </w:p>
          <w:p w14:paraId="66270F6F" w14:textId="27850727" w:rsidR="00DD15CA" w:rsidRPr="00723609" w:rsidRDefault="00DD15CA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Prof. </w:t>
            </w:r>
            <w:r w:rsidRPr="00DD15CA">
              <w:rPr>
                <w:rFonts w:asciiTheme="majorHAnsi" w:hAnsiTheme="majorHAnsi" w:cstheme="majorHAnsi"/>
                <w:szCs w:val="20"/>
                <w:lang w:val="en-GB"/>
              </w:rPr>
              <w:t>Helena Maria Tannhauser Barros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 Brazil</w:t>
            </w:r>
          </w:p>
        </w:tc>
        <w:tc>
          <w:tcPr>
            <w:tcW w:w="0" w:type="auto"/>
          </w:tcPr>
          <w:p w14:paraId="0387FFF4" w14:textId="48B55CE8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506D5C" w:rsidRPr="00723609">
              <w:rPr>
                <w:sz w:val="16"/>
                <w:szCs w:val="16"/>
                <w:lang w:val="en-GB"/>
              </w:rPr>
              <w:t>5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1B4A805C" w14:textId="5F7C8427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6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7544C3F6" w14:textId="1A2AC483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6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3529819F" w14:textId="1F352603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7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54D4104A" w14:textId="7A89EE04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7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4B56749A" w14:textId="111EEE29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7</w:t>
            </w:r>
            <w:r w:rsidR="00BF0362"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04387252" w14:textId="16F0F974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0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294CABB6" w14:textId="1EA2FC4A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</w:t>
            </w:r>
            <w:r w:rsidR="00723609" w:rsidRPr="00723609">
              <w:rPr>
                <w:sz w:val="16"/>
                <w:szCs w:val="16"/>
                <w:lang w:val="en-GB"/>
              </w:rPr>
              <w:t>1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4412D1E5" w14:textId="18882C6C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19</w:t>
            </w:r>
            <w:r w:rsidR="00BF0362" w:rsidRPr="00723609">
              <w:rPr>
                <w:sz w:val="16"/>
                <w:szCs w:val="16"/>
                <w:lang w:val="en-GB"/>
              </w:rPr>
              <w:t>:45</w:t>
            </w:r>
          </w:p>
        </w:tc>
        <w:tc>
          <w:tcPr>
            <w:tcW w:w="0" w:type="auto"/>
          </w:tcPr>
          <w:p w14:paraId="794EE2CE" w14:textId="5D4B2148" w:rsidR="00BF0362" w:rsidRPr="00723609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</w:t>
            </w:r>
            <w:r w:rsidR="00723609" w:rsidRPr="00723609">
              <w:rPr>
                <w:sz w:val="16"/>
                <w:szCs w:val="16"/>
                <w:lang w:val="en-GB"/>
              </w:rPr>
              <w:t>2</w:t>
            </w:r>
            <w:r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0A68751C" w14:textId="4AB14FAE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0</w:t>
            </w:r>
            <w:r w:rsidR="00BF0362" w:rsidRPr="00723609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0" w:type="auto"/>
          </w:tcPr>
          <w:p w14:paraId="3FA22CEF" w14:textId="3D8EBD06" w:rsidR="00BF0362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</w:t>
            </w:r>
            <w:r w:rsidR="00BF0362" w:rsidRPr="00723609">
              <w:rPr>
                <w:sz w:val="16"/>
                <w:szCs w:val="16"/>
                <w:lang w:val="en-GB"/>
              </w:rPr>
              <w:t>:15</w:t>
            </w:r>
          </w:p>
        </w:tc>
      </w:tr>
      <w:tr w:rsidR="00BC5078" w:rsidRPr="00450CAA" w14:paraId="13CC2C7E" w14:textId="77777777" w:rsidTr="004F2D46">
        <w:trPr>
          <w:tblHeader/>
        </w:trPr>
        <w:tc>
          <w:tcPr>
            <w:tcW w:w="0" w:type="auto"/>
            <w:shd w:val="clear" w:color="auto" w:fill="F2F2F2" w:themeFill="background1" w:themeFillShade="F2"/>
          </w:tcPr>
          <w:p w14:paraId="5B0279ED" w14:textId="77777777" w:rsidR="00723609" w:rsidRPr="00DD15CA" w:rsidRDefault="00723609" w:rsidP="006D239C">
            <w:pPr>
              <w:spacing w:after="120"/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DD15CA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Comfort break (15 min)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90C53C4" w14:textId="4E24ABE0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DD15CA">
              <w:rPr>
                <w:sz w:val="16"/>
                <w:szCs w:val="16"/>
                <w:lang w:val="en-GB"/>
              </w:rPr>
              <w:t>16:15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8F63170" w14:textId="03EE8395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DD15CA">
              <w:rPr>
                <w:sz w:val="16"/>
                <w:szCs w:val="16"/>
                <w:lang w:val="en-GB"/>
              </w:rPr>
              <w:t>17:15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7D3681C" w14:textId="55DF0881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44DCC84" w14:textId="1645BEC8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7ABD5B2" w14:textId="063F7EE6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631DD2A" w14:textId="610D4F8A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1FE6362" w14:textId="586EB7AB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7377940" w14:textId="2374E452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6334D23" w14:textId="295C9429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9231D18" w14:textId="3F18768D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31FF26B" w14:textId="5785A30D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BA3BE66" w14:textId="2FCE5248" w:rsidR="00723609" w:rsidRPr="00DD15CA" w:rsidRDefault="00DD15CA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3:15</w:t>
            </w:r>
          </w:p>
        </w:tc>
      </w:tr>
      <w:tr w:rsidR="00BC5078" w:rsidRPr="00450CAA" w14:paraId="0C4F82A0" w14:textId="77777777" w:rsidTr="004F2D46">
        <w:trPr>
          <w:trHeight w:val="638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45AD7E26" w14:textId="35FBF251" w:rsidR="00506D5C" w:rsidRPr="00DD15CA" w:rsidRDefault="00DD15CA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 w:rsidRPr="00DD15CA">
              <w:rPr>
                <w:rFonts w:asciiTheme="majorHAnsi" w:hAnsiTheme="majorHAnsi" w:cstheme="majorHAnsi"/>
                <w:b/>
                <w:szCs w:val="20"/>
                <w:lang w:val="en-GB"/>
              </w:rPr>
              <w:t>S</w:t>
            </w:r>
            <w:r w:rsidR="00746636" w:rsidRPr="00DD15CA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ession </w:t>
            </w:r>
            <w:r w:rsidRPr="00DD15CA">
              <w:rPr>
                <w:rFonts w:asciiTheme="majorHAnsi" w:hAnsiTheme="majorHAnsi" w:cstheme="majorHAnsi"/>
                <w:b/>
                <w:szCs w:val="20"/>
                <w:lang w:val="en-GB"/>
              </w:rPr>
              <w:t>1: Gambling</w:t>
            </w:r>
            <w:r w:rsidR="00903707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 harm</w:t>
            </w:r>
          </w:p>
          <w:p w14:paraId="0A655943" w14:textId="63ED116B" w:rsidR="00DD15CA" w:rsidRDefault="00DD15CA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903707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 w:rsidR="00903707" w:rsidRPr="00903707">
              <w:rPr>
                <w:rFonts w:asciiTheme="majorHAnsi" w:hAnsiTheme="majorHAnsi" w:cstheme="majorHAnsi"/>
                <w:szCs w:val="20"/>
                <w:lang w:val="en-GB"/>
              </w:rPr>
              <w:t xml:space="preserve"> Anja</w:t>
            </w:r>
            <w:r w:rsidR="00903707">
              <w:rPr>
                <w:rFonts w:asciiTheme="majorHAnsi" w:hAnsiTheme="majorHAnsi" w:cstheme="majorHAnsi"/>
                <w:szCs w:val="20"/>
                <w:lang w:val="en-GB"/>
              </w:rPr>
              <w:t xml:space="preserve"> Bischof</w:t>
            </w:r>
          </w:p>
          <w:p w14:paraId="3DE67239" w14:textId="2C0AE662" w:rsidR="00DD15CA" w:rsidRPr="00013CC4" w:rsidRDefault="00DC265D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r w:rsidRPr="00013CC4">
              <w:rPr>
                <w:rFonts w:asciiTheme="majorHAnsi" w:hAnsiTheme="majorHAnsi" w:cstheme="majorHAnsi"/>
                <w:szCs w:val="20"/>
                <w:lang w:val="en-GB"/>
              </w:rPr>
              <w:t>Dr.</w:t>
            </w:r>
            <w:proofErr w:type="spellEnd"/>
            <w:r w:rsidRPr="00013CC4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013CC4" w:rsidRPr="00013CC4">
              <w:rPr>
                <w:rFonts w:asciiTheme="majorHAnsi" w:hAnsiTheme="majorHAnsi" w:cstheme="majorHAnsi"/>
                <w:szCs w:val="20"/>
                <w:lang w:val="en-GB"/>
              </w:rPr>
              <w:t xml:space="preserve">Kirsten </w:t>
            </w:r>
            <w:proofErr w:type="spellStart"/>
            <w:r w:rsidR="00013CC4" w:rsidRPr="00013CC4">
              <w:rPr>
                <w:rFonts w:asciiTheme="majorHAnsi" w:hAnsiTheme="majorHAnsi" w:cstheme="majorHAnsi"/>
                <w:szCs w:val="20"/>
                <w:lang w:val="en-GB"/>
              </w:rPr>
              <w:t>Søndergaard</w:t>
            </w:r>
            <w:proofErr w:type="spellEnd"/>
            <w:r w:rsidR="00013CC4" w:rsidRPr="00013CC4">
              <w:rPr>
                <w:rFonts w:asciiTheme="majorHAnsi" w:hAnsiTheme="majorHAnsi" w:cstheme="majorHAnsi"/>
                <w:szCs w:val="20"/>
                <w:lang w:val="en-GB"/>
              </w:rPr>
              <w:t xml:space="preserve"> Frederiksen</w:t>
            </w:r>
            <w:r w:rsidR="00304494" w:rsidRPr="00013CC4">
              <w:rPr>
                <w:rFonts w:asciiTheme="majorHAnsi" w:hAnsiTheme="majorHAnsi" w:cstheme="majorHAnsi"/>
                <w:szCs w:val="20"/>
                <w:lang w:val="en-GB"/>
              </w:rPr>
              <w:t xml:space="preserve"> (</w:t>
            </w:r>
            <w:r w:rsidR="00013CC4" w:rsidRPr="00013CC4">
              <w:rPr>
                <w:rFonts w:asciiTheme="majorHAnsi" w:hAnsiTheme="majorHAnsi" w:cstheme="majorHAnsi"/>
                <w:szCs w:val="20"/>
                <w:lang w:val="en-GB"/>
              </w:rPr>
              <w:t>Denmark</w:t>
            </w:r>
            <w:r w:rsidR="00304494" w:rsidRPr="00013CC4">
              <w:rPr>
                <w:rFonts w:asciiTheme="majorHAnsi" w:hAnsiTheme="majorHAnsi" w:cstheme="majorHAnsi"/>
                <w:szCs w:val="20"/>
                <w:lang w:val="en-GB"/>
              </w:rPr>
              <w:t>)</w:t>
            </w:r>
            <w:r w:rsidR="00DD15CA" w:rsidRPr="00013CC4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="00013CC4" w:rsidRPr="00013CC4">
              <w:rPr>
                <w:rFonts w:asciiTheme="majorHAnsi" w:hAnsiTheme="majorHAnsi" w:cstheme="majorHAnsi"/>
                <w:i/>
                <w:szCs w:val="20"/>
                <w:lang w:val="en-GB"/>
              </w:rPr>
              <w:t>Gambling among Danish youth: How common is it, and are young people affected by family substance use problems particularly vulnerable?</w:t>
            </w:r>
          </w:p>
          <w:p w14:paraId="4E907A00" w14:textId="404C5A55" w:rsidR="00DC265D" w:rsidRDefault="00BC5078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 w:cstheme="majorHAnsi"/>
                <w:szCs w:val="20"/>
                <w:lang w:val="en-GB"/>
              </w:rPr>
              <w:t>Dr.</w:t>
            </w:r>
            <w:proofErr w:type="spellEnd"/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="00DC265D" w:rsidRPr="00DC265D">
              <w:rPr>
                <w:rFonts w:asciiTheme="majorHAnsi" w:hAnsiTheme="majorHAnsi" w:cstheme="majorHAnsi"/>
                <w:szCs w:val="20"/>
                <w:lang w:val="en-GB"/>
              </w:rPr>
              <w:t>Ruaridh</w:t>
            </w:r>
            <w:proofErr w:type="spellEnd"/>
            <w:r w:rsidR="00304494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705FAD" w:rsidRPr="00DC265D">
              <w:rPr>
                <w:rFonts w:asciiTheme="majorHAnsi" w:hAnsiTheme="majorHAnsi" w:cstheme="majorHAnsi"/>
                <w:szCs w:val="20"/>
                <w:lang w:val="en-GB"/>
              </w:rPr>
              <w:t xml:space="preserve">Gill </w:t>
            </w:r>
            <w:r w:rsidR="00304494">
              <w:rPr>
                <w:rFonts w:asciiTheme="majorHAnsi" w:hAnsiTheme="majorHAnsi" w:cstheme="majorHAnsi"/>
                <w:szCs w:val="20"/>
                <w:lang w:val="en-GB"/>
              </w:rPr>
              <w:t>(UK)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C5078">
              <w:rPr>
                <w:rFonts w:asciiTheme="majorHAnsi" w:hAnsiTheme="majorHAnsi" w:cstheme="majorHAnsi"/>
                <w:i/>
                <w:szCs w:val="20"/>
                <w:lang w:val="en-GB"/>
              </w:rPr>
              <w:t>The Effectiveness of Concerned Significant Other Interventions in the Treatment of Problem Gambling: A Systematic Review</w:t>
            </w:r>
          </w:p>
          <w:p w14:paraId="49746962" w14:textId="21E36B6A" w:rsidR="00BC5078" w:rsidRPr="00723609" w:rsidRDefault="00BC5078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Alessandra </w:t>
            </w:r>
            <w:proofErr w:type="spellStart"/>
            <w:r>
              <w:rPr>
                <w:rFonts w:asciiTheme="majorHAnsi" w:hAnsiTheme="majorHAnsi" w:cstheme="majorHAnsi"/>
                <w:szCs w:val="20"/>
                <w:lang w:val="en-GB"/>
              </w:rPr>
              <w:t>Bassi</w:t>
            </w:r>
            <w:proofErr w:type="spellEnd"/>
            <w:r w:rsidR="00304494">
              <w:rPr>
                <w:rFonts w:asciiTheme="majorHAnsi" w:hAnsiTheme="majorHAnsi" w:cstheme="majorHAnsi"/>
                <w:szCs w:val="20"/>
                <w:lang w:val="en-GB"/>
              </w:rPr>
              <w:t xml:space="preserve"> (Italy)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D02791">
              <w:rPr>
                <w:rFonts w:asciiTheme="majorHAnsi" w:hAnsiTheme="majorHAnsi" w:cstheme="majorHAnsi"/>
                <w:i/>
                <w:szCs w:val="20"/>
                <w:lang w:val="en-GB"/>
              </w:rPr>
              <w:t>Something new for your toolbox: Working alongside an invisible and voiceless group in the Iceberg project, Italy. New tools designed to raise awareness among professionals and communities regarding gamblers’ Affected Family Members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FBA946" w14:textId="3F94CBE8" w:rsidR="00506D5C" w:rsidRPr="00723609" w:rsidRDefault="00506D5C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16:30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999FA5" w14:textId="23388885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17:30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8E6624" w14:textId="1ACA200F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17:30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F14DD0" w14:textId="79304D28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43237D" w14:textId="6F56644F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B5673A" w14:textId="5EF4B97D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8:30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45D65D" w14:textId="77BA9F8E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11:30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3D93C3" w14:textId="5536BEC8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5A81EB" w14:textId="1B86132D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21:00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370BBB" w14:textId="7EF88756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23:30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C9EC55" w14:textId="5A92EDE6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1:30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7C6C32" w14:textId="260F4B30" w:rsidR="00506D5C" w:rsidRPr="00723609" w:rsidRDefault="00723609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3:30</w:t>
            </w:r>
          </w:p>
        </w:tc>
      </w:tr>
      <w:tr w:rsidR="004F2D46" w:rsidRPr="00450CAA" w14:paraId="1BBE167E" w14:textId="77777777" w:rsidTr="004F2D46">
        <w:trPr>
          <w:trHeight w:val="638"/>
          <w:tblHeader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4C8DD95" w14:textId="77777777" w:rsidR="004F2D46" w:rsidRPr="00DD15CA" w:rsidRDefault="004F2D46" w:rsidP="00DD15CA">
            <w:pPr>
              <w:spacing w:after="16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8E99816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47C60AE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295C124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61F31F5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5CC6078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C9DAB9D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7CDA5F0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763C46D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9735414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86D4BDF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404843B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C517339" w14:textId="77777777" w:rsidR="004F2D46" w:rsidRPr="00723609" w:rsidRDefault="004F2D46" w:rsidP="001A5C5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2EDCC7ED" w14:textId="77777777" w:rsidR="004F2D46" w:rsidRDefault="004F2D46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617"/>
        <w:gridCol w:w="781"/>
        <w:gridCol w:w="668"/>
        <w:gridCol w:w="831"/>
        <w:gridCol w:w="715"/>
        <w:gridCol w:w="643"/>
        <w:gridCol w:w="761"/>
        <w:gridCol w:w="730"/>
        <w:gridCol w:w="617"/>
        <w:gridCol w:w="585"/>
        <w:gridCol w:w="1044"/>
        <w:gridCol w:w="874"/>
      </w:tblGrid>
      <w:tr w:rsidR="006E53C5" w:rsidRPr="00450CAA" w14:paraId="20263E1C" w14:textId="77777777" w:rsidTr="006D239C">
        <w:trPr>
          <w:tblHeader/>
        </w:trPr>
        <w:tc>
          <w:tcPr>
            <w:tcW w:w="5524" w:type="dxa"/>
          </w:tcPr>
          <w:p w14:paraId="3C1DD1B0" w14:textId="762970E4" w:rsidR="004F2D46" w:rsidRPr="00450CAA" w:rsidRDefault="004F2D46" w:rsidP="009A1F28">
            <w:pPr>
              <w:spacing w:after="160"/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 w:val="24"/>
                <w:szCs w:val="28"/>
                <w:lang w:val="en-GB"/>
              </w:rPr>
              <w:lastRenderedPageBreak/>
              <w:t>Tuesday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1</w:t>
            </w:r>
            <w:r>
              <w:rPr>
                <w:b/>
                <w:bCs/>
                <w:sz w:val="24"/>
                <w:szCs w:val="28"/>
                <w:lang w:val="en-GB"/>
              </w:rPr>
              <w:t>5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September</w:t>
            </w:r>
          </w:p>
        </w:tc>
        <w:tc>
          <w:tcPr>
            <w:tcW w:w="617" w:type="dxa"/>
          </w:tcPr>
          <w:p w14:paraId="5F022C9F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176A7E0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UK</w:t>
            </w:r>
          </w:p>
        </w:tc>
        <w:tc>
          <w:tcPr>
            <w:tcW w:w="781" w:type="dxa"/>
          </w:tcPr>
          <w:p w14:paraId="70132D97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AC8E561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Berlin</w:t>
            </w:r>
          </w:p>
        </w:tc>
        <w:tc>
          <w:tcPr>
            <w:tcW w:w="0" w:type="auto"/>
          </w:tcPr>
          <w:p w14:paraId="781486E3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687ABB3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Cape Town</w:t>
            </w:r>
          </w:p>
        </w:tc>
        <w:tc>
          <w:tcPr>
            <w:tcW w:w="0" w:type="auto"/>
          </w:tcPr>
          <w:p w14:paraId="5DD2C7F8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A4E5C0B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Istanbul, Turkey</w:t>
            </w:r>
          </w:p>
        </w:tc>
        <w:tc>
          <w:tcPr>
            <w:tcW w:w="0" w:type="auto"/>
          </w:tcPr>
          <w:p w14:paraId="2B2E01DE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F0A5C78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Helsinki</w:t>
            </w:r>
          </w:p>
        </w:tc>
        <w:tc>
          <w:tcPr>
            <w:tcW w:w="0" w:type="auto"/>
          </w:tcPr>
          <w:p w14:paraId="6B8A319F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F9E8C49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Seattle</w:t>
            </w:r>
          </w:p>
        </w:tc>
        <w:tc>
          <w:tcPr>
            <w:tcW w:w="0" w:type="auto"/>
          </w:tcPr>
          <w:p w14:paraId="7078992B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D98FFDB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New York/</w:t>
            </w:r>
          </w:p>
          <w:p w14:paraId="519C4A80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Maine/</w:t>
            </w:r>
          </w:p>
          <w:p w14:paraId="73E2F773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Toronto/</w:t>
            </w:r>
          </w:p>
          <w:p w14:paraId="653BE6A5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Quebec</w:t>
            </w:r>
          </w:p>
        </w:tc>
        <w:tc>
          <w:tcPr>
            <w:tcW w:w="0" w:type="auto"/>
          </w:tcPr>
          <w:p w14:paraId="460C2920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B927AA7" w14:textId="77777777" w:rsidR="004F2D46" w:rsidRPr="00450CAA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Sao Paulo, Brazil</w:t>
            </w:r>
          </w:p>
          <w:p w14:paraId="1D784431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</w:tc>
        <w:tc>
          <w:tcPr>
            <w:tcW w:w="0" w:type="auto"/>
          </w:tcPr>
          <w:p w14:paraId="29DCD861" w14:textId="77777777" w:rsidR="004F2D46" w:rsidRDefault="004F2D46" w:rsidP="009A1F28">
            <w:pPr>
              <w:ind w:left="-455" w:firstLine="455"/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865CD25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India</w:t>
            </w:r>
          </w:p>
        </w:tc>
        <w:tc>
          <w:tcPr>
            <w:tcW w:w="0" w:type="auto"/>
          </w:tcPr>
          <w:p w14:paraId="147BB7FF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94E63E9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Perth,</w:t>
            </w:r>
          </w:p>
          <w:p w14:paraId="7F5BDD46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</w:t>
            </w:r>
          </w:p>
        </w:tc>
        <w:tc>
          <w:tcPr>
            <w:tcW w:w="0" w:type="auto"/>
          </w:tcPr>
          <w:p w14:paraId="0244BB66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1D5DA00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Australian Eastern Standard</w:t>
            </w:r>
          </w:p>
        </w:tc>
        <w:tc>
          <w:tcPr>
            <w:tcW w:w="0" w:type="auto"/>
          </w:tcPr>
          <w:p w14:paraId="2418F058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BC92F3E" w14:textId="77777777" w:rsidR="004F2D46" w:rsidRDefault="004F2D46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Auckland, NZ</w:t>
            </w:r>
          </w:p>
        </w:tc>
      </w:tr>
      <w:tr w:rsidR="004F2D46" w:rsidRPr="00450CAA" w14:paraId="18BE953E" w14:textId="77777777" w:rsidTr="006D239C">
        <w:trPr>
          <w:trHeight w:val="638"/>
          <w:tblHeader/>
        </w:trPr>
        <w:tc>
          <w:tcPr>
            <w:tcW w:w="5524" w:type="dxa"/>
          </w:tcPr>
          <w:p w14:paraId="1A281CF7" w14:textId="77777777" w:rsidR="004F2D46" w:rsidRDefault="004F2D46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Cs w:val="20"/>
                <w:lang w:val="en-GB"/>
              </w:rPr>
              <w:t>Session 2: Experiences of affected family members</w:t>
            </w:r>
          </w:p>
          <w:p w14:paraId="6936CD84" w14:textId="3764B272" w:rsidR="004F2D46" w:rsidRPr="004F2D46" w:rsidRDefault="001B5E8E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903707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4F2D46" w:rsidRPr="00903707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903707" w:rsidRPr="00903707">
              <w:rPr>
                <w:rFonts w:asciiTheme="majorHAnsi" w:hAnsiTheme="majorHAnsi" w:cstheme="majorHAnsi"/>
                <w:szCs w:val="20"/>
                <w:lang w:val="en-GB"/>
              </w:rPr>
              <w:t>Ed</w:t>
            </w:r>
            <w:r w:rsidR="00903707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="00903707">
              <w:rPr>
                <w:rFonts w:asciiTheme="majorHAnsi" w:hAnsiTheme="majorHAnsi" w:cstheme="majorHAnsi"/>
                <w:szCs w:val="20"/>
                <w:lang w:val="en-GB"/>
              </w:rPr>
              <w:t>Sipler</w:t>
            </w:r>
            <w:proofErr w:type="spellEnd"/>
          </w:p>
          <w:p w14:paraId="19B49119" w14:textId="169D6E84" w:rsidR="004F2D46" w:rsidRDefault="00D02791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D02791">
              <w:rPr>
                <w:rFonts w:asciiTheme="majorHAnsi" w:hAnsiTheme="majorHAnsi" w:cstheme="majorHAnsi"/>
                <w:szCs w:val="20"/>
                <w:lang w:val="en-GB"/>
              </w:rPr>
              <w:t>Susan Thorndale</w:t>
            </w:r>
            <w:r w:rsidR="00304494">
              <w:rPr>
                <w:rFonts w:asciiTheme="majorHAnsi" w:hAnsiTheme="majorHAnsi" w:cstheme="majorHAnsi"/>
                <w:szCs w:val="20"/>
                <w:lang w:val="en-GB"/>
              </w:rPr>
              <w:t xml:space="preserve"> (UK)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D02791">
              <w:rPr>
                <w:rFonts w:asciiTheme="majorHAnsi" w:hAnsiTheme="majorHAnsi" w:cstheme="majorHAnsi"/>
                <w:i/>
                <w:szCs w:val="20"/>
                <w:lang w:val="en-GB"/>
              </w:rPr>
              <w:t xml:space="preserve">A Mother’s Grief - An </w:t>
            </w:r>
            <w:proofErr w:type="spellStart"/>
            <w:r w:rsidRPr="00D02791">
              <w:rPr>
                <w:rFonts w:asciiTheme="majorHAnsi" w:hAnsiTheme="majorHAnsi" w:cstheme="majorHAnsi"/>
                <w:i/>
                <w:szCs w:val="20"/>
                <w:lang w:val="en-GB"/>
              </w:rPr>
              <w:t>autoethnographical</w:t>
            </w:r>
            <w:proofErr w:type="spellEnd"/>
            <w:r w:rsidRPr="00D02791">
              <w:rPr>
                <w:rFonts w:asciiTheme="majorHAnsi" w:hAnsiTheme="majorHAnsi" w:cstheme="majorHAnsi"/>
                <w:i/>
                <w:szCs w:val="20"/>
                <w:lang w:val="en-GB"/>
              </w:rPr>
              <w:t xml:space="preserve"> study exploring how a mother and caregiver experiences and understands her grief in relation to her daughter’s chronic co-occurring mental illness, substance dependence and debilitating physical disease</w:t>
            </w:r>
            <w:r w:rsidRPr="00D02791">
              <w:rPr>
                <w:rFonts w:asciiTheme="majorHAnsi" w:hAnsiTheme="majorHAnsi" w:cstheme="majorHAnsi"/>
                <w:szCs w:val="20"/>
                <w:lang w:val="en-GB"/>
              </w:rPr>
              <w:t> </w:t>
            </w:r>
          </w:p>
          <w:p w14:paraId="7808373E" w14:textId="6E40E4EE" w:rsidR="00D02791" w:rsidRDefault="00D02791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Fiona </w:t>
            </w:r>
            <w:proofErr w:type="spellStart"/>
            <w:r>
              <w:rPr>
                <w:rFonts w:asciiTheme="majorHAnsi" w:hAnsiTheme="majorHAnsi" w:cstheme="majorHAnsi"/>
                <w:szCs w:val="20"/>
                <w:lang w:val="en-GB"/>
              </w:rPr>
              <w:t>Grubin</w:t>
            </w:r>
            <w:proofErr w:type="spellEnd"/>
            <w:r w:rsidR="00304494">
              <w:rPr>
                <w:rFonts w:asciiTheme="majorHAnsi" w:hAnsiTheme="majorHAnsi" w:cstheme="majorHAnsi"/>
                <w:szCs w:val="20"/>
                <w:lang w:val="en-GB"/>
              </w:rPr>
              <w:t xml:space="preserve"> (USA)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D02791">
              <w:rPr>
                <w:rFonts w:asciiTheme="majorHAnsi" w:hAnsiTheme="majorHAnsi" w:cstheme="majorHAnsi"/>
                <w:i/>
                <w:szCs w:val="20"/>
                <w:lang w:val="en-GB"/>
              </w:rPr>
              <w:t>Experiences and perspectives of American Indian affected family members impacted by a relative's substance use</w:t>
            </w:r>
          </w:p>
          <w:p w14:paraId="5980577C" w14:textId="77777777" w:rsidR="00D02791" w:rsidRDefault="007A1756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Prof. </w:t>
            </w:r>
            <w:r w:rsidRPr="007A1756">
              <w:rPr>
                <w:rFonts w:asciiTheme="majorHAnsi" w:hAnsiTheme="majorHAnsi" w:cstheme="majorHAnsi"/>
                <w:szCs w:val="20"/>
              </w:rPr>
              <w:t>Mathilde Garneau</w:t>
            </w:r>
            <w:r w:rsidR="00304494">
              <w:rPr>
                <w:rFonts w:asciiTheme="majorHAnsi" w:hAnsiTheme="majorHAnsi" w:cstheme="majorHAnsi"/>
                <w:szCs w:val="20"/>
              </w:rPr>
              <w:t xml:space="preserve"> (Canada)</w:t>
            </w:r>
            <w:r>
              <w:rPr>
                <w:rFonts w:asciiTheme="majorHAnsi" w:hAnsiTheme="majorHAnsi" w:cstheme="majorHAnsi"/>
                <w:szCs w:val="20"/>
              </w:rPr>
              <w:t xml:space="preserve">: </w:t>
            </w:r>
            <w:r w:rsidRPr="007A1756">
              <w:rPr>
                <w:rFonts w:asciiTheme="majorHAnsi" w:hAnsiTheme="majorHAnsi" w:cstheme="majorHAnsi"/>
                <w:i/>
                <w:szCs w:val="20"/>
              </w:rPr>
              <w:t xml:space="preserve">“I Needed a Father”: Well-being, Challenges, and Needs of Innu Youth Close to Someone Returning to the </w:t>
            </w:r>
            <w:proofErr w:type="spellStart"/>
            <w:r w:rsidRPr="007A1756">
              <w:rPr>
                <w:rFonts w:asciiTheme="majorHAnsi" w:hAnsiTheme="majorHAnsi" w:cstheme="majorHAnsi"/>
                <w:i/>
                <w:szCs w:val="20"/>
              </w:rPr>
              <w:t>Matimekush</w:t>
            </w:r>
            <w:proofErr w:type="spellEnd"/>
            <w:r w:rsidRPr="007A1756">
              <w:rPr>
                <w:rFonts w:asciiTheme="majorHAnsi" w:hAnsiTheme="majorHAnsi" w:cstheme="majorHAnsi"/>
                <w:i/>
                <w:szCs w:val="20"/>
              </w:rPr>
              <w:t>-Lac John Community After Addiction Treatment</w:t>
            </w:r>
          </w:p>
          <w:p w14:paraId="75398BD8" w14:textId="31B4CCD2" w:rsidR="008D4F51" w:rsidRPr="00D02791" w:rsidRDefault="006A7516" w:rsidP="006D239C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Prof. </w:t>
            </w:r>
            <w:r w:rsidR="008D4F51" w:rsidRPr="008D4F51">
              <w:rPr>
                <w:rFonts w:asciiTheme="majorHAnsi" w:hAnsiTheme="majorHAnsi" w:cstheme="majorHAnsi"/>
                <w:szCs w:val="20"/>
              </w:rPr>
              <w:t>Cailyn Green</w:t>
            </w:r>
            <w:r w:rsidR="00AD138B">
              <w:rPr>
                <w:rFonts w:asciiTheme="majorHAnsi" w:hAnsiTheme="majorHAnsi" w:cstheme="majorHAnsi"/>
                <w:szCs w:val="20"/>
              </w:rPr>
              <w:t xml:space="preserve">, </w:t>
            </w:r>
            <w:proofErr w:type="spellStart"/>
            <w:r w:rsidR="00AD138B">
              <w:rPr>
                <w:rFonts w:asciiTheme="majorHAnsi" w:hAnsiTheme="majorHAnsi" w:cstheme="majorHAnsi"/>
                <w:szCs w:val="20"/>
              </w:rPr>
              <w:t>Amile</w:t>
            </w:r>
            <w:proofErr w:type="spellEnd"/>
            <w:r w:rsidR="00AD138B">
              <w:rPr>
                <w:rFonts w:asciiTheme="majorHAnsi" w:hAnsiTheme="majorHAnsi" w:cstheme="majorHAnsi"/>
                <w:szCs w:val="20"/>
              </w:rPr>
              <w:t xml:space="preserve"> </w:t>
            </w:r>
            <w:proofErr w:type="spellStart"/>
            <w:r w:rsidR="00AD138B">
              <w:rPr>
                <w:rFonts w:asciiTheme="majorHAnsi" w:hAnsiTheme="majorHAnsi" w:cstheme="majorHAnsi"/>
                <w:szCs w:val="20"/>
              </w:rPr>
              <w:t>Cominotti</w:t>
            </w:r>
            <w:proofErr w:type="spellEnd"/>
            <w:r>
              <w:rPr>
                <w:rFonts w:asciiTheme="majorHAnsi" w:hAnsiTheme="majorHAnsi" w:cstheme="majorHAnsi"/>
                <w:szCs w:val="20"/>
              </w:rPr>
              <w:t xml:space="preserve"> (USA): </w:t>
            </w:r>
            <w:r w:rsidRPr="006A7516">
              <w:rPr>
                <w:rFonts w:asciiTheme="majorHAnsi" w:hAnsiTheme="majorHAnsi" w:cstheme="majorHAnsi"/>
                <w:i/>
                <w:szCs w:val="20"/>
              </w:rPr>
              <w:t>What families need to know when choosing substance use treatment for neurodivergent loved ones</w:t>
            </w:r>
          </w:p>
        </w:tc>
        <w:tc>
          <w:tcPr>
            <w:tcW w:w="617" w:type="dxa"/>
          </w:tcPr>
          <w:p w14:paraId="3BB6C120" w14:textId="07FA3EFB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17:30</w:t>
            </w:r>
          </w:p>
        </w:tc>
        <w:tc>
          <w:tcPr>
            <w:tcW w:w="781" w:type="dxa"/>
          </w:tcPr>
          <w:p w14:paraId="6D1BB294" w14:textId="264EE0ED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0" w:type="auto"/>
          </w:tcPr>
          <w:p w14:paraId="5A9EBC51" w14:textId="3B17B159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0" w:type="auto"/>
          </w:tcPr>
          <w:p w14:paraId="16AB66A4" w14:textId="16FB8797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19:30</w:t>
            </w:r>
          </w:p>
        </w:tc>
        <w:tc>
          <w:tcPr>
            <w:tcW w:w="0" w:type="auto"/>
          </w:tcPr>
          <w:p w14:paraId="488D54AE" w14:textId="4A8D60AE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19:30</w:t>
            </w:r>
          </w:p>
        </w:tc>
        <w:tc>
          <w:tcPr>
            <w:tcW w:w="0" w:type="auto"/>
          </w:tcPr>
          <w:p w14:paraId="70F66C67" w14:textId="2CC2CF39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9:30</w:t>
            </w:r>
          </w:p>
        </w:tc>
        <w:tc>
          <w:tcPr>
            <w:tcW w:w="0" w:type="auto"/>
          </w:tcPr>
          <w:p w14:paraId="38A9996A" w14:textId="489499A5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</w:tcPr>
          <w:p w14:paraId="5D6F43DC" w14:textId="07D723EA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13:30</w:t>
            </w:r>
          </w:p>
        </w:tc>
        <w:tc>
          <w:tcPr>
            <w:tcW w:w="0" w:type="auto"/>
          </w:tcPr>
          <w:p w14:paraId="108B2C49" w14:textId="63897ABC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22:00</w:t>
            </w:r>
          </w:p>
        </w:tc>
        <w:tc>
          <w:tcPr>
            <w:tcW w:w="0" w:type="auto"/>
          </w:tcPr>
          <w:p w14:paraId="462EAC6F" w14:textId="2C365703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0:</w:t>
            </w:r>
            <w:r>
              <w:rPr>
                <w:sz w:val="16"/>
                <w:szCs w:val="16"/>
                <w:lang w:val="en-GB"/>
              </w:rPr>
              <w:t>30</w:t>
            </w:r>
          </w:p>
        </w:tc>
        <w:tc>
          <w:tcPr>
            <w:tcW w:w="0" w:type="auto"/>
          </w:tcPr>
          <w:p w14:paraId="0799F5D8" w14:textId="3BB4EA54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2:30</w:t>
            </w:r>
          </w:p>
        </w:tc>
        <w:tc>
          <w:tcPr>
            <w:tcW w:w="0" w:type="auto"/>
          </w:tcPr>
          <w:p w14:paraId="387918F1" w14:textId="268E62FF" w:rsidR="004F2D46" w:rsidRPr="00723609" w:rsidRDefault="004F2D4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4:30</w:t>
            </w:r>
          </w:p>
        </w:tc>
      </w:tr>
      <w:tr w:rsidR="007A1756" w:rsidRPr="00450CAA" w14:paraId="10463288" w14:textId="77777777" w:rsidTr="006D239C">
        <w:trPr>
          <w:trHeight w:val="638"/>
          <w:tblHeader/>
        </w:trPr>
        <w:tc>
          <w:tcPr>
            <w:tcW w:w="5524" w:type="dxa"/>
            <w:shd w:val="clear" w:color="auto" w:fill="F2F2F2" w:themeFill="background1" w:themeFillShade="F2"/>
          </w:tcPr>
          <w:p w14:paraId="02461291" w14:textId="47BB39FE" w:rsidR="007A1756" w:rsidRDefault="007A1756" w:rsidP="004F2D46">
            <w:pPr>
              <w:spacing w:after="16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Cs w:val="20"/>
                <w:lang w:val="en-GB"/>
              </w:rPr>
              <w:t>Comfort break (15 min)</w:t>
            </w:r>
          </w:p>
        </w:tc>
        <w:tc>
          <w:tcPr>
            <w:tcW w:w="617" w:type="dxa"/>
            <w:shd w:val="clear" w:color="auto" w:fill="F2F2F2" w:themeFill="background1" w:themeFillShade="F2"/>
          </w:tcPr>
          <w:p w14:paraId="55430783" w14:textId="54C92560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781" w:type="dxa"/>
            <w:shd w:val="clear" w:color="auto" w:fill="F2F2F2" w:themeFill="background1" w:themeFillShade="F2"/>
          </w:tcPr>
          <w:p w14:paraId="07840756" w14:textId="3F050F9F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F1A1115" w14:textId="5BE3B510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60E3E3A" w14:textId="5201D085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B760A9D" w14:textId="675C83FE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A82172D" w14:textId="645280C3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BC01A26" w14:textId="65FD901D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3B806EF" w14:textId="545A7440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05EEE4A8" w14:textId="49C18D83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23:00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8C6AEBD" w14:textId="1A27F690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92A5ADB" w14:textId="383CE008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3:30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8EC675D" w14:textId="5AFBE5F2" w:rsidR="007A1756" w:rsidRPr="00723609" w:rsidRDefault="007A1756" w:rsidP="004F2D46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5:30</w:t>
            </w:r>
          </w:p>
        </w:tc>
      </w:tr>
    </w:tbl>
    <w:p w14:paraId="7B0C7919" w14:textId="77777777" w:rsidR="006D239C" w:rsidRDefault="006D239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617"/>
        <w:gridCol w:w="781"/>
        <w:gridCol w:w="668"/>
        <w:gridCol w:w="831"/>
        <w:gridCol w:w="715"/>
        <w:gridCol w:w="643"/>
        <w:gridCol w:w="761"/>
        <w:gridCol w:w="730"/>
        <w:gridCol w:w="617"/>
        <w:gridCol w:w="585"/>
        <w:gridCol w:w="1044"/>
        <w:gridCol w:w="874"/>
      </w:tblGrid>
      <w:tr w:rsidR="006D239C" w:rsidRPr="00450CAA" w14:paraId="53A587F6" w14:textId="77777777" w:rsidTr="00AD05AE">
        <w:trPr>
          <w:tblHeader/>
        </w:trPr>
        <w:tc>
          <w:tcPr>
            <w:tcW w:w="5524" w:type="dxa"/>
          </w:tcPr>
          <w:p w14:paraId="708A2838" w14:textId="105DD6F7" w:rsidR="006D239C" w:rsidRPr="00450CAA" w:rsidRDefault="006D239C" w:rsidP="00AD05AE">
            <w:pPr>
              <w:spacing w:after="160"/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 w:val="24"/>
                <w:szCs w:val="28"/>
                <w:lang w:val="en-GB"/>
              </w:rPr>
              <w:lastRenderedPageBreak/>
              <w:t>Tuesday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1</w:t>
            </w:r>
            <w:r>
              <w:rPr>
                <w:b/>
                <w:bCs/>
                <w:sz w:val="24"/>
                <w:szCs w:val="28"/>
                <w:lang w:val="en-GB"/>
              </w:rPr>
              <w:t>5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September</w:t>
            </w:r>
          </w:p>
        </w:tc>
        <w:tc>
          <w:tcPr>
            <w:tcW w:w="617" w:type="dxa"/>
          </w:tcPr>
          <w:p w14:paraId="7F35D8E9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FCF6A7D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UK</w:t>
            </w:r>
          </w:p>
        </w:tc>
        <w:tc>
          <w:tcPr>
            <w:tcW w:w="781" w:type="dxa"/>
          </w:tcPr>
          <w:p w14:paraId="63352363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89B6EFA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Berlin</w:t>
            </w:r>
          </w:p>
        </w:tc>
        <w:tc>
          <w:tcPr>
            <w:tcW w:w="0" w:type="auto"/>
          </w:tcPr>
          <w:p w14:paraId="4DFD1069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06B70B4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Cape Town</w:t>
            </w:r>
          </w:p>
        </w:tc>
        <w:tc>
          <w:tcPr>
            <w:tcW w:w="0" w:type="auto"/>
          </w:tcPr>
          <w:p w14:paraId="34CF53BA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0CBD21A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Istanbul, Turkey</w:t>
            </w:r>
          </w:p>
        </w:tc>
        <w:tc>
          <w:tcPr>
            <w:tcW w:w="0" w:type="auto"/>
          </w:tcPr>
          <w:p w14:paraId="7647F204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11C7F59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Helsinki</w:t>
            </w:r>
          </w:p>
        </w:tc>
        <w:tc>
          <w:tcPr>
            <w:tcW w:w="0" w:type="auto"/>
          </w:tcPr>
          <w:p w14:paraId="7D4E4D2C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FF39B01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Seattle</w:t>
            </w:r>
          </w:p>
        </w:tc>
        <w:tc>
          <w:tcPr>
            <w:tcW w:w="0" w:type="auto"/>
          </w:tcPr>
          <w:p w14:paraId="7F8E3F50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F1FEAFC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New York/</w:t>
            </w:r>
          </w:p>
          <w:p w14:paraId="56867008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Maine/</w:t>
            </w:r>
          </w:p>
          <w:p w14:paraId="7E84BC5E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Toronto/</w:t>
            </w:r>
          </w:p>
          <w:p w14:paraId="453B5DB5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Quebec</w:t>
            </w:r>
          </w:p>
        </w:tc>
        <w:tc>
          <w:tcPr>
            <w:tcW w:w="0" w:type="auto"/>
          </w:tcPr>
          <w:p w14:paraId="1186B077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72C722F" w14:textId="77777777" w:rsidR="006D239C" w:rsidRPr="00450CAA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Sao Paulo, Brazil</w:t>
            </w:r>
          </w:p>
          <w:p w14:paraId="7F2574AC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</w:tc>
        <w:tc>
          <w:tcPr>
            <w:tcW w:w="0" w:type="auto"/>
          </w:tcPr>
          <w:p w14:paraId="5AF9F793" w14:textId="77777777" w:rsidR="006D239C" w:rsidRDefault="006D239C" w:rsidP="00AD05AE">
            <w:pPr>
              <w:ind w:left="-455" w:firstLine="455"/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29B9D71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India</w:t>
            </w:r>
          </w:p>
        </w:tc>
        <w:tc>
          <w:tcPr>
            <w:tcW w:w="0" w:type="auto"/>
          </w:tcPr>
          <w:p w14:paraId="66F3C620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1049DCE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Perth,</w:t>
            </w:r>
          </w:p>
          <w:p w14:paraId="1926BC0F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</w:t>
            </w:r>
          </w:p>
        </w:tc>
        <w:tc>
          <w:tcPr>
            <w:tcW w:w="0" w:type="auto"/>
          </w:tcPr>
          <w:p w14:paraId="7E094537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4B150E8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Australian Eastern Standard</w:t>
            </w:r>
          </w:p>
        </w:tc>
        <w:tc>
          <w:tcPr>
            <w:tcW w:w="0" w:type="auto"/>
          </w:tcPr>
          <w:p w14:paraId="6179ACEB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3EBAF01" w14:textId="77777777" w:rsidR="006D239C" w:rsidRDefault="006D239C" w:rsidP="00AD05AE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Auckland, NZ</w:t>
            </w:r>
          </w:p>
        </w:tc>
      </w:tr>
      <w:tr w:rsidR="006E53C5" w:rsidRPr="00450CAA" w14:paraId="407794C8" w14:textId="77777777" w:rsidTr="006D239C">
        <w:trPr>
          <w:trHeight w:val="638"/>
          <w:tblHeader/>
        </w:trPr>
        <w:tc>
          <w:tcPr>
            <w:tcW w:w="5524" w:type="dxa"/>
          </w:tcPr>
          <w:p w14:paraId="257C0430" w14:textId="77777777" w:rsidR="006E53C5" w:rsidRPr="001B5E8E" w:rsidRDefault="006E53C5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 w:rsidRPr="001B5E8E">
              <w:rPr>
                <w:rFonts w:asciiTheme="majorHAnsi" w:hAnsiTheme="majorHAnsi" w:cstheme="majorHAnsi"/>
                <w:b/>
                <w:szCs w:val="20"/>
                <w:lang w:val="en-GB"/>
              </w:rPr>
              <w:t>Session 3: Support for affected family members</w:t>
            </w:r>
          </w:p>
          <w:p w14:paraId="6256C723" w14:textId="1B5B0CAB" w:rsidR="006E53C5" w:rsidRPr="001B5E8E" w:rsidRDefault="006E53C5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1B5E8E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 w:rsidR="001B5E8E" w:rsidRPr="001B5E8E">
              <w:rPr>
                <w:rFonts w:asciiTheme="majorHAnsi" w:hAnsiTheme="majorHAnsi" w:cstheme="majorHAnsi"/>
                <w:szCs w:val="20"/>
                <w:lang w:val="en-GB"/>
              </w:rPr>
              <w:t xml:space="preserve"> Jacqueline </w:t>
            </w:r>
            <w:proofErr w:type="spellStart"/>
            <w:r w:rsidR="001B5E8E" w:rsidRPr="001B5E8E">
              <w:rPr>
                <w:rFonts w:asciiTheme="majorHAnsi" w:hAnsiTheme="majorHAnsi" w:cstheme="majorHAnsi"/>
                <w:szCs w:val="20"/>
                <w:lang w:val="en-GB"/>
              </w:rPr>
              <w:t>Carhoun</w:t>
            </w:r>
            <w:proofErr w:type="spellEnd"/>
          </w:p>
          <w:p w14:paraId="7C2FD763" w14:textId="2A0B4235" w:rsidR="006E53C5" w:rsidRPr="001B5E8E" w:rsidRDefault="006E53C5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1B5E8E">
              <w:rPr>
                <w:rFonts w:asciiTheme="majorHAnsi" w:hAnsiTheme="majorHAnsi" w:cstheme="majorHAnsi"/>
                <w:szCs w:val="20"/>
                <w:lang w:val="en-GB"/>
              </w:rPr>
              <w:t>Shawn Fisk</w:t>
            </w:r>
            <w:r w:rsidR="00304494" w:rsidRPr="001B5E8E">
              <w:rPr>
                <w:rFonts w:asciiTheme="majorHAnsi" w:hAnsiTheme="majorHAnsi" w:cstheme="majorHAnsi"/>
                <w:szCs w:val="20"/>
                <w:lang w:val="en-GB"/>
              </w:rPr>
              <w:t xml:space="preserve"> (Canada)</w:t>
            </w:r>
            <w:r w:rsidRPr="001B5E8E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1B5E8E">
              <w:rPr>
                <w:rFonts w:asciiTheme="majorHAnsi" w:hAnsiTheme="majorHAnsi" w:cstheme="majorHAnsi"/>
                <w:i/>
                <w:szCs w:val="20"/>
                <w:lang w:val="en-GB"/>
              </w:rPr>
              <w:t>Compassionate Care: How to Stay Well While Helping Others</w:t>
            </w:r>
            <w:r w:rsidRPr="001B5E8E">
              <w:rPr>
                <w:rFonts w:asciiTheme="majorHAnsi" w:hAnsiTheme="majorHAnsi" w:cstheme="majorHAnsi"/>
                <w:szCs w:val="20"/>
                <w:lang w:val="en-GB"/>
              </w:rPr>
              <w:t> </w:t>
            </w:r>
          </w:p>
          <w:p w14:paraId="010D39B9" w14:textId="6D83DE0F" w:rsidR="006E53C5" w:rsidRPr="001B5E8E" w:rsidRDefault="006E53C5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 w:rsidRPr="001B5E8E">
              <w:rPr>
                <w:rFonts w:asciiTheme="majorHAnsi" w:hAnsiTheme="majorHAnsi" w:cstheme="majorHAnsi"/>
                <w:szCs w:val="20"/>
              </w:rPr>
              <w:t>Jennifer Hawkins</w:t>
            </w:r>
            <w:r w:rsidR="00705FAD">
              <w:rPr>
                <w:rFonts w:asciiTheme="majorHAnsi" w:hAnsiTheme="majorHAnsi" w:cstheme="majorHAnsi"/>
                <w:szCs w:val="20"/>
              </w:rPr>
              <w:t xml:space="preserve"> et al.</w:t>
            </w:r>
            <w:bookmarkStart w:id="0" w:name="_GoBack"/>
            <w:bookmarkEnd w:id="0"/>
            <w:r w:rsidR="00304494" w:rsidRPr="001B5E8E">
              <w:rPr>
                <w:rFonts w:asciiTheme="majorHAnsi" w:hAnsiTheme="majorHAnsi" w:cstheme="majorHAnsi"/>
                <w:szCs w:val="20"/>
              </w:rPr>
              <w:t xml:space="preserve"> (Canada)</w:t>
            </w:r>
            <w:r w:rsidRPr="001B5E8E">
              <w:rPr>
                <w:rFonts w:asciiTheme="majorHAnsi" w:hAnsiTheme="majorHAnsi" w:cstheme="majorHAnsi"/>
                <w:szCs w:val="20"/>
              </w:rPr>
              <w:t xml:space="preserve">: </w:t>
            </w:r>
            <w:r w:rsidRPr="001B5E8E">
              <w:rPr>
                <w:rFonts w:asciiTheme="majorHAnsi" w:hAnsiTheme="majorHAnsi" w:cstheme="majorHAnsi"/>
                <w:i/>
                <w:szCs w:val="20"/>
              </w:rPr>
              <w:t>Scaling and Sustaining Peer Support Groups for Substance-Affected Families: A Feasibility and Acceptability Study in British Columbia</w:t>
            </w:r>
          </w:p>
          <w:p w14:paraId="7F8C9301" w14:textId="77777777" w:rsidR="006E53C5" w:rsidRDefault="006E53C5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 w:rsidRPr="001B5E8E">
              <w:rPr>
                <w:rFonts w:asciiTheme="majorHAnsi" w:hAnsiTheme="majorHAnsi" w:cstheme="majorHAnsi"/>
                <w:szCs w:val="20"/>
              </w:rPr>
              <w:t>Prof. Oona St-</w:t>
            </w:r>
            <w:proofErr w:type="spellStart"/>
            <w:r w:rsidRPr="001B5E8E">
              <w:rPr>
                <w:rFonts w:asciiTheme="majorHAnsi" w:hAnsiTheme="majorHAnsi" w:cstheme="majorHAnsi"/>
                <w:szCs w:val="20"/>
              </w:rPr>
              <w:t>Amant</w:t>
            </w:r>
            <w:proofErr w:type="spellEnd"/>
            <w:r w:rsidR="00304494" w:rsidRPr="001B5E8E">
              <w:rPr>
                <w:rFonts w:asciiTheme="majorHAnsi" w:hAnsiTheme="majorHAnsi" w:cstheme="majorHAnsi"/>
                <w:szCs w:val="20"/>
              </w:rPr>
              <w:t xml:space="preserve"> (Canada)</w:t>
            </w:r>
            <w:r w:rsidRPr="001B5E8E">
              <w:rPr>
                <w:rFonts w:asciiTheme="majorHAnsi" w:hAnsiTheme="majorHAnsi" w:cstheme="majorHAnsi"/>
                <w:szCs w:val="20"/>
              </w:rPr>
              <w:t xml:space="preserve">: </w:t>
            </w:r>
            <w:r w:rsidRPr="001B5E8E">
              <w:rPr>
                <w:rFonts w:asciiTheme="majorHAnsi" w:hAnsiTheme="majorHAnsi" w:cstheme="majorHAnsi"/>
                <w:i/>
                <w:szCs w:val="20"/>
              </w:rPr>
              <w:t>Family members’ perspectives of laws, policies and practices in substance use disorder treatment: Understanding privacy</w:t>
            </w:r>
          </w:p>
          <w:p w14:paraId="290B72E2" w14:textId="4EF09728" w:rsidR="006D239C" w:rsidRPr="001B5E8E" w:rsidRDefault="006D239C" w:rsidP="006D239C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 w:rsidRPr="00231537">
              <w:rPr>
                <w:rFonts w:asciiTheme="majorHAnsi" w:hAnsiTheme="majorHAnsi" w:cstheme="majorHAnsi"/>
                <w:szCs w:val="20"/>
              </w:rPr>
              <w:t>Liam Knowles</w:t>
            </w:r>
            <w:r>
              <w:rPr>
                <w:rFonts w:asciiTheme="majorHAnsi" w:hAnsiTheme="majorHAnsi" w:cstheme="majorHAnsi"/>
                <w:szCs w:val="20"/>
              </w:rPr>
              <w:t xml:space="preserve"> (UK): </w:t>
            </w:r>
            <w:r w:rsidRPr="00276CA4">
              <w:rPr>
                <w:rFonts w:asciiTheme="majorHAnsi" w:hAnsiTheme="majorHAnsi" w:cstheme="majorHAnsi"/>
                <w:i/>
                <w:szCs w:val="20"/>
              </w:rPr>
              <w:t>Developing an intervention to support family members asked to supervise contact</w:t>
            </w:r>
          </w:p>
        </w:tc>
        <w:tc>
          <w:tcPr>
            <w:tcW w:w="617" w:type="dxa"/>
          </w:tcPr>
          <w:p w14:paraId="37430B50" w14:textId="7E547155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18:45</w:t>
            </w:r>
          </w:p>
        </w:tc>
        <w:tc>
          <w:tcPr>
            <w:tcW w:w="781" w:type="dxa"/>
          </w:tcPr>
          <w:p w14:paraId="2215D348" w14:textId="088CC7FD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19:45</w:t>
            </w:r>
          </w:p>
        </w:tc>
        <w:tc>
          <w:tcPr>
            <w:tcW w:w="0" w:type="auto"/>
          </w:tcPr>
          <w:p w14:paraId="3A57351E" w14:textId="1BE0DD00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19:45</w:t>
            </w:r>
          </w:p>
        </w:tc>
        <w:tc>
          <w:tcPr>
            <w:tcW w:w="0" w:type="auto"/>
          </w:tcPr>
          <w:p w14:paraId="3E9D9012" w14:textId="1C8B034C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20:45</w:t>
            </w:r>
          </w:p>
        </w:tc>
        <w:tc>
          <w:tcPr>
            <w:tcW w:w="0" w:type="auto"/>
          </w:tcPr>
          <w:p w14:paraId="3DACEA04" w14:textId="1C0A3A3A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20:45</w:t>
            </w:r>
          </w:p>
        </w:tc>
        <w:tc>
          <w:tcPr>
            <w:tcW w:w="0" w:type="auto"/>
          </w:tcPr>
          <w:p w14:paraId="2D9A6F60" w14:textId="4F687EB6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10:45</w:t>
            </w:r>
          </w:p>
        </w:tc>
        <w:tc>
          <w:tcPr>
            <w:tcW w:w="0" w:type="auto"/>
          </w:tcPr>
          <w:p w14:paraId="18AF7A23" w14:textId="76D1FC6F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13:45</w:t>
            </w:r>
          </w:p>
        </w:tc>
        <w:tc>
          <w:tcPr>
            <w:tcW w:w="0" w:type="auto"/>
          </w:tcPr>
          <w:p w14:paraId="1EED5667" w14:textId="70CE12E0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14:45</w:t>
            </w:r>
          </w:p>
        </w:tc>
        <w:tc>
          <w:tcPr>
            <w:tcW w:w="0" w:type="auto"/>
          </w:tcPr>
          <w:p w14:paraId="12185E0D" w14:textId="2CB71296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23:15</w:t>
            </w:r>
          </w:p>
        </w:tc>
        <w:tc>
          <w:tcPr>
            <w:tcW w:w="0" w:type="auto"/>
          </w:tcPr>
          <w:p w14:paraId="4BDCC7C7" w14:textId="0650DE09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1:45</w:t>
            </w:r>
          </w:p>
        </w:tc>
        <w:tc>
          <w:tcPr>
            <w:tcW w:w="0" w:type="auto"/>
          </w:tcPr>
          <w:p w14:paraId="6FE8F9D4" w14:textId="6762B511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3:45</w:t>
            </w:r>
          </w:p>
        </w:tc>
        <w:tc>
          <w:tcPr>
            <w:tcW w:w="0" w:type="auto"/>
          </w:tcPr>
          <w:p w14:paraId="57C5205E" w14:textId="50C9370C" w:rsidR="006E53C5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723609">
              <w:rPr>
                <w:sz w:val="16"/>
                <w:szCs w:val="16"/>
                <w:lang w:val="en-GB"/>
              </w:rPr>
              <w:t>5:45</w:t>
            </w:r>
          </w:p>
        </w:tc>
      </w:tr>
      <w:tr w:rsidR="006E53C5" w:rsidRPr="00450CAA" w14:paraId="72245EBB" w14:textId="77777777" w:rsidTr="006D239C">
        <w:trPr>
          <w:trHeight w:val="638"/>
          <w:tblHeader/>
        </w:trPr>
        <w:tc>
          <w:tcPr>
            <w:tcW w:w="5524" w:type="dxa"/>
          </w:tcPr>
          <w:p w14:paraId="4D95B181" w14:textId="77777777" w:rsidR="006E53C5" w:rsidRDefault="006E53C5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Cs w:val="20"/>
                <w:lang w:val="en-GB"/>
              </w:rPr>
              <w:t>Session 4: Parental substance use</w:t>
            </w:r>
          </w:p>
          <w:p w14:paraId="3AC9944F" w14:textId="41AB2B1A" w:rsidR="006E53C5" w:rsidRDefault="006E53C5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903707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2502E6">
              <w:rPr>
                <w:rFonts w:asciiTheme="majorHAnsi" w:hAnsiTheme="majorHAnsi" w:cstheme="majorHAnsi"/>
                <w:szCs w:val="20"/>
                <w:lang w:val="en-GB"/>
              </w:rPr>
              <w:t>Gallus Bischof</w:t>
            </w:r>
          </w:p>
          <w:p w14:paraId="69C2A30E" w14:textId="0712A5E6" w:rsidR="00490F75" w:rsidRDefault="00490F75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>Agnes Chen</w:t>
            </w:r>
            <w:r w:rsidR="00425D9E">
              <w:rPr>
                <w:rFonts w:asciiTheme="majorHAnsi" w:hAnsiTheme="majorHAnsi" w:cstheme="majorHAnsi"/>
                <w:szCs w:val="20"/>
                <w:lang w:val="en-GB"/>
              </w:rPr>
              <w:t xml:space="preserve"> (Canada)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490F75">
              <w:rPr>
                <w:rFonts w:asciiTheme="majorHAnsi" w:hAnsiTheme="majorHAnsi" w:cstheme="majorHAnsi"/>
                <w:i/>
                <w:szCs w:val="20"/>
                <w:lang w:val="en-GB"/>
              </w:rPr>
              <w:t>What We Heard: Reframing Support for Youth Affected by Parental Substance Use Through the Voices of friends, family, and professionals support youth</w:t>
            </w:r>
          </w:p>
          <w:p w14:paraId="72B8B81F" w14:textId="4FDBF46E" w:rsidR="00120608" w:rsidRDefault="00097A40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Dr</w:t>
            </w:r>
            <w:r w:rsidR="006D239C">
              <w:rPr>
                <w:rFonts w:asciiTheme="majorHAnsi" w:hAnsiTheme="majorHAnsi" w:cstheme="majorHAnsi"/>
                <w:szCs w:val="20"/>
              </w:rPr>
              <w:t xml:space="preserve">. </w:t>
            </w:r>
            <w:proofErr w:type="spellStart"/>
            <w:r w:rsidR="006D239C">
              <w:rPr>
                <w:rFonts w:asciiTheme="majorHAnsi" w:hAnsiTheme="majorHAnsi" w:cstheme="majorHAnsi"/>
                <w:szCs w:val="20"/>
              </w:rPr>
              <w:t>Debrielle</w:t>
            </w:r>
            <w:proofErr w:type="spellEnd"/>
            <w:r w:rsidR="006D239C">
              <w:rPr>
                <w:rFonts w:asciiTheme="majorHAnsi" w:hAnsiTheme="majorHAnsi" w:cstheme="majorHAnsi"/>
                <w:szCs w:val="20"/>
              </w:rPr>
              <w:t xml:space="preserve"> Jacques (USA): </w:t>
            </w:r>
            <w:r w:rsidR="006D239C" w:rsidRPr="006D239C">
              <w:rPr>
                <w:rFonts w:asciiTheme="majorHAnsi" w:hAnsiTheme="majorHAnsi" w:cstheme="majorHAnsi"/>
                <w:i/>
                <w:szCs w:val="20"/>
              </w:rPr>
              <w:t xml:space="preserve">What Lies Beneath the </w:t>
            </w:r>
            <w:proofErr w:type="gramStart"/>
            <w:r w:rsidR="006D239C" w:rsidRPr="006D239C">
              <w:rPr>
                <w:rFonts w:asciiTheme="majorHAnsi" w:hAnsiTheme="majorHAnsi" w:cstheme="majorHAnsi"/>
                <w:i/>
                <w:szCs w:val="20"/>
              </w:rPr>
              <w:t>Surface?:</w:t>
            </w:r>
            <w:proofErr w:type="gramEnd"/>
            <w:r w:rsidR="006D239C" w:rsidRPr="006D239C">
              <w:rPr>
                <w:rFonts w:asciiTheme="majorHAnsi" w:hAnsiTheme="majorHAnsi" w:cstheme="majorHAnsi"/>
                <w:i/>
                <w:szCs w:val="20"/>
              </w:rPr>
              <w:t xml:space="preserve"> Deconstructing Associations Between Parental Scaffolding, Parent-Infant Enmeshment, and Maternal Alcohol Dependence</w:t>
            </w:r>
          </w:p>
          <w:p w14:paraId="0FC06D39" w14:textId="77777777" w:rsidR="00276CA4" w:rsidRDefault="00276CA4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Dr. </w:t>
            </w:r>
            <w:r w:rsidRPr="00276CA4">
              <w:rPr>
                <w:rFonts w:asciiTheme="majorHAnsi" w:hAnsiTheme="majorHAnsi" w:cstheme="majorHAnsi"/>
                <w:szCs w:val="20"/>
              </w:rPr>
              <w:t>Nicola Aldridge</w:t>
            </w:r>
            <w:r w:rsidR="00425D9E">
              <w:rPr>
                <w:rFonts w:asciiTheme="majorHAnsi" w:hAnsiTheme="majorHAnsi" w:cstheme="majorHAnsi"/>
                <w:szCs w:val="20"/>
              </w:rPr>
              <w:t xml:space="preserve"> (UK)</w:t>
            </w:r>
            <w:r>
              <w:rPr>
                <w:rFonts w:asciiTheme="majorHAnsi" w:hAnsiTheme="majorHAnsi" w:cstheme="majorHAnsi"/>
                <w:szCs w:val="20"/>
              </w:rPr>
              <w:t xml:space="preserve">: </w:t>
            </w:r>
            <w:r w:rsidRPr="00276CA4">
              <w:rPr>
                <w:rFonts w:asciiTheme="majorHAnsi" w:hAnsiTheme="majorHAnsi" w:cstheme="majorHAnsi"/>
                <w:i/>
                <w:szCs w:val="20"/>
              </w:rPr>
              <w:t>From storybook to classroom: co-production and early piloting of a preventive intervention for children affected by parental substance use in UK primary schools</w:t>
            </w:r>
          </w:p>
          <w:p w14:paraId="40092052" w14:textId="6F239CA0" w:rsidR="006D239C" w:rsidRPr="006D239C" w:rsidRDefault="006D239C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r w:rsidRPr="006D239C">
              <w:rPr>
                <w:rFonts w:asciiTheme="majorHAnsi" w:hAnsiTheme="majorHAnsi" w:cstheme="majorHAnsi"/>
                <w:szCs w:val="20"/>
                <w:lang w:val="en-GB"/>
              </w:rPr>
              <w:t>Dr.</w:t>
            </w:r>
            <w:proofErr w:type="spellEnd"/>
            <w:r w:rsidRPr="006D239C">
              <w:rPr>
                <w:rFonts w:asciiTheme="majorHAnsi" w:hAnsiTheme="majorHAnsi" w:cstheme="majorHAnsi"/>
                <w:szCs w:val="20"/>
                <w:lang w:val="en-GB"/>
              </w:rPr>
              <w:t xml:space="preserve"> Dorine van </w:t>
            </w:r>
            <w:proofErr w:type="spellStart"/>
            <w:r w:rsidRPr="006D239C">
              <w:rPr>
                <w:rFonts w:asciiTheme="majorHAnsi" w:hAnsiTheme="majorHAnsi" w:cstheme="majorHAnsi"/>
                <w:szCs w:val="20"/>
                <w:lang w:val="en-GB"/>
              </w:rPr>
              <w:t>Namen</w:t>
            </w:r>
            <w:proofErr w:type="spellEnd"/>
            <w:r w:rsidRPr="006D239C">
              <w:rPr>
                <w:rFonts w:asciiTheme="majorHAnsi" w:hAnsiTheme="majorHAnsi" w:cstheme="majorHAnsi"/>
                <w:szCs w:val="20"/>
                <w:lang w:val="en-GB"/>
              </w:rPr>
              <w:t xml:space="preserve"> (Netherlands): </w:t>
            </w:r>
            <w:r w:rsidRPr="006D239C">
              <w:rPr>
                <w:rFonts w:asciiTheme="majorHAnsi" w:hAnsiTheme="majorHAnsi" w:cstheme="majorHAnsi"/>
                <w:i/>
                <w:szCs w:val="20"/>
                <w:lang w:val="en-GB"/>
              </w:rPr>
              <w:t>Boxing for young adult children of parents with mental illness and addiction</w:t>
            </w:r>
          </w:p>
        </w:tc>
        <w:tc>
          <w:tcPr>
            <w:tcW w:w="617" w:type="dxa"/>
          </w:tcPr>
          <w:p w14:paraId="3929C893" w14:textId="7652F6B1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19:45</w:t>
            </w:r>
          </w:p>
        </w:tc>
        <w:tc>
          <w:tcPr>
            <w:tcW w:w="781" w:type="dxa"/>
          </w:tcPr>
          <w:p w14:paraId="130080A1" w14:textId="67CEE09B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20:45</w:t>
            </w:r>
          </w:p>
        </w:tc>
        <w:tc>
          <w:tcPr>
            <w:tcW w:w="0" w:type="auto"/>
          </w:tcPr>
          <w:p w14:paraId="15535012" w14:textId="068B8157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20:45</w:t>
            </w:r>
          </w:p>
        </w:tc>
        <w:tc>
          <w:tcPr>
            <w:tcW w:w="0" w:type="auto"/>
          </w:tcPr>
          <w:p w14:paraId="38338321" w14:textId="30ED90B7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21:45</w:t>
            </w:r>
          </w:p>
        </w:tc>
        <w:tc>
          <w:tcPr>
            <w:tcW w:w="0" w:type="auto"/>
          </w:tcPr>
          <w:p w14:paraId="2B3A527F" w14:textId="24D59978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21:45</w:t>
            </w:r>
          </w:p>
        </w:tc>
        <w:tc>
          <w:tcPr>
            <w:tcW w:w="0" w:type="auto"/>
          </w:tcPr>
          <w:p w14:paraId="777B8CE1" w14:textId="316D5408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11:45</w:t>
            </w:r>
          </w:p>
        </w:tc>
        <w:tc>
          <w:tcPr>
            <w:tcW w:w="0" w:type="auto"/>
          </w:tcPr>
          <w:p w14:paraId="59D87D29" w14:textId="4A3D7CAA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14:45</w:t>
            </w:r>
          </w:p>
        </w:tc>
        <w:tc>
          <w:tcPr>
            <w:tcW w:w="0" w:type="auto"/>
          </w:tcPr>
          <w:p w14:paraId="61467D9C" w14:textId="33E463B8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15:45</w:t>
            </w:r>
          </w:p>
        </w:tc>
        <w:tc>
          <w:tcPr>
            <w:tcW w:w="0" w:type="auto"/>
          </w:tcPr>
          <w:p w14:paraId="684DC334" w14:textId="5BD25B24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0:15</w:t>
            </w:r>
          </w:p>
        </w:tc>
        <w:tc>
          <w:tcPr>
            <w:tcW w:w="0" w:type="auto"/>
          </w:tcPr>
          <w:p w14:paraId="0A46938F" w14:textId="2FFF50FE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2:45</w:t>
            </w:r>
          </w:p>
        </w:tc>
        <w:tc>
          <w:tcPr>
            <w:tcW w:w="0" w:type="auto"/>
          </w:tcPr>
          <w:p w14:paraId="50979D7B" w14:textId="70D2DCBD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4:45</w:t>
            </w:r>
          </w:p>
        </w:tc>
        <w:tc>
          <w:tcPr>
            <w:tcW w:w="0" w:type="auto"/>
          </w:tcPr>
          <w:p w14:paraId="63814AED" w14:textId="646B2EE7" w:rsidR="006E53C5" w:rsidRPr="00723609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6:45</w:t>
            </w:r>
          </w:p>
        </w:tc>
      </w:tr>
      <w:tr w:rsidR="006E53C5" w:rsidRPr="00450CAA" w14:paraId="7863D94B" w14:textId="77777777" w:rsidTr="006D239C">
        <w:trPr>
          <w:trHeight w:val="340"/>
          <w:tblHeader/>
        </w:trPr>
        <w:tc>
          <w:tcPr>
            <w:tcW w:w="5524" w:type="dxa"/>
          </w:tcPr>
          <w:p w14:paraId="4704C42A" w14:textId="4514570F" w:rsidR="006E53C5" w:rsidRPr="006E53C5" w:rsidRDefault="006E53C5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End of Day 1: </w:t>
            </w:r>
            <w:r w:rsidRPr="00096DF4">
              <w:rPr>
                <w:rFonts w:asciiTheme="majorHAnsi" w:hAnsiTheme="majorHAnsi" w:cstheme="majorHAnsi"/>
                <w:szCs w:val="20"/>
                <w:lang w:val="en-GB"/>
              </w:rPr>
              <w:t>Summary and Goodbye</w:t>
            </w:r>
          </w:p>
        </w:tc>
        <w:tc>
          <w:tcPr>
            <w:tcW w:w="617" w:type="dxa"/>
          </w:tcPr>
          <w:p w14:paraId="1CE653C8" w14:textId="5931EA08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20:45</w:t>
            </w:r>
          </w:p>
        </w:tc>
        <w:tc>
          <w:tcPr>
            <w:tcW w:w="781" w:type="dxa"/>
          </w:tcPr>
          <w:p w14:paraId="4B28CEF0" w14:textId="6AEC20BA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21: 45</w:t>
            </w:r>
          </w:p>
        </w:tc>
        <w:tc>
          <w:tcPr>
            <w:tcW w:w="0" w:type="auto"/>
          </w:tcPr>
          <w:p w14:paraId="77979843" w14:textId="7FB06804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21:45</w:t>
            </w:r>
          </w:p>
        </w:tc>
        <w:tc>
          <w:tcPr>
            <w:tcW w:w="0" w:type="auto"/>
          </w:tcPr>
          <w:p w14:paraId="0DB942B2" w14:textId="2D9369C0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22:45</w:t>
            </w:r>
          </w:p>
        </w:tc>
        <w:tc>
          <w:tcPr>
            <w:tcW w:w="0" w:type="auto"/>
          </w:tcPr>
          <w:p w14:paraId="17405FFD" w14:textId="0B4CADD0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22: 45</w:t>
            </w:r>
          </w:p>
        </w:tc>
        <w:tc>
          <w:tcPr>
            <w:tcW w:w="0" w:type="auto"/>
          </w:tcPr>
          <w:p w14:paraId="1BAF1EAA" w14:textId="17B4CDD8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12:45</w:t>
            </w:r>
          </w:p>
        </w:tc>
        <w:tc>
          <w:tcPr>
            <w:tcW w:w="0" w:type="auto"/>
          </w:tcPr>
          <w:p w14:paraId="28382A9D" w14:textId="0E49A3AD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15: 45</w:t>
            </w:r>
          </w:p>
        </w:tc>
        <w:tc>
          <w:tcPr>
            <w:tcW w:w="0" w:type="auto"/>
          </w:tcPr>
          <w:p w14:paraId="0DC78E1F" w14:textId="3A18CCE9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16: 45</w:t>
            </w:r>
          </w:p>
        </w:tc>
        <w:tc>
          <w:tcPr>
            <w:tcW w:w="0" w:type="auto"/>
          </w:tcPr>
          <w:p w14:paraId="3BA400DF" w14:textId="6479CECC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1:15</w:t>
            </w:r>
          </w:p>
        </w:tc>
        <w:tc>
          <w:tcPr>
            <w:tcW w:w="0" w:type="auto"/>
          </w:tcPr>
          <w:p w14:paraId="1DC23B0A" w14:textId="2FFF653E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3:45</w:t>
            </w:r>
          </w:p>
        </w:tc>
        <w:tc>
          <w:tcPr>
            <w:tcW w:w="0" w:type="auto"/>
          </w:tcPr>
          <w:p w14:paraId="3F5FA1CF" w14:textId="73DBBC09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5:45</w:t>
            </w:r>
          </w:p>
        </w:tc>
        <w:tc>
          <w:tcPr>
            <w:tcW w:w="0" w:type="auto"/>
          </w:tcPr>
          <w:p w14:paraId="52CF5E5C" w14:textId="4FC98E2B" w:rsidR="006E53C5" w:rsidRPr="00096DF4" w:rsidRDefault="006E53C5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 w:rsidRPr="00096DF4">
              <w:rPr>
                <w:sz w:val="16"/>
                <w:szCs w:val="16"/>
                <w:lang w:val="en-GB"/>
              </w:rPr>
              <w:t>7:45</w:t>
            </w:r>
          </w:p>
        </w:tc>
      </w:tr>
    </w:tbl>
    <w:p w14:paraId="3C6ED699" w14:textId="2A5FB557" w:rsidR="00094755" w:rsidRDefault="00094755">
      <w:pPr>
        <w:rPr>
          <w:lang w:val="en-GB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5414"/>
        <w:gridCol w:w="617"/>
        <w:gridCol w:w="617"/>
        <w:gridCol w:w="696"/>
        <w:gridCol w:w="876"/>
        <w:gridCol w:w="715"/>
        <w:gridCol w:w="643"/>
        <w:gridCol w:w="771"/>
        <w:gridCol w:w="786"/>
        <w:gridCol w:w="617"/>
        <w:gridCol w:w="617"/>
        <w:gridCol w:w="990"/>
        <w:gridCol w:w="894"/>
      </w:tblGrid>
      <w:tr w:rsidR="00BF0362" w:rsidRPr="00450CAA" w14:paraId="0EF26E6E" w14:textId="77777777" w:rsidTr="00D24167">
        <w:tc>
          <w:tcPr>
            <w:tcW w:w="0" w:type="auto"/>
          </w:tcPr>
          <w:p w14:paraId="0FAB0E3B" w14:textId="7875B098" w:rsidR="00BF0362" w:rsidRPr="00450CAA" w:rsidRDefault="00BF0362" w:rsidP="00473442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 w:val="24"/>
                <w:szCs w:val="28"/>
                <w:lang w:val="en-GB"/>
              </w:rPr>
              <w:lastRenderedPageBreak/>
              <w:t>Wednesday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1</w:t>
            </w:r>
            <w:r>
              <w:rPr>
                <w:b/>
                <w:bCs/>
                <w:sz w:val="24"/>
                <w:szCs w:val="28"/>
                <w:lang w:val="en-GB"/>
              </w:rPr>
              <w:t>6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September</w:t>
            </w:r>
          </w:p>
        </w:tc>
        <w:tc>
          <w:tcPr>
            <w:tcW w:w="0" w:type="auto"/>
          </w:tcPr>
          <w:p w14:paraId="304DB31E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FDD5CE4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UK</w:t>
            </w:r>
          </w:p>
        </w:tc>
        <w:tc>
          <w:tcPr>
            <w:tcW w:w="0" w:type="auto"/>
          </w:tcPr>
          <w:p w14:paraId="5A416C3F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AE2896D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Berlin</w:t>
            </w:r>
          </w:p>
        </w:tc>
        <w:tc>
          <w:tcPr>
            <w:tcW w:w="0" w:type="auto"/>
          </w:tcPr>
          <w:p w14:paraId="7FBEDA95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7D48AFA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Cape Town</w:t>
            </w:r>
          </w:p>
        </w:tc>
        <w:tc>
          <w:tcPr>
            <w:tcW w:w="0" w:type="auto"/>
          </w:tcPr>
          <w:p w14:paraId="0FE4749C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A5A4BB4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Istanbul, Turkey</w:t>
            </w:r>
          </w:p>
        </w:tc>
        <w:tc>
          <w:tcPr>
            <w:tcW w:w="0" w:type="auto"/>
          </w:tcPr>
          <w:p w14:paraId="051719BA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242A62C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Helsinki</w:t>
            </w:r>
          </w:p>
        </w:tc>
        <w:tc>
          <w:tcPr>
            <w:tcW w:w="0" w:type="auto"/>
          </w:tcPr>
          <w:p w14:paraId="31EDC944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A4F0308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Seattle</w:t>
            </w:r>
          </w:p>
        </w:tc>
        <w:tc>
          <w:tcPr>
            <w:tcW w:w="0" w:type="auto"/>
          </w:tcPr>
          <w:p w14:paraId="14340EC5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C274C45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New York/</w:t>
            </w:r>
          </w:p>
          <w:p w14:paraId="7AA5CF73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Maine/</w:t>
            </w:r>
          </w:p>
          <w:p w14:paraId="46146D8E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Toronto/</w:t>
            </w:r>
          </w:p>
          <w:p w14:paraId="18BBC751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Quebec</w:t>
            </w:r>
          </w:p>
        </w:tc>
        <w:tc>
          <w:tcPr>
            <w:tcW w:w="0" w:type="auto"/>
          </w:tcPr>
          <w:p w14:paraId="76DA2306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97E8AA7" w14:textId="77777777" w:rsidR="00BF0362" w:rsidRPr="00450CAA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Sao Paulo, Brazil</w:t>
            </w:r>
          </w:p>
          <w:p w14:paraId="7699EAAD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</w:tc>
        <w:tc>
          <w:tcPr>
            <w:tcW w:w="0" w:type="auto"/>
          </w:tcPr>
          <w:p w14:paraId="09CCF007" w14:textId="77777777" w:rsidR="00BF0362" w:rsidRDefault="00BF0362" w:rsidP="00473442">
            <w:pPr>
              <w:ind w:left="-455" w:firstLine="455"/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620F5B7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India</w:t>
            </w:r>
          </w:p>
        </w:tc>
        <w:tc>
          <w:tcPr>
            <w:tcW w:w="0" w:type="auto"/>
          </w:tcPr>
          <w:p w14:paraId="097F37AA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087217D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Perth,</w:t>
            </w:r>
          </w:p>
          <w:p w14:paraId="0B1CA31D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</w:t>
            </w:r>
          </w:p>
        </w:tc>
        <w:tc>
          <w:tcPr>
            <w:tcW w:w="0" w:type="auto"/>
          </w:tcPr>
          <w:p w14:paraId="64AA35D2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78B5436" w14:textId="77777777" w:rsidR="00D24167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Australian Eastern</w:t>
            </w:r>
          </w:p>
          <w:p w14:paraId="70DFB285" w14:textId="0BED3EB5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Standard</w:t>
            </w:r>
          </w:p>
        </w:tc>
        <w:tc>
          <w:tcPr>
            <w:tcW w:w="0" w:type="auto"/>
          </w:tcPr>
          <w:p w14:paraId="0F349D24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707D38A1" w14:textId="77777777" w:rsidR="00BF0362" w:rsidRDefault="00BF0362" w:rsidP="00473442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Auckland, NZ</w:t>
            </w:r>
          </w:p>
        </w:tc>
      </w:tr>
      <w:tr w:rsidR="00BF0362" w:rsidRPr="00450CAA" w14:paraId="296D2DF4" w14:textId="77777777" w:rsidTr="00D24167">
        <w:tc>
          <w:tcPr>
            <w:tcW w:w="0" w:type="auto"/>
          </w:tcPr>
          <w:p w14:paraId="06256472" w14:textId="77777777" w:rsidR="00276CA4" w:rsidRPr="00276CA4" w:rsidRDefault="00BF0362" w:rsidP="006D239C">
            <w:pPr>
              <w:spacing w:after="120"/>
              <w:rPr>
                <w:rFonts w:asciiTheme="majorHAnsi" w:hAnsiTheme="majorHAnsi" w:cstheme="majorHAnsi"/>
                <w:b/>
                <w:caps/>
                <w:szCs w:val="20"/>
                <w:lang w:val="en-GB"/>
              </w:rPr>
            </w:pPr>
            <w:r w:rsidRPr="00276CA4">
              <w:rPr>
                <w:rFonts w:asciiTheme="majorHAnsi" w:hAnsiTheme="majorHAnsi" w:cstheme="majorHAnsi"/>
                <w:b/>
                <w:szCs w:val="20"/>
                <w:lang w:val="en-GB"/>
              </w:rPr>
              <w:t>Introduction to day 2</w:t>
            </w:r>
          </w:p>
          <w:p w14:paraId="470F932D" w14:textId="48E14BCA" w:rsidR="00BF0362" w:rsidRPr="00B55D13" w:rsidRDefault="00BF0362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Dr</w:t>
            </w:r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>.</w:t>
            </w:r>
            <w:proofErr w:type="spellEnd"/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 G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allus Bischof</w:t>
            </w:r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, </w:t>
            </w:r>
            <w:proofErr w:type="spellStart"/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>AFIN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et</w:t>
            </w:r>
            <w:proofErr w:type="spellEnd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chair and conference organizer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s</w:t>
            </w:r>
          </w:p>
          <w:p w14:paraId="12B61192" w14:textId="77777777" w:rsidR="00BF0362" w:rsidRPr="00450CAA" w:rsidRDefault="00BF0362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DCCC70F" w14:textId="23681291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8:00</w:t>
            </w:r>
          </w:p>
        </w:tc>
        <w:tc>
          <w:tcPr>
            <w:tcW w:w="0" w:type="auto"/>
          </w:tcPr>
          <w:p w14:paraId="63FD6D0E" w14:textId="2AE15F18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9:00</w:t>
            </w:r>
          </w:p>
        </w:tc>
        <w:tc>
          <w:tcPr>
            <w:tcW w:w="0" w:type="auto"/>
          </w:tcPr>
          <w:p w14:paraId="0C4D8D6D" w14:textId="7CE02A3A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9:00</w:t>
            </w:r>
          </w:p>
        </w:tc>
        <w:tc>
          <w:tcPr>
            <w:tcW w:w="0" w:type="auto"/>
          </w:tcPr>
          <w:p w14:paraId="16375230" w14:textId="1919287A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10:00</w:t>
            </w:r>
          </w:p>
        </w:tc>
        <w:tc>
          <w:tcPr>
            <w:tcW w:w="0" w:type="auto"/>
          </w:tcPr>
          <w:p w14:paraId="6358A8C4" w14:textId="489F1513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10:00</w:t>
            </w:r>
          </w:p>
        </w:tc>
        <w:tc>
          <w:tcPr>
            <w:tcW w:w="0" w:type="auto"/>
          </w:tcPr>
          <w:p w14:paraId="5B4F6348" w14:textId="6CF04910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0:00</w:t>
            </w:r>
          </w:p>
        </w:tc>
        <w:tc>
          <w:tcPr>
            <w:tcW w:w="0" w:type="auto"/>
          </w:tcPr>
          <w:p w14:paraId="0FA0B992" w14:textId="0F525941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3:00</w:t>
            </w:r>
          </w:p>
        </w:tc>
        <w:tc>
          <w:tcPr>
            <w:tcW w:w="0" w:type="auto"/>
          </w:tcPr>
          <w:p w14:paraId="23FBC58C" w14:textId="3D252E6C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4:00</w:t>
            </w:r>
          </w:p>
        </w:tc>
        <w:tc>
          <w:tcPr>
            <w:tcW w:w="0" w:type="auto"/>
          </w:tcPr>
          <w:p w14:paraId="0CD6457C" w14:textId="34A4C8D7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</w:tcPr>
          <w:p w14:paraId="13344D50" w14:textId="6F3FBF93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0" w:type="auto"/>
          </w:tcPr>
          <w:p w14:paraId="5886B06E" w14:textId="051D6F3F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17:00</w:t>
            </w:r>
          </w:p>
        </w:tc>
        <w:tc>
          <w:tcPr>
            <w:tcW w:w="0" w:type="auto"/>
          </w:tcPr>
          <w:p w14:paraId="13FE9A2B" w14:textId="7ACBDF29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19:00</w:t>
            </w:r>
          </w:p>
        </w:tc>
      </w:tr>
      <w:tr w:rsidR="00BF0362" w:rsidRPr="00450CAA" w14:paraId="22CDA40A" w14:textId="77777777" w:rsidTr="00D24167">
        <w:tc>
          <w:tcPr>
            <w:tcW w:w="0" w:type="auto"/>
          </w:tcPr>
          <w:p w14:paraId="5C88A44F" w14:textId="6CE706C3" w:rsidR="00BF0362" w:rsidRPr="001011E1" w:rsidRDefault="00BF0362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>Keynote 2</w:t>
            </w:r>
            <w:r w:rsidR="00276CA4"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: </w:t>
            </w:r>
            <w:r w:rsidR="001011E1"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>“Who Pays for the Drink?</w:t>
            </w:r>
            <w:r w:rsid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>”</w:t>
            </w:r>
            <w:r w:rsidR="001011E1"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 Alcohol Use and Family Harm in India</w:t>
            </w:r>
          </w:p>
          <w:p w14:paraId="01144D29" w14:textId="6ED9483E" w:rsidR="00BF0362" w:rsidRPr="00B508DE" w:rsidRDefault="001011E1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1B5E8E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 w:rsidR="001B5E8E" w:rsidRPr="001B5E8E">
              <w:rPr>
                <w:rFonts w:asciiTheme="majorHAnsi" w:hAnsiTheme="majorHAnsi" w:cstheme="majorHAnsi"/>
                <w:szCs w:val="20"/>
                <w:lang w:val="en-GB"/>
              </w:rPr>
              <w:t xml:space="preserve"> Gallus</w:t>
            </w:r>
            <w:r w:rsidR="001B5E8E">
              <w:rPr>
                <w:rFonts w:asciiTheme="majorHAnsi" w:hAnsiTheme="majorHAnsi" w:cstheme="majorHAnsi"/>
                <w:szCs w:val="20"/>
                <w:lang w:val="en-GB"/>
              </w:rPr>
              <w:t xml:space="preserve"> Bischof</w:t>
            </w:r>
          </w:p>
          <w:p w14:paraId="02E0C4F0" w14:textId="7DAF150B" w:rsidR="00BF0362" w:rsidRPr="00B508DE" w:rsidRDefault="001011E1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Prof. </w:t>
            </w:r>
            <w:r w:rsidRPr="001011E1">
              <w:rPr>
                <w:rFonts w:asciiTheme="majorHAnsi" w:hAnsiTheme="majorHAnsi" w:cstheme="majorHAnsi"/>
                <w:szCs w:val="20"/>
                <w:lang w:val="en-GB"/>
              </w:rPr>
              <w:t>Abhijit Nadkarni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 India, UK</w:t>
            </w:r>
          </w:p>
        </w:tc>
        <w:tc>
          <w:tcPr>
            <w:tcW w:w="0" w:type="auto"/>
          </w:tcPr>
          <w:p w14:paraId="03EFD0A8" w14:textId="6DB5010D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8:15</w:t>
            </w:r>
          </w:p>
        </w:tc>
        <w:tc>
          <w:tcPr>
            <w:tcW w:w="0" w:type="auto"/>
          </w:tcPr>
          <w:p w14:paraId="2224751D" w14:textId="53CE854E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9:15</w:t>
            </w:r>
          </w:p>
        </w:tc>
        <w:tc>
          <w:tcPr>
            <w:tcW w:w="0" w:type="auto"/>
          </w:tcPr>
          <w:p w14:paraId="6BADADF3" w14:textId="3D6273A5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9:15</w:t>
            </w:r>
          </w:p>
        </w:tc>
        <w:tc>
          <w:tcPr>
            <w:tcW w:w="0" w:type="auto"/>
          </w:tcPr>
          <w:p w14:paraId="00F730E7" w14:textId="080839BA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10:15</w:t>
            </w:r>
          </w:p>
        </w:tc>
        <w:tc>
          <w:tcPr>
            <w:tcW w:w="0" w:type="auto"/>
          </w:tcPr>
          <w:p w14:paraId="261BB781" w14:textId="147F4641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10:15</w:t>
            </w:r>
          </w:p>
        </w:tc>
        <w:tc>
          <w:tcPr>
            <w:tcW w:w="0" w:type="auto"/>
          </w:tcPr>
          <w:p w14:paraId="105BA270" w14:textId="60414833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0:15</w:t>
            </w:r>
          </w:p>
        </w:tc>
        <w:tc>
          <w:tcPr>
            <w:tcW w:w="0" w:type="auto"/>
          </w:tcPr>
          <w:p w14:paraId="2673681C" w14:textId="075E6DF7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3:15</w:t>
            </w:r>
          </w:p>
        </w:tc>
        <w:tc>
          <w:tcPr>
            <w:tcW w:w="0" w:type="auto"/>
          </w:tcPr>
          <w:p w14:paraId="346DCBF5" w14:textId="1E57C0D2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4:15</w:t>
            </w:r>
          </w:p>
        </w:tc>
        <w:tc>
          <w:tcPr>
            <w:tcW w:w="0" w:type="auto"/>
          </w:tcPr>
          <w:p w14:paraId="733646A9" w14:textId="6A94B3A7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12:45</w:t>
            </w:r>
          </w:p>
        </w:tc>
        <w:tc>
          <w:tcPr>
            <w:tcW w:w="0" w:type="auto"/>
          </w:tcPr>
          <w:p w14:paraId="0441C2FD" w14:textId="6C618A9F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15:15</w:t>
            </w:r>
          </w:p>
        </w:tc>
        <w:tc>
          <w:tcPr>
            <w:tcW w:w="0" w:type="auto"/>
          </w:tcPr>
          <w:p w14:paraId="69E209E6" w14:textId="4AF10318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17:15</w:t>
            </w:r>
          </w:p>
        </w:tc>
        <w:tc>
          <w:tcPr>
            <w:tcW w:w="0" w:type="auto"/>
          </w:tcPr>
          <w:p w14:paraId="3BF78C49" w14:textId="2E2723EC" w:rsidR="00BF0362" w:rsidRPr="00450CAA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19:15</w:t>
            </w:r>
          </w:p>
        </w:tc>
      </w:tr>
      <w:tr w:rsidR="00BF0362" w:rsidRPr="00450CAA" w14:paraId="14EAC160" w14:textId="77777777" w:rsidTr="00D24167">
        <w:trPr>
          <w:trHeight w:val="638"/>
        </w:trPr>
        <w:tc>
          <w:tcPr>
            <w:tcW w:w="0" w:type="auto"/>
          </w:tcPr>
          <w:p w14:paraId="527D2F5C" w14:textId="500D9A98" w:rsidR="00BF0362" w:rsidRPr="001011E1" w:rsidRDefault="001011E1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>S</w:t>
            </w:r>
            <w:r w:rsidR="00BF0362"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ession </w:t>
            </w:r>
            <w:r w:rsidRPr="001011E1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5: </w:t>
            </w:r>
            <w:r>
              <w:rPr>
                <w:rFonts w:asciiTheme="majorHAnsi" w:hAnsiTheme="majorHAnsi" w:cstheme="majorHAnsi"/>
                <w:b/>
                <w:szCs w:val="20"/>
                <w:lang w:val="en-GB"/>
              </w:rPr>
              <w:t>Perspectives, needs and impact</w:t>
            </w:r>
          </w:p>
          <w:p w14:paraId="16FBC2E9" w14:textId="736DC4FD" w:rsidR="001011E1" w:rsidRDefault="001011E1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1B5E8E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 w:rsidR="001B5E8E" w:rsidRPr="001B5E8E">
              <w:rPr>
                <w:rFonts w:asciiTheme="majorHAnsi" w:hAnsiTheme="majorHAnsi" w:cstheme="majorHAnsi"/>
                <w:szCs w:val="20"/>
                <w:lang w:val="en-GB"/>
              </w:rPr>
              <w:t xml:space="preserve"> Robert</w:t>
            </w:r>
            <w:r w:rsidR="001B5E8E">
              <w:rPr>
                <w:rFonts w:asciiTheme="majorHAnsi" w:hAnsiTheme="majorHAnsi" w:cstheme="majorHAnsi"/>
                <w:szCs w:val="20"/>
                <w:lang w:val="en-GB"/>
              </w:rPr>
              <w:t xml:space="preserve"> Campbell</w:t>
            </w:r>
          </w:p>
          <w:p w14:paraId="0DB94771" w14:textId="43814666" w:rsidR="001011E1" w:rsidRDefault="001011E1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  <w:lang w:val="en-GB"/>
              </w:rPr>
            </w:pPr>
            <w:r w:rsidRPr="001011E1">
              <w:rPr>
                <w:rFonts w:asciiTheme="majorHAnsi" w:hAnsiTheme="majorHAnsi" w:cstheme="majorHAnsi"/>
                <w:szCs w:val="20"/>
                <w:lang w:val="en-GB"/>
              </w:rPr>
              <w:t>Paige Webb</w:t>
            </w:r>
            <w:r w:rsidR="002E635C">
              <w:rPr>
                <w:rFonts w:asciiTheme="majorHAnsi" w:hAnsiTheme="majorHAnsi" w:cstheme="majorHAnsi"/>
                <w:szCs w:val="20"/>
                <w:lang w:val="en-GB"/>
              </w:rPr>
              <w:t xml:space="preserve"> (Australia)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1011E1">
              <w:rPr>
                <w:rFonts w:asciiTheme="majorHAnsi" w:hAnsiTheme="majorHAnsi" w:cstheme="majorHAnsi"/>
                <w:i/>
                <w:szCs w:val="20"/>
                <w:lang w:val="en-GB"/>
              </w:rPr>
              <w:t>How people who regularly use methamphetamine perceive their family relationships</w:t>
            </w:r>
          </w:p>
          <w:p w14:paraId="1AC2A0BD" w14:textId="33580BD9" w:rsidR="001011E1" w:rsidRDefault="001011E1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 w:rsidRPr="001011E1">
              <w:rPr>
                <w:rFonts w:asciiTheme="majorHAnsi" w:hAnsiTheme="majorHAnsi" w:cstheme="majorHAnsi"/>
                <w:szCs w:val="20"/>
              </w:rPr>
              <w:t xml:space="preserve">Sylvie </w:t>
            </w:r>
            <w:proofErr w:type="spellStart"/>
            <w:r w:rsidRPr="001011E1">
              <w:rPr>
                <w:rFonts w:asciiTheme="majorHAnsi" w:hAnsiTheme="majorHAnsi" w:cstheme="majorHAnsi"/>
                <w:szCs w:val="20"/>
              </w:rPr>
              <w:t>Koutsouki</w:t>
            </w:r>
            <w:proofErr w:type="spellEnd"/>
            <w:r w:rsidR="002E635C">
              <w:rPr>
                <w:rFonts w:asciiTheme="majorHAnsi" w:hAnsiTheme="majorHAnsi" w:cstheme="majorHAnsi"/>
                <w:szCs w:val="20"/>
              </w:rPr>
              <w:t xml:space="preserve"> (Greece)</w:t>
            </w:r>
            <w:r>
              <w:rPr>
                <w:rFonts w:asciiTheme="majorHAnsi" w:hAnsiTheme="majorHAnsi" w:cstheme="majorHAnsi"/>
                <w:szCs w:val="20"/>
              </w:rPr>
              <w:t xml:space="preserve">: </w:t>
            </w:r>
            <w:r w:rsidRPr="001011E1">
              <w:rPr>
                <w:rFonts w:asciiTheme="majorHAnsi" w:hAnsiTheme="majorHAnsi" w:cstheme="majorHAnsi"/>
                <w:i/>
                <w:szCs w:val="20"/>
              </w:rPr>
              <w:t>Beyond the Symptom: Families of Adults with Eating Disorders in an Addiction Treatment Setting</w:t>
            </w:r>
          </w:p>
          <w:p w14:paraId="35D320DE" w14:textId="77777777" w:rsidR="001011E1" w:rsidRDefault="001011E1" w:rsidP="006D239C">
            <w:pPr>
              <w:spacing w:after="120"/>
              <w:rPr>
                <w:rFonts w:asciiTheme="majorHAnsi" w:hAnsiTheme="majorHAnsi" w:cstheme="majorHAnsi"/>
                <w:i/>
                <w:szCs w:val="20"/>
              </w:rPr>
            </w:pPr>
            <w:r w:rsidRPr="001011E1">
              <w:rPr>
                <w:rFonts w:asciiTheme="majorHAnsi" w:hAnsiTheme="majorHAnsi" w:cstheme="majorHAnsi"/>
                <w:szCs w:val="20"/>
              </w:rPr>
              <w:t>Janet Robinson</w:t>
            </w:r>
            <w:r w:rsidR="002E635C">
              <w:rPr>
                <w:rFonts w:asciiTheme="majorHAnsi" w:hAnsiTheme="majorHAnsi" w:cstheme="majorHAnsi"/>
                <w:szCs w:val="20"/>
              </w:rPr>
              <w:t xml:space="preserve"> (Ireland)</w:t>
            </w:r>
            <w:r>
              <w:rPr>
                <w:rFonts w:asciiTheme="majorHAnsi" w:hAnsiTheme="majorHAnsi" w:cstheme="majorHAnsi"/>
                <w:szCs w:val="20"/>
              </w:rPr>
              <w:t xml:space="preserve">: </w:t>
            </w:r>
            <w:r w:rsidR="00D24167" w:rsidRPr="00D24167">
              <w:rPr>
                <w:rFonts w:asciiTheme="majorHAnsi" w:hAnsiTheme="majorHAnsi" w:cstheme="majorHAnsi"/>
                <w:i/>
                <w:szCs w:val="20"/>
              </w:rPr>
              <w:t>Impact of drug-related intimidation on families in Ireland: findings from national monitoring data</w:t>
            </w:r>
          </w:p>
          <w:p w14:paraId="461ACD1A" w14:textId="63DF4CDE" w:rsidR="006D239C" w:rsidRPr="001011E1" w:rsidRDefault="006D239C" w:rsidP="006D239C">
            <w:pPr>
              <w:spacing w:after="12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 xml:space="preserve">Dr. </w:t>
            </w:r>
            <w:proofErr w:type="spellStart"/>
            <w:r w:rsidRPr="006D239C">
              <w:rPr>
                <w:rFonts w:asciiTheme="majorHAnsi" w:hAnsiTheme="majorHAnsi" w:cstheme="majorHAnsi"/>
                <w:szCs w:val="20"/>
              </w:rPr>
              <w:t>Simbai</w:t>
            </w:r>
            <w:proofErr w:type="spellEnd"/>
            <w:r w:rsidRPr="006D239C">
              <w:rPr>
                <w:rFonts w:asciiTheme="majorHAnsi" w:hAnsiTheme="majorHAnsi" w:cstheme="majorHAnsi"/>
                <w:szCs w:val="20"/>
              </w:rPr>
              <w:t xml:space="preserve"> </w:t>
            </w:r>
            <w:proofErr w:type="spellStart"/>
            <w:r w:rsidRPr="006D239C">
              <w:rPr>
                <w:rFonts w:asciiTheme="majorHAnsi" w:hAnsiTheme="majorHAnsi" w:cstheme="majorHAnsi"/>
                <w:szCs w:val="20"/>
              </w:rPr>
              <w:t>Mushonga</w:t>
            </w:r>
            <w:proofErr w:type="spellEnd"/>
            <w:r>
              <w:rPr>
                <w:rFonts w:asciiTheme="majorHAnsi" w:hAnsiTheme="majorHAnsi" w:cstheme="majorHAnsi"/>
                <w:szCs w:val="20"/>
              </w:rPr>
              <w:t xml:space="preserve"> (South Africa): </w:t>
            </w:r>
            <w:r w:rsidRPr="006D239C">
              <w:rPr>
                <w:rFonts w:asciiTheme="majorHAnsi" w:hAnsiTheme="majorHAnsi" w:cstheme="majorHAnsi"/>
                <w:i/>
                <w:szCs w:val="20"/>
              </w:rPr>
              <w:t>Self-initiated Help-seeking Interactions that Enabled Resilient Outcomes Among University Students Raised by Alcohol-Misusing Caregivers in Lesotho</w:t>
            </w:r>
          </w:p>
        </w:tc>
        <w:tc>
          <w:tcPr>
            <w:tcW w:w="0" w:type="auto"/>
          </w:tcPr>
          <w:p w14:paraId="0D3B4480" w14:textId="278F7D4C" w:rsidR="00BF0362" w:rsidRPr="00B55D13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9:15</w:t>
            </w:r>
          </w:p>
        </w:tc>
        <w:tc>
          <w:tcPr>
            <w:tcW w:w="0" w:type="auto"/>
          </w:tcPr>
          <w:p w14:paraId="35BFA51D" w14:textId="372265D6" w:rsidR="00BF0362" w:rsidRPr="00B55D13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10:15</w:t>
            </w:r>
          </w:p>
        </w:tc>
        <w:tc>
          <w:tcPr>
            <w:tcW w:w="0" w:type="auto"/>
          </w:tcPr>
          <w:p w14:paraId="142E0F5F" w14:textId="4B257D0B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10:15</w:t>
            </w:r>
          </w:p>
        </w:tc>
        <w:tc>
          <w:tcPr>
            <w:tcW w:w="0" w:type="auto"/>
          </w:tcPr>
          <w:p w14:paraId="46106E14" w14:textId="42823F00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0" w:type="auto"/>
          </w:tcPr>
          <w:p w14:paraId="7F5BC270" w14:textId="366BFE3A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0" w:type="auto"/>
          </w:tcPr>
          <w:p w14:paraId="7E3F4655" w14:textId="0755AC6E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1:15</w:t>
            </w:r>
          </w:p>
        </w:tc>
        <w:tc>
          <w:tcPr>
            <w:tcW w:w="0" w:type="auto"/>
          </w:tcPr>
          <w:p w14:paraId="5C7A30A0" w14:textId="76728391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4:15</w:t>
            </w:r>
          </w:p>
        </w:tc>
        <w:tc>
          <w:tcPr>
            <w:tcW w:w="0" w:type="auto"/>
          </w:tcPr>
          <w:p w14:paraId="56A84CCE" w14:textId="74417374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5:15</w:t>
            </w:r>
          </w:p>
        </w:tc>
        <w:tc>
          <w:tcPr>
            <w:tcW w:w="0" w:type="auto"/>
          </w:tcPr>
          <w:p w14:paraId="11975D25" w14:textId="70A30FB8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13:45</w:t>
            </w:r>
          </w:p>
        </w:tc>
        <w:tc>
          <w:tcPr>
            <w:tcW w:w="0" w:type="auto"/>
          </w:tcPr>
          <w:p w14:paraId="76DD13E7" w14:textId="54B0F40F" w:rsidR="00BF0362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16:15</w:t>
            </w:r>
          </w:p>
        </w:tc>
        <w:tc>
          <w:tcPr>
            <w:tcW w:w="0" w:type="auto"/>
          </w:tcPr>
          <w:p w14:paraId="1A517F5A" w14:textId="4E59EBA2" w:rsidR="00BF0362" w:rsidRPr="00B55D13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18:15</w:t>
            </w:r>
          </w:p>
        </w:tc>
        <w:tc>
          <w:tcPr>
            <w:tcW w:w="0" w:type="auto"/>
          </w:tcPr>
          <w:p w14:paraId="7116DB5F" w14:textId="671CA50E" w:rsidR="00BF0362" w:rsidRPr="00B55D13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20:15</w:t>
            </w:r>
          </w:p>
        </w:tc>
      </w:tr>
      <w:tr w:rsidR="00BF0362" w:rsidRPr="00450CAA" w14:paraId="3E85D8EC" w14:textId="77777777" w:rsidTr="00D24167">
        <w:tc>
          <w:tcPr>
            <w:tcW w:w="0" w:type="auto"/>
            <w:shd w:val="clear" w:color="auto" w:fill="F2F2F2" w:themeFill="background1" w:themeFillShade="F2"/>
          </w:tcPr>
          <w:p w14:paraId="0D094F14" w14:textId="77777777" w:rsidR="00BF0362" w:rsidRPr="00B55D13" w:rsidRDefault="00BF0362" w:rsidP="006D239C">
            <w:pPr>
              <w:spacing w:after="120"/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Comfort break</w:t>
            </w:r>
            <w: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 xml:space="preserve"> (15 min)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92B6584" w14:textId="2FDACF8B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0E25C15" w14:textId="7B2A9A5D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6F37762" w14:textId="05314294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537B7B5" w14:textId="056651D9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58F4AB6" w14:textId="748DEFC9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531E52F" w14:textId="0CE0E089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6321756" w14:textId="5AD61829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AB62139" w14:textId="50EED508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8255F87" w14:textId="6A2294F3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CCE6D05" w14:textId="6710F28A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63954BF" w14:textId="27CD7B03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5A74EC6" w14:textId="514063C6" w:rsidR="00BF0362" w:rsidRPr="00B55D13" w:rsidRDefault="00D2416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21:15</w:t>
            </w:r>
          </w:p>
        </w:tc>
      </w:tr>
    </w:tbl>
    <w:p w14:paraId="5A8CCF26" w14:textId="77777777" w:rsidR="00D24167" w:rsidRDefault="00D24167">
      <w:r>
        <w:br w:type="page"/>
      </w: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5272"/>
        <w:gridCol w:w="617"/>
        <w:gridCol w:w="617"/>
        <w:gridCol w:w="693"/>
        <w:gridCol w:w="871"/>
        <w:gridCol w:w="715"/>
        <w:gridCol w:w="643"/>
        <w:gridCol w:w="770"/>
        <w:gridCol w:w="787"/>
        <w:gridCol w:w="617"/>
        <w:gridCol w:w="617"/>
        <w:gridCol w:w="1142"/>
        <w:gridCol w:w="892"/>
      </w:tblGrid>
      <w:tr w:rsidR="00167707" w:rsidRPr="00450CAA" w14:paraId="66E58DD2" w14:textId="77777777" w:rsidTr="00D24167">
        <w:tc>
          <w:tcPr>
            <w:tcW w:w="0" w:type="auto"/>
          </w:tcPr>
          <w:p w14:paraId="6A0B5844" w14:textId="02C1A969" w:rsidR="00D24167" w:rsidRPr="00450CAA" w:rsidRDefault="00D24167" w:rsidP="009A1F28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>
              <w:rPr>
                <w:b/>
                <w:bCs/>
                <w:sz w:val="24"/>
                <w:szCs w:val="28"/>
                <w:lang w:val="en-GB"/>
              </w:rPr>
              <w:lastRenderedPageBreak/>
              <w:t>Wednesday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1</w:t>
            </w:r>
            <w:r>
              <w:rPr>
                <w:b/>
                <w:bCs/>
                <w:sz w:val="24"/>
                <w:szCs w:val="28"/>
                <w:lang w:val="en-GB"/>
              </w:rPr>
              <w:t>6</w:t>
            </w:r>
            <w:r w:rsidRPr="00450CAA">
              <w:rPr>
                <w:b/>
                <w:bCs/>
                <w:sz w:val="24"/>
                <w:szCs w:val="28"/>
                <w:lang w:val="en-GB"/>
              </w:rPr>
              <w:t xml:space="preserve"> September</w:t>
            </w:r>
          </w:p>
        </w:tc>
        <w:tc>
          <w:tcPr>
            <w:tcW w:w="0" w:type="auto"/>
          </w:tcPr>
          <w:p w14:paraId="50461187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B1B464E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UK</w:t>
            </w:r>
          </w:p>
        </w:tc>
        <w:tc>
          <w:tcPr>
            <w:tcW w:w="0" w:type="auto"/>
          </w:tcPr>
          <w:p w14:paraId="5064E524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49B788DE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Berlin</w:t>
            </w:r>
          </w:p>
        </w:tc>
        <w:tc>
          <w:tcPr>
            <w:tcW w:w="0" w:type="auto"/>
          </w:tcPr>
          <w:p w14:paraId="210A90FB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D68A8FA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Cape Town</w:t>
            </w:r>
          </w:p>
        </w:tc>
        <w:tc>
          <w:tcPr>
            <w:tcW w:w="0" w:type="auto"/>
          </w:tcPr>
          <w:p w14:paraId="232756B7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736606E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Istanbul, Turkey</w:t>
            </w:r>
          </w:p>
        </w:tc>
        <w:tc>
          <w:tcPr>
            <w:tcW w:w="0" w:type="auto"/>
          </w:tcPr>
          <w:p w14:paraId="3C1E2D69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CC0D9A0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Helsinki</w:t>
            </w:r>
          </w:p>
        </w:tc>
        <w:tc>
          <w:tcPr>
            <w:tcW w:w="0" w:type="auto"/>
          </w:tcPr>
          <w:p w14:paraId="3D69D014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F6059F9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Seattle</w:t>
            </w:r>
          </w:p>
        </w:tc>
        <w:tc>
          <w:tcPr>
            <w:tcW w:w="0" w:type="auto"/>
          </w:tcPr>
          <w:p w14:paraId="4E685C9B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14B57429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New York/</w:t>
            </w:r>
          </w:p>
          <w:p w14:paraId="1036182C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Maine/</w:t>
            </w:r>
          </w:p>
          <w:p w14:paraId="064A0A35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Toronto/</w:t>
            </w:r>
          </w:p>
          <w:p w14:paraId="61764BE6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Quebec</w:t>
            </w:r>
          </w:p>
        </w:tc>
        <w:tc>
          <w:tcPr>
            <w:tcW w:w="0" w:type="auto"/>
          </w:tcPr>
          <w:p w14:paraId="124A9CAF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369AF27" w14:textId="77777777" w:rsidR="00D24167" w:rsidRPr="00450CAA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Sao Paulo, Brazil</w:t>
            </w:r>
          </w:p>
          <w:p w14:paraId="1871533F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</w:tc>
        <w:tc>
          <w:tcPr>
            <w:tcW w:w="0" w:type="auto"/>
          </w:tcPr>
          <w:p w14:paraId="4E9356D3" w14:textId="77777777" w:rsidR="00D24167" w:rsidRDefault="00D24167" w:rsidP="009A1F28">
            <w:pPr>
              <w:ind w:left="-455" w:firstLine="455"/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576CCAD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India</w:t>
            </w:r>
          </w:p>
        </w:tc>
        <w:tc>
          <w:tcPr>
            <w:tcW w:w="0" w:type="auto"/>
          </w:tcPr>
          <w:p w14:paraId="3996AB2A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64314B70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Perth,</w:t>
            </w:r>
          </w:p>
          <w:p w14:paraId="5227F814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</w:t>
            </w:r>
          </w:p>
        </w:tc>
        <w:tc>
          <w:tcPr>
            <w:tcW w:w="0" w:type="auto"/>
          </w:tcPr>
          <w:p w14:paraId="626502C9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828CBF5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Australian Eastern Standard</w:t>
            </w:r>
          </w:p>
        </w:tc>
        <w:tc>
          <w:tcPr>
            <w:tcW w:w="0" w:type="auto"/>
          </w:tcPr>
          <w:p w14:paraId="30256845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61DF8FB" w14:textId="77777777" w:rsidR="00D24167" w:rsidRDefault="00D24167" w:rsidP="009A1F28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>
              <w:rPr>
                <w:b/>
                <w:bCs/>
                <w:sz w:val="13"/>
                <w:szCs w:val="13"/>
                <w:lang w:val="en-GB"/>
              </w:rPr>
              <w:t>Auckland, NZ</w:t>
            </w:r>
          </w:p>
        </w:tc>
      </w:tr>
      <w:tr w:rsidR="00BF0362" w:rsidRPr="0037524C" w14:paraId="0CC84EAE" w14:textId="77777777" w:rsidTr="00D24167">
        <w:tc>
          <w:tcPr>
            <w:tcW w:w="0" w:type="auto"/>
          </w:tcPr>
          <w:p w14:paraId="32B5D3B5" w14:textId="0F68A420" w:rsidR="00BF0362" w:rsidRPr="00D24167" w:rsidRDefault="00D24167" w:rsidP="006D239C">
            <w:pPr>
              <w:spacing w:after="120"/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D24167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S</w:t>
            </w:r>
            <w:r w:rsidR="00BF0362" w:rsidRPr="00D24167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 xml:space="preserve">ession </w:t>
            </w:r>
            <w:r w:rsidRPr="00D24167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6: Interventions</w:t>
            </w:r>
          </w:p>
          <w:p w14:paraId="3C6D2635" w14:textId="6F662569" w:rsidR="00D24167" w:rsidRDefault="00D24167" w:rsidP="006D239C">
            <w:pPr>
              <w:spacing w:after="120"/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</w:pPr>
            <w:r w:rsidRPr="001B5E8E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Chair:</w:t>
            </w:r>
            <w:r w:rsidR="001B5E8E" w:rsidRPr="001B5E8E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Ruth</w:t>
            </w:r>
            <w:r w:rsidR="001B5E8E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McGovern</w:t>
            </w:r>
          </w:p>
          <w:p w14:paraId="3EC5BE34" w14:textId="1F1A2011" w:rsidR="008468E6" w:rsidRDefault="00D24167" w:rsidP="006D239C">
            <w:pPr>
              <w:spacing w:after="120"/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</w:pPr>
            <w:proofErr w:type="spellStart"/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Dr.</w:t>
            </w:r>
            <w:proofErr w:type="spellEnd"/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</w:t>
            </w:r>
            <w:r w:rsidRPr="00D24167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Isaac Akande</w:t>
            </w:r>
            <w:r w:rsidR="002E635C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(UK)</w:t>
            </w:r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: </w:t>
            </w:r>
            <w:r w:rsidRPr="00D24167">
              <w:rPr>
                <w:rFonts w:asciiTheme="majorHAnsi" w:eastAsiaTheme="majorEastAsia" w:hAnsiTheme="majorHAnsi" w:cstheme="majorHAnsi"/>
                <w:bCs/>
                <w:i/>
                <w:szCs w:val="20"/>
                <w:lang w:val="en-GB"/>
              </w:rPr>
              <w:t>Evaluating the feasibility of the 5-Step Method within Secondary Care Mental Health Services</w:t>
            </w:r>
          </w:p>
          <w:p w14:paraId="027DF536" w14:textId="58CA60C1" w:rsidR="00BF0362" w:rsidRDefault="00D24167" w:rsidP="006D239C">
            <w:pPr>
              <w:spacing w:after="120"/>
              <w:rPr>
                <w:rFonts w:asciiTheme="majorHAnsi" w:eastAsiaTheme="majorEastAsia" w:hAnsiTheme="majorHAnsi" w:cstheme="majorHAnsi"/>
                <w:bCs/>
                <w:i/>
                <w:szCs w:val="20"/>
                <w:lang w:val="en-GB"/>
              </w:rPr>
            </w:pPr>
            <w:r w:rsidRPr="00D24167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Heidi </w:t>
            </w:r>
            <w:proofErr w:type="spellStart"/>
            <w:r w:rsidRPr="00D24167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Gray</w:t>
            </w:r>
            <w:proofErr w:type="spellEnd"/>
            <w:r w:rsidR="002E635C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(Australia)</w:t>
            </w:r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: </w:t>
            </w:r>
            <w:r w:rsidR="00167707" w:rsidRPr="00167707">
              <w:rPr>
                <w:rFonts w:asciiTheme="majorHAnsi" w:eastAsiaTheme="majorEastAsia" w:hAnsiTheme="majorHAnsi" w:cstheme="majorHAnsi"/>
                <w:bCs/>
                <w:i/>
                <w:szCs w:val="20"/>
                <w:lang w:val="en-GB"/>
              </w:rPr>
              <w:t>Online Community Reinforcement and Family Training for concerned significant others in rural Australia: A qualitative study</w:t>
            </w:r>
          </w:p>
          <w:p w14:paraId="4F584156" w14:textId="77777777" w:rsidR="00167707" w:rsidRDefault="00167707" w:rsidP="006D239C">
            <w:pPr>
              <w:spacing w:after="120"/>
              <w:rPr>
                <w:rFonts w:asciiTheme="majorHAnsi" w:eastAsiaTheme="majorEastAsia" w:hAnsiTheme="majorHAnsi" w:cstheme="majorHAnsi"/>
                <w:bCs/>
                <w:i/>
                <w:szCs w:val="20"/>
                <w:lang w:val="en-GB"/>
              </w:rPr>
            </w:pPr>
            <w:proofErr w:type="spellStart"/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Dr.</w:t>
            </w:r>
            <w:proofErr w:type="spellEnd"/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</w:t>
            </w:r>
            <w:r w:rsidRPr="00167707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Steph Kershaw</w:t>
            </w:r>
            <w:r w:rsidR="002E635C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(Australia)</w:t>
            </w:r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: </w:t>
            </w:r>
            <w:r w:rsidRPr="00167707">
              <w:rPr>
                <w:rFonts w:asciiTheme="majorHAnsi" w:eastAsiaTheme="majorEastAsia" w:hAnsiTheme="majorHAnsi" w:cstheme="majorHAnsi"/>
                <w:bCs/>
                <w:i/>
                <w:szCs w:val="20"/>
                <w:lang w:val="en-GB"/>
              </w:rPr>
              <w:t>The Family and Friends Support Program: A Pilot Study Examining Usability, Acceptability, and Feasibility of a Web-Based Well-Being and Resilience Intervention</w:t>
            </w:r>
          </w:p>
          <w:p w14:paraId="048786BF" w14:textId="2765C935" w:rsidR="006D239C" w:rsidRPr="00D74D9A" w:rsidRDefault="00D74D9A" w:rsidP="006D239C">
            <w:pPr>
              <w:spacing w:after="120"/>
              <w:rPr>
                <w:rFonts w:asciiTheme="majorHAnsi" w:eastAsiaTheme="majorEastAsia" w:hAnsiTheme="majorHAnsi" w:cstheme="majorHAnsi"/>
                <w:bCs/>
                <w:szCs w:val="20"/>
              </w:rPr>
            </w:pPr>
            <w:proofErr w:type="spellStart"/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Profl</w:t>
            </w:r>
            <w:proofErr w:type="spellEnd"/>
            <w:r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</w:t>
            </w:r>
            <w:r w:rsidR="006D239C" w:rsidRPr="006D239C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Ilona </w:t>
            </w:r>
            <w:proofErr w:type="spellStart"/>
            <w:r w:rsidR="006D239C" w:rsidRPr="006D239C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>Tamutienè</w:t>
            </w:r>
            <w:proofErr w:type="spellEnd"/>
            <w:r w:rsidR="006D239C">
              <w:rPr>
                <w:rFonts w:asciiTheme="majorHAnsi" w:eastAsiaTheme="majorEastAsia" w:hAnsiTheme="majorHAnsi" w:cstheme="majorHAnsi"/>
                <w:bCs/>
                <w:szCs w:val="20"/>
                <w:lang w:val="en-GB"/>
              </w:rPr>
              <w:t xml:space="preserve"> (Lithuania): </w:t>
            </w:r>
            <w:r w:rsidRPr="00D74D9A">
              <w:rPr>
                <w:rFonts w:asciiTheme="majorHAnsi" w:eastAsiaTheme="majorEastAsia" w:hAnsiTheme="majorHAnsi" w:cstheme="majorHAnsi"/>
                <w:bCs/>
                <w:i/>
                <w:szCs w:val="20"/>
                <w:lang w:val="en-GB"/>
              </w:rPr>
              <w:t>Child Protection Responses to Alcohol-Related Domestic Violence in Lithuania: Assessing Children's Safety and Support Needs</w:t>
            </w:r>
          </w:p>
        </w:tc>
        <w:tc>
          <w:tcPr>
            <w:tcW w:w="0" w:type="auto"/>
          </w:tcPr>
          <w:p w14:paraId="5E490582" w14:textId="1B1EA1BC" w:rsidR="00BF0362" w:rsidRPr="0037524C" w:rsidRDefault="00BF0362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10:30</w:t>
            </w:r>
          </w:p>
        </w:tc>
        <w:tc>
          <w:tcPr>
            <w:tcW w:w="0" w:type="auto"/>
          </w:tcPr>
          <w:p w14:paraId="326527F1" w14:textId="2083CC60" w:rsidR="00BF0362" w:rsidRPr="0037524C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11:30</w:t>
            </w:r>
          </w:p>
        </w:tc>
        <w:tc>
          <w:tcPr>
            <w:tcW w:w="0" w:type="auto"/>
          </w:tcPr>
          <w:p w14:paraId="6DBA089D" w14:textId="7D1D1BBF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11:30</w:t>
            </w:r>
          </w:p>
        </w:tc>
        <w:tc>
          <w:tcPr>
            <w:tcW w:w="0" w:type="auto"/>
          </w:tcPr>
          <w:p w14:paraId="14E9547E" w14:textId="490DCFA5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</w:tcPr>
          <w:p w14:paraId="565B1726" w14:textId="6D10C672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</w:tcPr>
          <w:p w14:paraId="7F94018A" w14:textId="53E5141C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2:30</w:t>
            </w:r>
          </w:p>
        </w:tc>
        <w:tc>
          <w:tcPr>
            <w:tcW w:w="0" w:type="auto"/>
          </w:tcPr>
          <w:p w14:paraId="6C0C0B2F" w14:textId="62E422E7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5:30</w:t>
            </w:r>
          </w:p>
        </w:tc>
        <w:tc>
          <w:tcPr>
            <w:tcW w:w="0" w:type="auto"/>
          </w:tcPr>
          <w:p w14:paraId="2515F440" w14:textId="22C10DE3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6:30</w:t>
            </w:r>
          </w:p>
        </w:tc>
        <w:tc>
          <w:tcPr>
            <w:tcW w:w="0" w:type="auto"/>
          </w:tcPr>
          <w:p w14:paraId="5647FD8F" w14:textId="30894906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0" w:type="auto"/>
          </w:tcPr>
          <w:p w14:paraId="22D74DA3" w14:textId="7B7C88E4" w:rsidR="00BF0362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17:30</w:t>
            </w:r>
          </w:p>
        </w:tc>
        <w:tc>
          <w:tcPr>
            <w:tcW w:w="0" w:type="auto"/>
          </w:tcPr>
          <w:p w14:paraId="38CA3544" w14:textId="260EE312" w:rsidR="00BF0362" w:rsidRPr="0037524C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19:30</w:t>
            </w:r>
          </w:p>
        </w:tc>
        <w:tc>
          <w:tcPr>
            <w:tcW w:w="0" w:type="auto"/>
          </w:tcPr>
          <w:p w14:paraId="46C19D9C" w14:textId="05A8E31C" w:rsidR="00BF0362" w:rsidRPr="0037524C" w:rsidRDefault="00661233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21:30</w:t>
            </w:r>
          </w:p>
        </w:tc>
      </w:tr>
      <w:tr w:rsidR="00167707" w:rsidRPr="00450CAA" w14:paraId="07F706E3" w14:textId="77777777" w:rsidTr="00D24167">
        <w:tc>
          <w:tcPr>
            <w:tcW w:w="0" w:type="auto"/>
            <w:shd w:val="clear" w:color="auto" w:fill="FFFFFF" w:themeFill="background1"/>
          </w:tcPr>
          <w:p w14:paraId="11A7EE5B" w14:textId="77777777" w:rsidR="00167707" w:rsidRPr="00167707" w:rsidRDefault="00167707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r w:rsidRPr="00167707">
              <w:rPr>
                <w:rFonts w:asciiTheme="majorHAnsi" w:hAnsiTheme="majorHAnsi" w:cstheme="majorHAnsi"/>
                <w:b/>
                <w:szCs w:val="20"/>
                <w:lang w:val="en-GB"/>
              </w:rPr>
              <w:t>Session 7: Addiction – It’s a Family Matter. Who Cares? Using autobiographical writing to raise awareness of a neglected and stigmatised subject</w:t>
            </w:r>
          </w:p>
          <w:p w14:paraId="7B8203D1" w14:textId="5E092834" w:rsidR="008468E6" w:rsidRDefault="00167707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595054">
              <w:rPr>
                <w:rFonts w:asciiTheme="majorHAnsi" w:hAnsiTheme="majorHAnsi" w:cstheme="majorHAnsi"/>
                <w:szCs w:val="20"/>
                <w:lang w:val="en-GB"/>
              </w:rPr>
              <w:t>Chair:</w:t>
            </w:r>
            <w:r w:rsidR="008468E6" w:rsidRPr="00595054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1B5E8E" w:rsidRPr="00595054">
              <w:rPr>
                <w:rFonts w:asciiTheme="majorHAnsi" w:hAnsiTheme="majorHAnsi" w:cstheme="majorHAnsi"/>
                <w:szCs w:val="20"/>
                <w:lang w:val="en-GB"/>
              </w:rPr>
              <w:t xml:space="preserve">Richard </w:t>
            </w:r>
            <w:proofErr w:type="spellStart"/>
            <w:r w:rsidR="001B5E8E" w:rsidRPr="00595054">
              <w:rPr>
                <w:rFonts w:asciiTheme="majorHAnsi" w:hAnsiTheme="majorHAnsi" w:cstheme="majorHAnsi"/>
                <w:szCs w:val="20"/>
                <w:lang w:val="en-GB"/>
              </w:rPr>
              <w:t>Velleman</w:t>
            </w:r>
            <w:proofErr w:type="spellEnd"/>
          </w:p>
          <w:p w14:paraId="24074441" w14:textId="676AC34D" w:rsidR="008468E6" w:rsidRPr="00B55D13" w:rsidRDefault="00167707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Prof. </w:t>
            </w:r>
            <w:r w:rsidR="00864712">
              <w:rPr>
                <w:rFonts w:asciiTheme="majorHAnsi" w:hAnsiTheme="majorHAnsi" w:cstheme="majorHAnsi"/>
                <w:szCs w:val="20"/>
                <w:lang w:val="en-GB"/>
              </w:rPr>
              <w:t>Jim</w:t>
            </w:r>
            <w:r w:rsidR="00B811BC">
              <w:rPr>
                <w:rFonts w:asciiTheme="majorHAnsi" w:hAnsiTheme="majorHAnsi" w:cstheme="majorHAnsi"/>
                <w:szCs w:val="20"/>
                <w:lang w:val="en-GB"/>
              </w:rPr>
              <w:t xml:space="preserve"> Orford </w:t>
            </w:r>
            <w:r w:rsidR="00746636">
              <w:rPr>
                <w:rFonts w:asciiTheme="majorHAnsi" w:hAnsiTheme="majorHAnsi" w:cstheme="majorHAnsi"/>
                <w:szCs w:val="20"/>
                <w:lang w:val="en-GB"/>
              </w:rPr>
              <w:t xml:space="preserve">&amp; Christine </w:t>
            </w:r>
            <w:r w:rsidR="00D71A3E">
              <w:rPr>
                <w:rFonts w:asciiTheme="majorHAnsi" w:hAnsiTheme="majorHAnsi" w:cstheme="majorHAnsi"/>
                <w:szCs w:val="20"/>
                <w:lang w:val="en-GB"/>
              </w:rPr>
              <w:t>Holl</w:t>
            </w:r>
            <w:r w:rsidR="00C80186">
              <w:rPr>
                <w:rFonts w:asciiTheme="majorHAnsi" w:hAnsiTheme="majorHAnsi" w:cstheme="majorHAnsi"/>
                <w:szCs w:val="20"/>
                <w:lang w:val="en-GB"/>
              </w:rPr>
              <w:t>ywood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 UK</w:t>
            </w:r>
          </w:p>
        </w:tc>
        <w:tc>
          <w:tcPr>
            <w:tcW w:w="0" w:type="auto"/>
            <w:shd w:val="clear" w:color="auto" w:fill="FFFFFF" w:themeFill="background1"/>
          </w:tcPr>
          <w:p w14:paraId="45D24A67" w14:textId="485DD674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11:30</w:t>
            </w:r>
          </w:p>
        </w:tc>
        <w:tc>
          <w:tcPr>
            <w:tcW w:w="0" w:type="auto"/>
            <w:shd w:val="clear" w:color="auto" w:fill="FFFFFF" w:themeFill="background1"/>
          </w:tcPr>
          <w:p w14:paraId="2F7D34A0" w14:textId="52F8F256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  <w:shd w:val="clear" w:color="auto" w:fill="FFFFFF" w:themeFill="background1"/>
          </w:tcPr>
          <w:p w14:paraId="7158A47B" w14:textId="3375B10C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  <w:shd w:val="clear" w:color="auto" w:fill="FFFFFF" w:themeFill="background1"/>
          </w:tcPr>
          <w:p w14:paraId="70AAF206" w14:textId="4515F11A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13:30</w:t>
            </w:r>
          </w:p>
        </w:tc>
        <w:tc>
          <w:tcPr>
            <w:tcW w:w="0" w:type="auto"/>
            <w:shd w:val="clear" w:color="auto" w:fill="FFFFFF" w:themeFill="background1"/>
          </w:tcPr>
          <w:p w14:paraId="6913CD62" w14:textId="75CF40D1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13:30</w:t>
            </w:r>
          </w:p>
        </w:tc>
        <w:tc>
          <w:tcPr>
            <w:tcW w:w="0" w:type="auto"/>
            <w:shd w:val="clear" w:color="auto" w:fill="FFFFFF" w:themeFill="background1"/>
          </w:tcPr>
          <w:p w14:paraId="37BB1686" w14:textId="2AF691FB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3:30</w:t>
            </w:r>
          </w:p>
        </w:tc>
        <w:tc>
          <w:tcPr>
            <w:tcW w:w="0" w:type="auto"/>
            <w:shd w:val="clear" w:color="auto" w:fill="FFFFFF" w:themeFill="background1"/>
          </w:tcPr>
          <w:p w14:paraId="1F5BD811" w14:textId="504B0DFE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6:30</w:t>
            </w:r>
          </w:p>
        </w:tc>
        <w:tc>
          <w:tcPr>
            <w:tcW w:w="0" w:type="auto"/>
            <w:shd w:val="clear" w:color="auto" w:fill="FFFFFF" w:themeFill="background1"/>
          </w:tcPr>
          <w:p w14:paraId="217CBF4C" w14:textId="6A64B1DF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7:30</w:t>
            </w:r>
          </w:p>
        </w:tc>
        <w:tc>
          <w:tcPr>
            <w:tcW w:w="0" w:type="auto"/>
            <w:shd w:val="clear" w:color="auto" w:fill="FFFFFF" w:themeFill="background1"/>
          </w:tcPr>
          <w:p w14:paraId="49C38626" w14:textId="3408A7BB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16:00</w:t>
            </w:r>
          </w:p>
        </w:tc>
        <w:tc>
          <w:tcPr>
            <w:tcW w:w="0" w:type="auto"/>
            <w:shd w:val="clear" w:color="auto" w:fill="FFFFFF" w:themeFill="background1"/>
          </w:tcPr>
          <w:p w14:paraId="6CFE3AD7" w14:textId="4B17841B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0" w:type="auto"/>
            <w:shd w:val="clear" w:color="auto" w:fill="FFFFFF" w:themeFill="background1"/>
          </w:tcPr>
          <w:p w14:paraId="70243E8B" w14:textId="6033CB1C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20:30</w:t>
            </w:r>
          </w:p>
        </w:tc>
        <w:tc>
          <w:tcPr>
            <w:tcW w:w="0" w:type="auto"/>
            <w:shd w:val="clear" w:color="auto" w:fill="FFFFFF" w:themeFill="background1"/>
          </w:tcPr>
          <w:p w14:paraId="39803ED3" w14:textId="3E03E011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22:30</w:t>
            </w:r>
          </w:p>
        </w:tc>
      </w:tr>
      <w:tr w:rsidR="00167707" w:rsidRPr="00450CAA" w14:paraId="7217F46A" w14:textId="77777777" w:rsidTr="00D24167">
        <w:tc>
          <w:tcPr>
            <w:tcW w:w="0" w:type="auto"/>
            <w:shd w:val="clear" w:color="auto" w:fill="FFFFFF" w:themeFill="background1"/>
          </w:tcPr>
          <w:p w14:paraId="1A95F975" w14:textId="31D71245" w:rsidR="00BF0362" w:rsidRDefault="00BF0362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167707">
              <w:rPr>
                <w:rFonts w:asciiTheme="majorHAnsi" w:hAnsiTheme="majorHAnsi" w:cstheme="majorHAnsi"/>
                <w:b/>
                <w:szCs w:val="20"/>
                <w:lang w:val="en-GB"/>
              </w:rPr>
              <w:t>End of Day 2</w:t>
            </w:r>
            <w:r w:rsidR="00167707" w:rsidRPr="00167707">
              <w:rPr>
                <w:rFonts w:asciiTheme="majorHAnsi" w:hAnsiTheme="majorHAnsi" w:cstheme="majorHAnsi"/>
                <w:b/>
                <w:szCs w:val="20"/>
                <w:lang w:val="en-GB"/>
              </w:rPr>
              <w:t>: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 Summary and Goodbye</w:t>
            </w:r>
          </w:p>
          <w:p w14:paraId="773B0851" w14:textId="23C01297" w:rsidR="008468E6" w:rsidRPr="00B55D13" w:rsidRDefault="008468E6" w:rsidP="006D239C">
            <w:pPr>
              <w:spacing w:after="120"/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BB0C14" w14:textId="31CE6905" w:rsidR="00BF0362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12:30</w:t>
            </w:r>
          </w:p>
        </w:tc>
        <w:tc>
          <w:tcPr>
            <w:tcW w:w="0" w:type="auto"/>
            <w:shd w:val="clear" w:color="auto" w:fill="FFFFFF" w:themeFill="background1"/>
          </w:tcPr>
          <w:p w14:paraId="58CB3075" w14:textId="7D0084E3" w:rsidR="00BF0362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13:30</w:t>
            </w:r>
          </w:p>
        </w:tc>
        <w:tc>
          <w:tcPr>
            <w:tcW w:w="0" w:type="auto"/>
            <w:shd w:val="clear" w:color="auto" w:fill="FFFFFF" w:themeFill="background1"/>
          </w:tcPr>
          <w:p w14:paraId="060EE681" w14:textId="70D2FEB5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13:30</w:t>
            </w:r>
          </w:p>
        </w:tc>
        <w:tc>
          <w:tcPr>
            <w:tcW w:w="0" w:type="auto"/>
            <w:shd w:val="clear" w:color="auto" w:fill="FFFFFF" w:themeFill="background1"/>
          </w:tcPr>
          <w:p w14:paraId="04AD88DB" w14:textId="31130D36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14:30</w:t>
            </w:r>
          </w:p>
        </w:tc>
        <w:tc>
          <w:tcPr>
            <w:tcW w:w="0" w:type="auto"/>
            <w:shd w:val="clear" w:color="auto" w:fill="FFFFFF" w:themeFill="background1"/>
          </w:tcPr>
          <w:p w14:paraId="1067F08F" w14:textId="64C12448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14:30</w:t>
            </w:r>
          </w:p>
        </w:tc>
        <w:tc>
          <w:tcPr>
            <w:tcW w:w="0" w:type="auto"/>
            <w:shd w:val="clear" w:color="auto" w:fill="FFFFFF" w:themeFill="background1"/>
          </w:tcPr>
          <w:p w14:paraId="7E845DDC" w14:textId="16CEE58E" w:rsidR="00BF0362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4:30</w:t>
            </w:r>
          </w:p>
        </w:tc>
        <w:tc>
          <w:tcPr>
            <w:tcW w:w="0" w:type="auto"/>
            <w:shd w:val="clear" w:color="auto" w:fill="FFFFFF" w:themeFill="background1"/>
          </w:tcPr>
          <w:p w14:paraId="3711BECD" w14:textId="3E80C968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7:30</w:t>
            </w:r>
          </w:p>
        </w:tc>
        <w:tc>
          <w:tcPr>
            <w:tcW w:w="0" w:type="auto"/>
            <w:shd w:val="clear" w:color="auto" w:fill="FFFFFF" w:themeFill="background1"/>
          </w:tcPr>
          <w:p w14:paraId="3ED19E4E" w14:textId="6353C8C0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8:30</w:t>
            </w:r>
          </w:p>
        </w:tc>
        <w:tc>
          <w:tcPr>
            <w:tcW w:w="0" w:type="auto"/>
            <w:shd w:val="clear" w:color="auto" w:fill="FFFFFF" w:themeFill="background1"/>
          </w:tcPr>
          <w:p w14:paraId="0AB2FC64" w14:textId="076CF066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17:00</w:t>
            </w:r>
          </w:p>
        </w:tc>
        <w:tc>
          <w:tcPr>
            <w:tcW w:w="0" w:type="auto"/>
            <w:shd w:val="clear" w:color="auto" w:fill="FFFFFF" w:themeFill="background1"/>
          </w:tcPr>
          <w:p w14:paraId="0F894AF1" w14:textId="7CFA00BD" w:rsidR="00BF0362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19:30</w:t>
            </w:r>
          </w:p>
        </w:tc>
        <w:tc>
          <w:tcPr>
            <w:tcW w:w="0" w:type="auto"/>
            <w:shd w:val="clear" w:color="auto" w:fill="FFFFFF" w:themeFill="background1"/>
          </w:tcPr>
          <w:p w14:paraId="210CC563" w14:textId="5C78CA74" w:rsidR="00BF0362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21:30</w:t>
            </w:r>
          </w:p>
        </w:tc>
        <w:tc>
          <w:tcPr>
            <w:tcW w:w="0" w:type="auto"/>
            <w:shd w:val="clear" w:color="auto" w:fill="FFFFFF" w:themeFill="background1"/>
          </w:tcPr>
          <w:p w14:paraId="67959F95" w14:textId="73136F4B" w:rsidR="00BF0362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23:30</w:t>
            </w:r>
          </w:p>
        </w:tc>
      </w:tr>
      <w:tr w:rsidR="00167707" w:rsidRPr="00450CAA" w14:paraId="6634C130" w14:textId="77777777" w:rsidTr="00D24167">
        <w:tc>
          <w:tcPr>
            <w:tcW w:w="0" w:type="auto"/>
            <w:shd w:val="clear" w:color="auto" w:fill="F2F2F2" w:themeFill="background1" w:themeFillShade="F2"/>
          </w:tcPr>
          <w:p w14:paraId="74BEE228" w14:textId="0BB19142" w:rsidR="00BF0362" w:rsidRPr="00B55D13" w:rsidRDefault="00BF0362" w:rsidP="006D239C">
            <w:pPr>
              <w:spacing w:after="120"/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Comfort break</w:t>
            </w:r>
            <w: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 xml:space="preserve"> (1</w:t>
            </w:r>
            <w:r w:rsidR="008468E6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5</w:t>
            </w:r>
            <w: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 xml:space="preserve"> min)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9F703FA" w14:textId="15B51862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46079F0" w14:textId="62A44A25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432F083" w14:textId="05AE5CCE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141A30A" w14:textId="7CDE4761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E187B1D" w14:textId="6A29BC93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C38087D" w14:textId="58538F8B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CAA6E1D" w14:textId="0EB19A6E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14F2C0C" w14:textId="3BD4B23C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5599636" w14:textId="2C6E66F1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8E464E5" w14:textId="0890BBE8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CFF5F69" w14:textId="708BE816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21:45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21DA44C" w14:textId="29D64693" w:rsidR="00BF0362" w:rsidRPr="00B55D13" w:rsidRDefault="00167707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23:45</w:t>
            </w:r>
          </w:p>
        </w:tc>
      </w:tr>
      <w:tr w:rsidR="00167707" w:rsidRPr="00450CAA" w14:paraId="509E189B" w14:textId="77777777" w:rsidTr="00D24167">
        <w:tc>
          <w:tcPr>
            <w:tcW w:w="0" w:type="auto"/>
            <w:shd w:val="clear" w:color="auto" w:fill="FFFFFF" w:themeFill="background1"/>
          </w:tcPr>
          <w:p w14:paraId="07FF3421" w14:textId="1C5E3D69" w:rsidR="008468E6" w:rsidRPr="00167707" w:rsidRDefault="008468E6" w:rsidP="006D239C">
            <w:pPr>
              <w:spacing w:after="120"/>
              <w:rPr>
                <w:rFonts w:asciiTheme="majorHAnsi" w:hAnsiTheme="majorHAnsi" w:cstheme="majorHAnsi"/>
                <w:b/>
                <w:szCs w:val="20"/>
                <w:lang w:val="en-GB"/>
              </w:rPr>
            </w:pPr>
            <w:proofErr w:type="spellStart"/>
            <w:r w:rsidRPr="00167707">
              <w:rPr>
                <w:rFonts w:asciiTheme="majorHAnsi" w:hAnsiTheme="majorHAnsi" w:cstheme="majorHAnsi"/>
                <w:b/>
                <w:szCs w:val="20"/>
                <w:lang w:val="en-GB"/>
              </w:rPr>
              <w:t>AFINet</w:t>
            </w:r>
            <w:proofErr w:type="spellEnd"/>
            <w:r w:rsidRPr="00167707">
              <w:rPr>
                <w:rFonts w:asciiTheme="majorHAnsi" w:hAnsiTheme="majorHAnsi" w:cstheme="majorHAnsi"/>
                <w:b/>
                <w:szCs w:val="20"/>
                <w:lang w:val="en-GB"/>
              </w:rPr>
              <w:t xml:space="preserve"> Annual General Meeting (AGM)</w:t>
            </w:r>
          </w:p>
        </w:tc>
        <w:tc>
          <w:tcPr>
            <w:tcW w:w="0" w:type="auto"/>
            <w:shd w:val="clear" w:color="auto" w:fill="FFFFFF" w:themeFill="background1"/>
          </w:tcPr>
          <w:p w14:paraId="647F7921" w14:textId="0E5F1357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13:00</w:t>
            </w:r>
          </w:p>
        </w:tc>
        <w:tc>
          <w:tcPr>
            <w:tcW w:w="0" w:type="auto"/>
            <w:shd w:val="clear" w:color="auto" w:fill="FFFFFF" w:themeFill="background1"/>
          </w:tcPr>
          <w:p w14:paraId="0956C819" w14:textId="6AE299C8" w:rsidR="008468E6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14:00</w:t>
            </w:r>
          </w:p>
        </w:tc>
        <w:tc>
          <w:tcPr>
            <w:tcW w:w="0" w:type="auto"/>
            <w:shd w:val="clear" w:color="auto" w:fill="FFFFFF" w:themeFill="background1"/>
          </w:tcPr>
          <w:p w14:paraId="61472A24" w14:textId="389B811E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14:00</w:t>
            </w:r>
          </w:p>
        </w:tc>
        <w:tc>
          <w:tcPr>
            <w:tcW w:w="0" w:type="auto"/>
            <w:shd w:val="clear" w:color="auto" w:fill="FFFFFF" w:themeFill="background1"/>
          </w:tcPr>
          <w:p w14:paraId="022896BA" w14:textId="022C0D3A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0" w:type="auto"/>
            <w:shd w:val="clear" w:color="auto" w:fill="FFFFFF" w:themeFill="background1"/>
          </w:tcPr>
          <w:p w14:paraId="6A2B0368" w14:textId="094AD3EE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0" w:type="auto"/>
            <w:shd w:val="clear" w:color="auto" w:fill="FFFFFF" w:themeFill="background1"/>
          </w:tcPr>
          <w:p w14:paraId="0F2EA293" w14:textId="1F2007FC" w:rsidR="008468E6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5:00</w:t>
            </w:r>
          </w:p>
        </w:tc>
        <w:tc>
          <w:tcPr>
            <w:tcW w:w="0" w:type="auto"/>
            <w:shd w:val="clear" w:color="auto" w:fill="FFFFFF" w:themeFill="background1"/>
          </w:tcPr>
          <w:p w14:paraId="0B1F9A34" w14:textId="49AAE2D9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8:00</w:t>
            </w:r>
          </w:p>
        </w:tc>
        <w:tc>
          <w:tcPr>
            <w:tcW w:w="0" w:type="auto"/>
            <w:shd w:val="clear" w:color="auto" w:fill="FFFFFF" w:themeFill="background1"/>
          </w:tcPr>
          <w:p w14:paraId="566B643A" w14:textId="57A34D3D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9:00</w:t>
            </w:r>
          </w:p>
        </w:tc>
        <w:tc>
          <w:tcPr>
            <w:tcW w:w="0" w:type="auto"/>
            <w:shd w:val="clear" w:color="auto" w:fill="FFFFFF" w:themeFill="background1"/>
          </w:tcPr>
          <w:p w14:paraId="70F0ECC5" w14:textId="07B78DB6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17:30</w:t>
            </w:r>
          </w:p>
        </w:tc>
        <w:tc>
          <w:tcPr>
            <w:tcW w:w="0" w:type="auto"/>
            <w:shd w:val="clear" w:color="auto" w:fill="FFFFFF" w:themeFill="background1"/>
          </w:tcPr>
          <w:p w14:paraId="65B82A64" w14:textId="2BF58CFB" w:rsidR="008468E6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20:00</w:t>
            </w:r>
          </w:p>
        </w:tc>
        <w:tc>
          <w:tcPr>
            <w:tcW w:w="0" w:type="auto"/>
            <w:shd w:val="clear" w:color="auto" w:fill="FFFFFF" w:themeFill="background1"/>
          </w:tcPr>
          <w:p w14:paraId="653F1CA9" w14:textId="369088C1" w:rsidR="008468E6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22:00</w:t>
            </w:r>
          </w:p>
        </w:tc>
        <w:tc>
          <w:tcPr>
            <w:tcW w:w="0" w:type="auto"/>
            <w:shd w:val="clear" w:color="auto" w:fill="FFFFFF" w:themeFill="background1"/>
          </w:tcPr>
          <w:p w14:paraId="20CC1714" w14:textId="2F4E0906" w:rsidR="008468E6" w:rsidRPr="00B55D13" w:rsidRDefault="008468E6" w:rsidP="006D239C">
            <w:pPr>
              <w:spacing w:after="12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0:00</w:t>
            </w:r>
          </w:p>
        </w:tc>
      </w:tr>
      <w:tr w:rsidR="00167707" w:rsidRPr="00450CAA" w14:paraId="083FB01E" w14:textId="77777777" w:rsidTr="00D24167">
        <w:tc>
          <w:tcPr>
            <w:tcW w:w="0" w:type="auto"/>
            <w:shd w:val="clear" w:color="auto" w:fill="FFFFFF" w:themeFill="background1"/>
          </w:tcPr>
          <w:p w14:paraId="42D98E7F" w14:textId="6A93B7AC" w:rsidR="00661233" w:rsidRPr="00B55D13" w:rsidRDefault="00661233" w:rsidP="00276CA4">
            <w:pPr>
              <w:spacing w:after="160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>End of Day 2</w:t>
            </w:r>
          </w:p>
        </w:tc>
        <w:tc>
          <w:tcPr>
            <w:tcW w:w="0" w:type="auto"/>
            <w:shd w:val="clear" w:color="auto" w:fill="FFFFFF" w:themeFill="background1"/>
          </w:tcPr>
          <w:p w14:paraId="2F3C76EE" w14:textId="28C01493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14:00</w:t>
            </w:r>
          </w:p>
        </w:tc>
        <w:tc>
          <w:tcPr>
            <w:tcW w:w="0" w:type="auto"/>
            <w:shd w:val="clear" w:color="auto" w:fill="FFFFFF" w:themeFill="background1"/>
          </w:tcPr>
          <w:p w14:paraId="3DAB454E" w14:textId="453DBBEC" w:rsidR="00661233" w:rsidRPr="00B55D1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0" w:type="auto"/>
            <w:shd w:val="clear" w:color="auto" w:fill="FFFFFF" w:themeFill="background1"/>
          </w:tcPr>
          <w:p w14:paraId="6E8E87B1" w14:textId="6734474F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0" w:type="auto"/>
            <w:shd w:val="clear" w:color="auto" w:fill="FFFFFF" w:themeFill="background1"/>
          </w:tcPr>
          <w:p w14:paraId="6CF880A4" w14:textId="6D4AE273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16:00</w:t>
            </w:r>
          </w:p>
        </w:tc>
        <w:tc>
          <w:tcPr>
            <w:tcW w:w="0" w:type="auto"/>
            <w:shd w:val="clear" w:color="auto" w:fill="FFFFFF" w:themeFill="background1"/>
          </w:tcPr>
          <w:p w14:paraId="146C10C9" w14:textId="52E51651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16:00</w:t>
            </w:r>
          </w:p>
        </w:tc>
        <w:tc>
          <w:tcPr>
            <w:tcW w:w="0" w:type="auto"/>
            <w:shd w:val="clear" w:color="auto" w:fill="FFFFFF" w:themeFill="background1"/>
          </w:tcPr>
          <w:p w14:paraId="10CCB694" w14:textId="0BCF2E0D" w:rsidR="00661233" w:rsidRPr="00B55D1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6:00</w:t>
            </w:r>
          </w:p>
        </w:tc>
        <w:tc>
          <w:tcPr>
            <w:tcW w:w="0" w:type="auto"/>
            <w:shd w:val="clear" w:color="auto" w:fill="FFFFFF" w:themeFill="background1"/>
          </w:tcPr>
          <w:p w14:paraId="18851127" w14:textId="61012F36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9:00</w:t>
            </w:r>
          </w:p>
        </w:tc>
        <w:tc>
          <w:tcPr>
            <w:tcW w:w="0" w:type="auto"/>
            <w:shd w:val="clear" w:color="auto" w:fill="FFFFFF" w:themeFill="background1"/>
          </w:tcPr>
          <w:p w14:paraId="43EFC049" w14:textId="6A1D2B56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10:00</w:t>
            </w:r>
          </w:p>
        </w:tc>
        <w:tc>
          <w:tcPr>
            <w:tcW w:w="0" w:type="auto"/>
            <w:shd w:val="clear" w:color="auto" w:fill="FFFFFF" w:themeFill="background1"/>
          </w:tcPr>
          <w:p w14:paraId="5FB0966C" w14:textId="12DCAFF6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18:30</w:t>
            </w:r>
          </w:p>
        </w:tc>
        <w:tc>
          <w:tcPr>
            <w:tcW w:w="0" w:type="auto"/>
            <w:shd w:val="clear" w:color="auto" w:fill="FFFFFF" w:themeFill="background1"/>
          </w:tcPr>
          <w:p w14:paraId="14878846" w14:textId="7F253979" w:rsidR="0066123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21:00</w:t>
            </w:r>
          </w:p>
        </w:tc>
        <w:tc>
          <w:tcPr>
            <w:tcW w:w="0" w:type="auto"/>
            <w:shd w:val="clear" w:color="auto" w:fill="FFFFFF" w:themeFill="background1"/>
          </w:tcPr>
          <w:p w14:paraId="2E83B382" w14:textId="14444006" w:rsidR="00661233" w:rsidRPr="00B55D1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23:00</w:t>
            </w:r>
          </w:p>
        </w:tc>
        <w:tc>
          <w:tcPr>
            <w:tcW w:w="0" w:type="auto"/>
            <w:shd w:val="clear" w:color="auto" w:fill="FFFFFF" w:themeFill="background1"/>
          </w:tcPr>
          <w:p w14:paraId="0BC7BA38" w14:textId="7DD41B79" w:rsidR="00661233" w:rsidRPr="00B55D13" w:rsidRDefault="008468E6" w:rsidP="00276CA4">
            <w:pPr>
              <w:spacing w:after="1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1:00</w:t>
            </w:r>
          </w:p>
        </w:tc>
      </w:tr>
    </w:tbl>
    <w:p w14:paraId="34BC8952" w14:textId="3FECE9E7" w:rsidR="001A5C57" w:rsidRDefault="001A5C57">
      <w:pPr>
        <w:rPr>
          <w:lang w:val="en-GB"/>
        </w:rPr>
      </w:pPr>
    </w:p>
    <w:sectPr w:rsidR="001A5C57" w:rsidSect="006D2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2A243" w14:textId="77777777" w:rsidR="000747E7" w:rsidRDefault="000747E7" w:rsidP="00546885">
      <w:pPr>
        <w:spacing w:after="0" w:line="240" w:lineRule="auto"/>
      </w:pPr>
      <w:r>
        <w:separator/>
      </w:r>
    </w:p>
  </w:endnote>
  <w:endnote w:type="continuationSeparator" w:id="0">
    <w:p w14:paraId="033FDF9F" w14:textId="77777777" w:rsidR="000747E7" w:rsidRDefault="000747E7" w:rsidP="0054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7CFCB" w14:textId="77777777" w:rsidR="009B186B" w:rsidRDefault="009B18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B2566" w14:textId="77777777" w:rsidR="009B186B" w:rsidRDefault="009B186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1426B" w14:textId="77777777" w:rsidR="009B186B" w:rsidRDefault="009B18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3562B" w14:textId="77777777" w:rsidR="000747E7" w:rsidRDefault="000747E7" w:rsidP="00546885">
      <w:pPr>
        <w:spacing w:after="0" w:line="240" w:lineRule="auto"/>
      </w:pPr>
      <w:r>
        <w:separator/>
      </w:r>
    </w:p>
  </w:footnote>
  <w:footnote w:type="continuationSeparator" w:id="0">
    <w:p w14:paraId="706753F7" w14:textId="77777777" w:rsidR="000747E7" w:rsidRDefault="000747E7" w:rsidP="0054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454E4" w14:textId="418624D1" w:rsidR="009B186B" w:rsidRDefault="009B18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D86DC" w14:textId="523F2C48" w:rsidR="009F3FA0" w:rsidRDefault="009F3FA0">
    <w:pPr>
      <w:pStyle w:val="Kopfzeile"/>
    </w:pPr>
    <w:r w:rsidRPr="00525EEF">
      <w:rPr>
        <w:noProof/>
      </w:rPr>
      <w:drawing>
        <wp:inline distT="0" distB="0" distL="0" distR="0" wp14:anchorId="5ED10BA2" wp14:editId="14B83E7D">
          <wp:extent cx="2109407" cy="895350"/>
          <wp:effectExtent l="0" t="0" r="5715" b="0"/>
          <wp:docPr id="4" name="Picture 4" descr="Free Addiction and the Family International Network (AFINet) Webinar Series  – Spotlight on Mental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ee Addiction and the Family International Network (AFINet) Webinar Series  – Spotlight on Mental Heal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368" cy="927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1CA2C" w14:textId="7777946E" w:rsidR="009B186B" w:rsidRDefault="009B18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0E19E3"/>
    <w:multiLevelType w:val="hybridMultilevel"/>
    <w:tmpl w:val="14F68DA2"/>
    <w:lvl w:ilvl="0" w:tplc="A314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A7AD2"/>
    <w:multiLevelType w:val="hybridMultilevel"/>
    <w:tmpl w:val="EF3C58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572E0"/>
    <w:multiLevelType w:val="hybridMultilevel"/>
    <w:tmpl w:val="4EF6BC12"/>
    <w:lvl w:ilvl="0" w:tplc="A314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CC4"/>
    <w:rsid w:val="000233B6"/>
    <w:rsid w:val="000323B0"/>
    <w:rsid w:val="00034616"/>
    <w:rsid w:val="000523D9"/>
    <w:rsid w:val="00054A6C"/>
    <w:rsid w:val="00055572"/>
    <w:rsid w:val="000571B3"/>
    <w:rsid w:val="0006063C"/>
    <w:rsid w:val="000747E7"/>
    <w:rsid w:val="00090613"/>
    <w:rsid w:val="00094755"/>
    <w:rsid w:val="00096DF4"/>
    <w:rsid w:val="00097A40"/>
    <w:rsid w:val="000C351A"/>
    <w:rsid w:val="000D1EF9"/>
    <w:rsid w:val="000E496C"/>
    <w:rsid w:val="000E5759"/>
    <w:rsid w:val="000E633E"/>
    <w:rsid w:val="001011E1"/>
    <w:rsid w:val="0010317C"/>
    <w:rsid w:val="00105796"/>
    <w:rsid w:val="001057E2"/>
    <w:rsid w:val="00110A10"/>
    <w:rsid w:val="00112A20"/>
    <w:rsid w:val="00120608"/>
    <w:rsid w:val="0014076C"/>
    <w:rsid w:val="0015074B"/>
    <w:rsid w:val="00167707"/>
    <w:rsid w:val="001722FB"/>
    <w:rsid w:val="00193352"/>
    <w:rsid w:val="001A5C57"/>
    <w:rsid w:val="001A6B01"/>
    <w:rsid w:val="001B5E8E"/>
    <w:rsid w:val="001D4C0A"/>
    <w:rsid w:val="001E0AA0"/>
    <w:rsid w:val="00207363"/>
    <w:rsid w:val="0021374F"/>
    <w:rsid w:val="00227501"/>
    <w:rsid w:val="00231537"/>
    <w:rsid w:val="0023549F"/>
    <w:rsid w:val="00240CDB"/>
    <w:rsid w:val="00246266"/>
    <w:rsid w:val="002502E6"/>
    <w:rsid w:val="002658DD"/>
    <w:rsid w:val="00276CA4"/>
    <w:rsid w:val="00276DBA"/>
    <w:rsid w:val="00290C90"/>
    <w:rsid w:val="0029639D"/>
    <w:rsid w:val="002A00FB"/>
    <w:rsid w:val="002C1F00"/>
    <w:rsid w:val="002D0079"/>
    <w:rsid w:val="002D0727"/>
    <w:rsid w:val="002E635C"/>
    <w:rsid w:val="002F28FC"/>
    <w:rsid w:val="00304494"/>
    <w:rsid w:val="00311091"/>
    <w:rsid w:val="00312F3B"/>
    <w:rsid w:val="00326F90"/>
    <w:rsid w:val="0033419D"/>
    <w:rsid w:val="00340C68"/>
    <w:rsid w:val="00353109"/>
    <w:rsid w:val="00354A69"/>
    <w:rsid w:val="0036203E"/>
    <w:rsid w:val="0037524C"/>
    <w:rsid w:val="003854D2"/>
    <w:rsid w:val="00393D3D"/>
    <w:rsid w:val="00396836"/>
    <w:rsid w:val="003C1F9C"/>
    <w:rsid w:val="003F3DBE"/>
    <w:rsid w:val="003F6C45"/>
    <w:rsid w:val="004130DD"/>
    <w:rsid w:val="00424945"/>
    <w:rsid w:val="00425D9E"/>
    <w:rsid w:val="0044022C"/>
    <w:rsid w:val="00443A19"/>
    <w:rsid w:val="004440BA"/>
    <w:rsid w:val="00445CD4"/>
    <w:rsid w:val="0044713B"/>
    <w:rsid w:val="00450CAA"/>
    <w:rsid w:val="004676BC"/>
    <w:rsid w:val="004753A0"/>
    <w:rsid w:val="0048253D"/>
    <w:rsid w:val="00490F75"/>
    <w:rsid w:val="00495DF3"/>
    <w:rsid w:val="00497EA5"/>
    <w:rsid w:val="004C2B6C"/>
    <w:rsid w:val="004C6721"/>
    <w:rsid w:val="004C7DA1"/>
    <w:rsid w:val="004F2D46"/>
    <w:rsid w:val="004F477E"/>
    <w:rsid w:val="00506D5C"/>
    <w:rsid w:val="00525EEF"/>
    <w:rsid w:val="00546885"/>
    <w:rsid w:val="00580517"/>
    <w:rsid w:val="00591CAF"/>
    <w:rsid w:val="00594BF3"/>
    <w:rsid w:val="00595054"/>
    <w:rsid w:val="005A3875"/>
    <w:rsid w:val="005C607E"/>
    <w:rsid w:val="005D54C8"/>
    <w:rsid w:val="00604D3E"/>
    <w:rsid w:val="00605C4C"/>
    <w:rsid w:val="006175C8"/>
    <w:rsid w:val="0062707D"/>
    <w:rsid w:val="00661233"/>
    <w:rsid w:val="00690AFF"/>
    <w:rsid w:val="006A3A69"/>
    <w:rsid w:val="006A7516"/>
    <w:rsid w:val="006D239C"/>
    <w:rsid w:val="006E321B"/>
    <w:rsid w:val="006E53C5"/>
    <w:rsid w:val="006F73DF"/>
    <w:rsid w:val="00705161"/>
    <w:rsid w:val="00705FAD"/>
    <w:rsid w:val="0071188C"/>
    <w:rsid w:val="00723609"/>
    <w:rsid w:val="007249CB"/>
    <w:rsid w:val="00724A2B"/>
    <w:rsid w:val="00725DFC"/>
    <w:rsid w:val="00732250"/>
    <w:rsid w:val="007377A9"/>
    <w:rsid w:val="007441A3"/>
    <w:rsid w:val="007443C7"/>
    <w:rsid w:val="00746636"/>
    <w:rsid w:val="00751D9E"/>
    <w:rsid w:val="0075449B"/>
    <w:rsid w:val="00770805"/>
    <w:rsid w:val="007A1756"/>
    <w:rsid w:val="007A6B93"/>
    <w:rsid w:val="007B3F53"/>
    <w:rsid w:val="007B4220"/>
    <w:rsid w:val="007B4B38"/>
    <w:rsid w:val="007D6F04"/>
    <w:rsid w:val="007D7B0B"/>
    <w:rsid w:val="008123CC"/>
    <w:rsid w:val="00815007"/>
    <w:rsid w:val="00821474"/>
    <w:rsid w:val="0083784F"/>
    <w:rsid w:val="008464AF"/>
    <w:rsid w:val="008468E6"/>
    <w:rsid w:val="00864712"/>
    <w:rsid w:val="0088781C"/>
    <w:rsid w:val="00896184"/>
    <w:rsid w:val="008A3109"/>
    <w:rsid w:val="008B57C8"/>
    <w:rsid w:val="008C7986"/>
    <w:rsid w:val="008D4F51"/>
    <w:rsid w:val="008D798A"/>
    <w:rsid w:val="008E1D0D"/>
    <w:rsid w:val="008E21BC"/>
    <w:rsid w:val="008F10FA"/>
    <w:rsid w:val="008F46EE"/>
    <w:rsid w:val="00901CAA"/>
    <w:rsid w:val="00903707"/>
    <w:rsid w:val="00905123"/>
    <w:rsid w:val="00922144"/>
    <w:rsid w:val="00930429"/>
    <w:rsid w:val="009328AA"/>
    <w:rsid w:val="00935635"/>
    <w:rsid w:val="0095267C"/>
    <w:rsid w:val="009B186B"/>
    <w:rsid w:val="009B22D7"/>
    <w:rsid w:val="009C3F9A"/>
    <w:rsid w:val="009C5184"/>
    <w:rsid w:val="009C6000"/>
    <w:rsid w:val="009E4CDD"/>
    <w:rsid w:val="009E738E"/>
    <w:rsid w:val="009F3FA0"/>
    <w:rsid w:val="009F647B"/>
    <w:rsid w:val="00A035A0"/>
    <w:rsid w:val="00A14AC6"/>
    <w:rsid w:val="00A1606C"/>
    <w:rsid w:val="00A26685"/>
    <w:rsid w:val="00A43D86"/>
    <w:rsid w:val="00A56DED"/>
    <w:rsid w:val="00A6285F"/>
    <w:rsid w:val="00A74B1E"/>
    <w:rsid w:val="00A902CE"/>
    <w:rsid w:val="00A979A6"/>
    <w:rsid w:val="00AA166B"/>
    <w:rsid w:val="00AA1D8D"/>
    <w:rsid w:val="00AB369B"/>
    <w:rsid w:val="00AC5834"/>
    <w:rsid w:val="00AD138B"/>
    <w:rsid w:val="00AD39FC"/>
    <w:rsid w:val="00AE0BC7"/>
    <w:rsid w:val="00B03C11"/>
    <w:rsid w:val="00B219DC"/>
    <w:rsid w:val="00B33234"/>
    <w:rsid w:val="00B43AF2"/>
    <w:rsid w:val="00B47730"/>
    <w:rsid w:val="00B508DE"/>
    <w:rsid w:val="00B51A63"/>
    <w:rsid w:val="00B5216D"/>
    <w:rsid w:val="00B551BC"/>
    <w:rsid w:val="00B55D13"/>
    <w:rsid w:val="00B62879"/>
    <w:rsid w:val="00B64F4C"/>
    <w:rsid w:val="00B80E70"/>
    <w:rsid w:val="00B811BC"/>
    <w:rsid w:val="00BA20AB"/>
    <w:rsid w:val="00BC5078"/>
    <w:rsid w:val="00BC5107"/>
    <w:rsid w:val="00BE39AC"/>
    <w:rsid w:val="00BF0362"/>
    <w:rsid w:val="00C058EA"/>
    <w:rsid w:val="00C33F88"/>
    <w:rsid w:val="00C3745E"/>
    <w:rsid w:val="00C40B78"/>
    <w:rsid w:val="00C673DB"/>
    <w:rsid w:val="00C80186"/>
    <w:rsid w:val="00C8721B"/>
    <w:rsid w:val="00CA050E"/>
    <w:rsid w:val="00CA578E"/>
    <w:rsid w:val="00CB0664"/>
    <w:rsid w:val="00CB5F18"/>
    <w:rsid w:val="00CD208A"/>
    <w:rsid w:val="00CE2635"/>
    <w:rsid w:val="00D02791"/>
    <w:rsid w:val="00D16AEF"/>
    <w:rsid w:val="00D23342"/>
    <w:rsid w:val="00D24167"/>
    <w:rsid w:val="00D34232"/>
    <w:rsid w:val="00D71A3E"/>
    <w:rsid w:val="00D72CDC"/>
    <w:rsid w:val="00D74B3D"/>
    <w:rsid w:val="00D74D9A"/>
    <w:rsid w:val="00D75081"/>
    <w:rsid w:val="00D8244B"/>
    <w:rsid w:val="00DA3D9B"/>
    <w:rsid w:val="00DC265D"/>
    <w:rsid w:val="00DC6D68"/>
    <w:rsid w:val="00DD15CA"/>
    <w:rsid w:val="00DF026E"/>
    <w:rsid w:val="00E55FA9"/>
    <w:rsid w:val="00E65CE8"/>
    <w:rsid w:val="00E705B4"/>
    <w:rsid w:val="00E857A6"/>
    <w:rsid w:val="00EA7039"/>
    <w:rsid w:val="00EB28CE"/>
    <w:rsid w:val="00EC0C61"/>
    <w:rsid w:val="00EC346B"/>
    <w:rsid w:val="00ED6DD8"/>
    <w:rsid w:val="00EE3A69"/>
    <w:rsid w:val="00EE569F"/>
    <w:rsid w:val="00F30AD4"/>
    <w:rsid w:val="00F356B1"/>
    <w:rsid w:val="00F35B3D"/>
    <w:rsid w:val="00F37717"/>
    <w:rsid w:val="00F65361"/>
    <w:rsid w:val="00F75133"/>
    <w:rsid w:val="00F761C3"/>
    <w:rsid w:val="00FB39FB"/>
    <w:rsid w:val="00FC693F"/>
    <w:rsid w:val="00FD20CA"/>
    <w:rsid w:val="00FD5CE0"/>
    <w:rsid w:val="00FE1923"/>
    <w:rsid w:val="00FE33C8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471310"/>
  <w14:defaultImageDpi w14:val="300"/>
  <w15:docId w15:val="{56629EB2-6638-41D2-8E21-A718E6F7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C693F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BC510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5107"/>
    <w:rPr>
      <w:color w:val="605E5C"/>
      <w:shd w:val="clear" w:color="auto" w:fill="E1DFDD"/>
    </w:rPr>
  </w:style>
  <w:style w:type="table" w:styleId="EinfacheTabelle2">
    <w:name w:val="Plain Table 2"/>
    <w:basedOn w:val="NormaleTabelle"/>
    <w:uiPriority w:val="99"/>
    <w:rsid w:val="007322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99"/>
    <w:rsid w:val="007322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99"/>
    <w:rsid w:val="00732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450CA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E142C2-8180-4322-A928-D223AECC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Conference Program Template</vt:lpstr>
      <vt:lpstr>Conference Program Template</vt:lpstr>
    </vt:vector>
  </TitlesOfParts>
  <Manager/>
  <Company/>
  <LinksUpToDate>false</LinksUpToDate>
  <CharactersWithSpaces>7141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Program Template</dc:title>
  <dc:subject/>
  <dc:creator>python-docx</dc:creator>
  <cp:keywords/>
  <dc:description>generated by python-docx</dc:description>
  <cp:lastModifiedBy>admin</cp:lastModifiedBy>
  <cp:revision>2</cp:revision>
  <cp:lastPrinted>2024-09-16T14:03:00Z</cp:lastPrinted>
  <dcterms:created xsi:type="dcterms:W3CDTF">2026-09-10T11:04:00Z</dcterms:created>
  <dcterms:modified xsi:type="dcterms:W3CDTF">2026-09-10T11:04:00Z</dcterms:modified>
  <cp:category/>
</cp:coreProperties>
</file>